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9D96F" w14:textId="4C31C320" w:rsidR="007A1958" w:rsidRPr="009F6881" w:rsidRDefault="00632282" w:rsidP="00EF5251">
      <w:r w:rsidRPr="009F6881">
        <w:t>Please complete all sections of this form accurately</w:t>
      </w:r>
      <w:r w:rsidR="00021A7C" w:rsidRPr="009F6881">
        <w:t xml:space="preserve"> and email it back to </w:t>
      </w:r>
      <w:hyperlink r:id="rId8" w:history="1">
        <w:r w:rsidR="00021A7C" w:rsidRPr="009F6881">
          <w:rPr>
            <w:rStyle w:val="Hyperlink"/>
            <w:highlight w:val="yellow"/>
          </w:rPr>
          <w:t>tenders@humanappeal.org.uk</w:t>
        </w:r>
      </w:hyperlink>
      <w:r w:rsidR="00021A7C" w:rsidRPr="009F6881">
        <w:t xml:space="preserve"> alongside technical specs and photos of laptops/</w:t>
      </w:r>
      <w:proofErr w:type="gramStart"/>
      <w:r w:rsidR="009F6881" w:rsidRPr="009F6881">
        <w:t>m</w:t>
      </w:r>
      <w:r w:rsidR="00A00A78" w:rsidRPr="009F6881">
        <w:t>ini PCs</w:t>
      </w:r>
      <w:proofErr w:type="gramEnd"/>
      <w:r w:rsidR="00A00A78" w:rsidRPr="009F6881">
        <w:t xml:space="preserve"> no later than </w:t>
      </w:r>
      <w:r w:rsidR="00A00A78" w:rsidRPr="009F6881">
        <w:rPr>
          <w:b/>
          <w:bCs/>
          <w:highlight w:val="yellow"/>
        </w:rPr>
        <w:t>07 October 2025 at 6pm UK time</w:t>
      </w:r>
      <w:r w:rsidRPr="009F6881">
        <w:rPr>
          <w:b/>
          <w:bCs/>
          <w:highlight w:val="yellow"/>
        </w:rPr>
        <w:t>.</w:t>
      </w:r>
      <w:r w:rsidRPr="009F6881">
        <w:rPr>
          <w:b/>
          <w:bCs/>
        </w:rPr>
        <w:t xml:space="preserve"> </w:t>
      </w:r>
    </w:p>
    <w:p w14:paraId="2A076027" w14:textId="77777777" w:rsidR="007A1958" w:rsidRDefault="00632282" w:rsidP="00AA716C">
      <w:pPr>
        <w:pStyle w:val="Heading1"/>
      </w:pPr>
      <w:r>
        <w:t>Section 1: Supplier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2"/>
        <w:gridCol w:w="5048"/>
      </w:tblGrid>
      <w:tr w:rsidR="00752646" w:rsidRPr="00752646" w14:paraId="65C414FB" w14:textId="58D87A34" w:rsidTr="00752646">
        <w:tc>
          <w:tcPr>
            <w:tcW w:w="3652" w:type="dxa"/>
          </w:tcPr>
          <w:p w14:paraId="41FB6E52" w14:textId="77777777" w:rsidR="00752646" w:rsidRPr="00752646" w:rsidRDefault="00752646" w:rsidP="00906B25">
            <w:r w:rsidRPr="00752646">
              <w:t>Company Name:</w:t>
            </w:r>
          </w:p>
        </w:tc>
        <w:tc>
          <w:tcPr>
            <w:tcW w:w="5204" w:type="dxa"/>
          </w:tcPr>
          <w:p w14:paraId="03D50C50" w14:textId="77777777" w:rsidR="00752646" w:rsidRPr="00752646" w:rsidRDefault="00752646" w:rsidP="00906B25"/>
        </w:tc>
      </w:tr>
      <w:tr w:rsidR="00752646" w:rsidRPr="00752646" w14:paraId="12C9E411" w14:textId="1F46105D" w:rsidTr="00752646">
        <w:tc>
          <w:tcPr>
            <w:tcW w:w="3652" w:type="dxa"/>
          </w:tcPr>
          <w:p w14:paraId="2E65CF2E" w14:textId="77777777" w:rsidR="00752646" w:rsidRPr="00752646" w:rsidRDefault="00752646" w:rsidP="00906B25">
            <w:r w:rsidRPr="00752646">
              <w:t>Registered Address:</w:t>
            </w:r>
          </w:p>
        </w:tc>
        <w:tc>
          <w:tcPr>
            <w:tcW w:w="5204" w:type="dxa"/>
          </w:tcPr>
          <w:p w14:paraId="5DEE7535" w14:textId="77777777" w:rsidR="00752646" w:rsidRPr="00752646" w:rsidRDefault="00752646" w:rsidP="00906B25"/>
        </w:tc>
      </w:tr>
      <w:tr w:rsidR="00752646" w:rsidRPr="00752646" w14:paraId="1D68D944" w14:textId="20135FA7" w:rsidTr="00752646">
        <w:tc>
          <w:tcPr>
            <w:tcW w:w="3652" w:type="dxa"/>
          </w:tcPr>
          <w:p w14:paraId="663F172C" w14:textId="77777777" w:rsidR="00752646" w:rsidRPr="00752646" w:rsidRDefault="00752646" w:rsidP="00906B25">
            <w:r w:rsidRPr="00752646">
              <w:t>Company Registration Number:</w:t>
            </w:r>
          </w:p>
        </w:tc>
        <w:tc>
          <w:tcPr>
            <w:tcW w:w="5204" w:type="dxa"/>
          </w:tcPr>
          <w:p w14:paraId="224944A4" w14:textId="77777777" w:rsidR="00752646" w:rsidRPr="00752646" w:rsidRDefault="00752646" w:rsidP="00906B25"/>
        </w:tc>
      </w:tr>
      <w:tr w:rsidR="00752646" w:rsidRPr="00752646" w14:paraId="3E6ACF64" w14:textId="6FDAF92E" w:rsidTr="00752646">
        <w:tc>
          <w:tcPr>
            <w:tcW w:w="3652" w:type="dxa"/>
          </w:tcPr>
          <w:p w14:paraId="5A63B6DB" w14:textId="77777777" w:rsidR="00752646" w:rsidRPr="00752646" w:rsidRDefault="00752646" w:rsidP="00906B25">
            <w:r w:rsidRPr="00752646">
              <w:t>VAT Number:</w:t>
            </w:r>
          </w:p>
        </w:tc>
        <w:tc>
          <w:tcPr>
            <w:tcW w:w="5204" w:type="dxa"/>
          </w:tcPr>
          <w:p w14:paraId="3E963CFE" w14:textId="77777777" w:rsidR="00752646" w:rsidRPr="00752646" w:rsidRDefault="00752646" w:rsidP="00906B25"/>
        </w:tc>
      </w:tr>
      <w:tr w:rsidR="00752646" w:rsidRPr="00752646" w14:paraId="65781336" w14:textId="24AEA9AD" w:rsidTr="00752646">
        <w:tc>
          <w:tcPr>
            <w:tcW w:w="3652" w:type="dxa"/>
          </w:tcPr>
          <w:p w14:paraId="22A31562" w14:textId="77777777" w:rsidR="00752646" w:rsidRPr="00752646" w:rsidRDefault="00752646" w:rsidP="00906B25">
            <w:proofErr w:type="gramStart"/>
            <w:r w:rsidRPr="00752646">
              <w:t>Contact Person</w:t>
            </w:r>
            <w:proofErr w:type="gramEnd"/>
            <w:r w:rsidRPr="00752646">
              <w:t xml:space="preserve"> Name &amp; Title:</w:t>
            </w:r>
          </w:p>
        </w:tc>
        <w:tc>
          <w:tcPr>
            <w:tcW w:w="5204" w:type="dxa"/>
          </w:tcPr>
          <w:p w14:paraId="5BB01DAC" w14:textId="77777777" w:rsidR="00752646" w:rsidRPr="00752646" w:rsidRDefault="00752646" w:rsidP="00906B25"/>
        </w:tc>
      </w:tr>
      <w:tr w:rsidR="00752646" w:rsidRPr="00752646" w14:paraId="0E8E127F" w14:textId="0E6F48CC" w:rsidTr="00752646">
        <w:tc>
          <w:tcPr>
            <w:tcW w:w="3652" w:type="dxa"/>
          </w:tcPr>
          <w:p w14:paraId="4A85EAD0" w14:textId="77777777" w:rsidR="00752646" w:rsidRPr="00752646" w:rsidRDefault="00752646" w:rsidP="00906B25">
            <w:r w:rsidRPr="00752646">
              <w:t>Email Address:</w:t>
            </w:r>
          </w:p>
        </w:tc>
        <w:tc>
          <w:tcPr>
            <w:tcW w:w="5204" w:type="dxa"/>
          </w:tcPr>
          <w:p w14:paraId="5E487081" w14:textId="77777777" w:rsidR="00752646" w:rsidRPr="00752646" w:rsidRDefault="00752646" w:rsidP="00906B25"/>
        </w:tc>
      </w:tr>
      <w:tr w:rsidR="00752646" w:rsidRPr="00752646" w14:paraId="685D9F90" w14:textId="1C11001F" w:rsidTr="00752646">
        <w:tc>
          <w:tcPr>
            <w:tcW w:w="3652" w:type="dxa"/>
          </w:tcPr>
          <w:p w14:paraId="7B6838F2" w14:textId="77777777" w:rsidR="00752646" w:rsidRPr="00752646" w:rsidRDefault="00752646" w:rsidP="00906B25">
            <w:r w:rsidRPr="00752646">
              <w:t>Phone Number:</w:t>
            </w:r>
          </w:p>
        </w:tc>
        <w:tc>
          <w:tcPr>
            <w:tcW w:w="5204" w:type="dxa"/>
          </w:tcPr>
          <w:p w14:paraId="533E7762" w14:textId="77777777" w:rsidR="00752646" w:rsidRPr="00752646" w:rsidRDefault="00752646" w:rsidP="00906B25"/>
        </w:tc>
      </w:tr>
      <w:tr w:rsidR="00752646" w:rsidRPr="00752646" w14:paraId="44A22D45" w14:textId="1E76C771" w:rsidTr="00752646">
        <w:tc>
          <w:tcPr>
            <w:tcW w:w="3652" w:type="dxa"/>
          </w:tcPr>
          <w:p w14:paraId="6ABF36B2" w14:textId="77777777" w:rsidR="00752646" w:rsidRPr="00752646" w:rsidRDefault="00752646" w:rsidP="00906B25">
            <w:r w:rsidRPr="00752646">
              <w:t>Website (if applicable):</w:t>
            </w:r>
          </w:p>
        </w:tc>
        <w:tc>
          <w:tcPr>
            <w:tcW w:w="5204" w:type="dxa"/>
          </w:tcPr>
          <w:p w14:paraId="4DCDEF8D" w14:textId="77777777" w:rsidR="00752646" w:rsidRPr="00752646" w:rsidRDefault="00752646" w:rsidP="00906B25"/>
        </w:tc>
      </w:tr>
      <w:tr w:rsidR="00752646" w:rsidRPr="00752646" w14:paraId="4CE23FEB" w14:textId="77777777" w:rsidTr="00EF5251">
        <w:trPr>
          <w:trHeight w:val="1128"/>
        </w:trPr>
        <w:tc>
          <w:tcPr>
            <w:tcW w:w="3652" w:type="dxa"/>
          </w:tcPr>
          <w:p w14:paraId="055E34F1" w14:textId="0909478E" w:rsidR="00752646" w:rsidRPr="00752646" w:rsidRDefault="00752646" w:rsidP="00906B25">
            <w:r>
              <w:t xml:space="preserve">Director(s)’s name(s) – </w:t>
            </w:r>
            <w:r w:rsidRPr="00752646">
              <w:rPr>
                <w:i/>
                <w:iCs/>
                <w:sz w:val="16"/>
                <w:szCs w:val="16"/>
              </w:rPr>
              <w:t>used for screening purposes</w:t>
            </w:r>
          </w:p>
        </w:tc>
        <w:tc>
          <w:tcPr>
            <w:tcW w:w="5204" w:type="dxa"/>
          </w:tcPr>
          <w:p w14:paraId="0A21C72A" w14:textId="77777777" w:rsidR="00752646" w:rsidRPr="00752646" w:rsidRDefault="00752646" w:rsidP="00906B25"/>
        </w:tc>
      </w:tr>
    </w:tbl>
    <w:p w14:paraId="1D893934" w14:textId="77777777" w:rsidR="007A1958" w:rsidRDefault="00632282" w:rsidP="00AA716C">
      <w:pPr>
        <w:pStyle w:val="Heading1"/>
      </w:pPr>
      <w:r>
        <w:t>Section 2: Compliance with Technical &amp; Ethical Specifications</w:t>
      </w:r>
    </w:p>
    <w:p w14:paraId="38EA5164" w14:textId="77777777" w:rsidR="00EF5251" w:rsidRDefault="00EF5251"/>
    <w:p w14:paraId="1438348B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1A5F4799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48313553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4343B534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584F19AD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1D27F57D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537DF77A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692F10E5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42899A3B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6498CA7F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33F47513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532FA1FD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21D134C4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05E675B2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6220F1AE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6DBD8449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1070A252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168B7FD6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110B9C14" w14:textId="77777777" w:rsidR="00EF5251" w:rsidRPr="00EF5251" w:rsidRDefault="00EF5251" w:rsidP="00EF5251">
      <w:pPr>
        <w:pStyle w:val="ListParagraph"/>
        <w:numPr>
          <w:ilvl w:val="0"/>
          <w:numId w:val="10"/>
        </w:numPr>
        <w:rPr>
          <w:vanish/>
        </w:rPr>
      </w:pPr>
    </w:p>
    <w:p w14:paraId="338A0F84" w14:textId="7B5D1EA3" w:rsidR="00EF5251" w:rsidRDefault="00632282" w:rsidP="00EF5251">
      <w:pPr>
        <w:pStyle w:val="ListParagraph"/>
        <w:numPr>
          <w:ilvl w:val="1"/>
          <w:numId w:val="11"/>
        </w:numPr>
      </w:pPr>
      <w:r>
        <w:t>Describe how your product/service meets the technical</w:t>
      </w:r>
      <w:r w:rsidR="00D7561C">
        <w:t xml:space="preserve"> &amp; ethical</w:t>
      </w:r>
      <w:r>
        <w:t xml:space="preserve"> specifications outlined in the tender:</w:t>
      </w:r>
    </w:p>
    <w:p w14:paraId="61ADD2A5" w14:textId="77777777" w:rsidR="0086052F" w:rsidRDefault="0086052F" w:rsidP="0086052F">
      <w:pPr>
        <w:pStyle w:val="ListParagraph"/>
        <w:ind w:left="360"/>
      </w:pPr>
    </w:p>
    <w:p w14:paraId="144E06F5" w14:textId="77777777" w:rsidR="0086052F" w:rsidRDefault="0086052F" w:rsidP="0086052F">
      <w:pPr>
        <w:pStyle w:val="ListParagraph"/>
        <w:ind w:left="360"/>
      </w:pPr>
    </w:p>
    <w:p w14:paraId="64E9C0DD" w14:textId="77777777" w:rsidR="0086052F" w:rsidRDefault="0086052F" w:rsidP="0086052F">
      <w:pPr>
        <w:pStyle w:val="ListParagraph"/>
        <w:ind w:left="360"/>
      </w:pPr>
    </w:p>
    <w:p w14:paraId="4735918E" w14:textId="77777777" w:rsidR="00EF5251" w:rsidRDefault="00632282" w:rsidP="00EF5251">
      <w:pPr>
        <w:pStyle w:val="ListParagraph"/>
        <w:numPr>
          <w:ilvl w:val="1"/>
          <w:numId w:val="11"/>
        </w:numPr>
      </w:pPr>
      <w:r>
        <w:t>Outline your ethical sourcing and business practices:</w:t>
      </w:r>
    </w:p>
    <w:p w14:paraId="361B5C23" w14:textId="77777777" w:rsidR="0086052F" w:rsidRDefault="0086052F" w:rsidP="0086052F">
      <w:pPr>
        <w:pStyle w:val="ListParagraph"/>
        <w:ind w:left="360"/>
      </w:pPr>
    </w:p>
    <w:p w14:paraId="60E9FB19" w14:textId="77777777" w:rsidR="0086052F" w:rsidRDefault="0086052F" w:rsidP="0086052F">
      <w:pPr>
        <w:pStyle w:val="ListParagraph"/>
        <w:ind w:left="360"/>
      </w:pPr>
    </w:p>
    <w:p w14:paraId="0B402136" w14:textId="600FE6F9" w:rsidR="007A1958" w:rsidRDefault="00EF5251" w:rsidP="00EF5251">
      <w:pPr>
        <w:pStyle w:val="ListParagraph"/>
        <w:numPr>
          <w:ilvl w:val="1"/>
          <w:numId w:val="11"/>
        </w:numPr>
      </w:pPr>
      <w:r>
        <w:tab/>
      </w:r>
      <w:r w:rsidR="00632282">
        <w:t>Certifications held (e.g. ISO, Fair Trade, etc.):</w:t>
      </w:r>
    </w:p>
    <w:p w14:paraId="0586CF79" w14:textId="77777777" w:rsidR="0086052F" w:rsidRDefault="0086052F" w:rsidP="0086052F">
      <w:pPr>
        <w:pStyle w:val="ListParagraph"/>
        <w:ind w:left="360"/>
      </w:pPr>
    </w:p>
    <w:p w14:paraId="59778687" w14:textId="5970C8E0" w:rsidR="0086052F" w:rsidRDefault="0086052F">
      <w:r>
        <w:br w:type="page"/>
      </w:r>
    </w:p>
    <w:p w14:paraId="3646B8A9" w14:textId="77777777" w:rsidR="007A1958" w:rsidRDefault="00632282" w:rsidP="00D90FEC">
      <w:pPr>
        <w:pStyle w:val="Heading1"/>
      </w:pPr>
      <w:r>
        <w:lastRenderedPageBreak/>
        <w:t>Section 3: Price Competitiveness</w:t>
      </w:r>
    </w:p>
    <w:p w14:paraId="5226ED08" w14:textId="77777777" w:rsidR="007A1958" w:rsidRDefault="00632282">
      <w:r>
        <w:t>Detailed Pricing Breakdown:</w:t>
      </w:r>
    </w:p>
    <w:tbl>
      <w:tblPr>
        <w:tblStyle w:val="TableGrid"/>
        <w:tblW w:w="104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19"/>
        <w:gridCol w:w="1107"/>
        <w:gridCol w:w="2948"/>
        <w:gridCol w:w="1337"/>
        <w:gridCol w:w="6"/>
        <w:gridCol w:w="1346"/>
        <w:gridCol w:w="1337"/>
        <w:gridCol w:w="1249"/>
      </w:tblGrid>
      <w:tr w:rsidR="00AC1745" w:rsidRPr="00752646" w14:paraId="06531FAC" w14:textId="4F8C5E2C" w:rsidTr="00BE4D5F">
        <w:trPr>
          <w:jc w:val="center"/>
        </w:trPr>
        <w:tc>
          <w:tcPr>
            <w:tcW w:w="1119" w:type="dxa"/>
            <w:shd w:val="clear" w:color="auto" w:fill="7030A0"/>
          </w:tcPr>
          <w:p w14:paraId="6064C5B1" w14:textId="71DF53E7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Tick the one(s) you apply for</w:t>
            </w:r>
          </w:p>
        </w:tc>
        <w:tc>
          <w:tcPr>
            <w:tcW w:w="1107" w:type="dxa"/>
            <w:shd w:val="clear" w:color="auto" w:fill="7030A0"/>
          </w:tcPr>
          <w:p w14:paraId="23AA2E10" w14:textId="30A12403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>Lot #</w:t>
            </w:r>
          </w:p>
        </w:tc>
        <w:tc>
          <w:tcPr>
            <w:tcW w:w="2948" w:type="dxa"/>
            <w:shd w:val="clear" w:color="auto" w:fill="7030A0"/>
          </w:tcPr>
          <w:p w14:paraId="6A3C0974" w14:textId="55BAD23E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>Model (please attach full specs separately)</w:t>
            </w:r>
          </w:p>
        </w:tc>
        <w:tc>
          <w:tcPr>
            <w:tcW w:w="1343" w:type="dxa"/>
            <w:gridSpan w:val="2"/>
            <w:shd w:val="clear" w:color="auto" w:fill="7030A0"/>
          </w:tcPr>
          <w:p w14:paraId="1C43A420" w14:textId="4145B1CF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>Unit Price</w:t>
            </w:r>
            <w:r>
              <w:rPr>
                <w:b/>
                <w:bCs/>
                <w:color w:val="FFFFFF" w:themeColor="background1"/>
                <w:sz w:val="18"/>
                <w:szCs w:val="18"/>
              </w:rPr>
              <w:t xml:space="preserve"> in GBP</w:t>
            </w:r>
          </w:p>
        </w:tc>
        <w:tc>
          <w:tcPr>
            <w:tcW w:w="1346" w:type="dxa"/>
            <w:shd w:val="clear" w:color="auto" w:fill="7030A0"/>
          </w:tcPr>
          <w:p w14:paraId="51C12F93" w14:textId="20B87530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Quantity</w:t>
            </w:r>
          </w:p>
        </w:tc>
        <w:tc>
          <w:tcPr>
            <w:tcW w:w="1337" w:type="dxa"/>
            <w:shd w:val="clear" w:color="auto" w:fill="7030A0"/>
          </w:tcPr>
          <w:p w14:paraId="69FC1233" w14:textId="5ACEFCB2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>Total</w:t>
            </w:r>
            <w:r>
              <w:rPr>
                <w:b/>
                <w:bCs/>
                <w:color w:val="FFFFFF" w:themeColor="background1"/>
                <w:sz w:val="18"/>
                <w:szCs w:val="18"/>
              </w:rPr>
              <w:t xml:space="preserve"> in GBP</w:t>
            </w:r>
          </w:p>
        </w:tc>
        <w:tc>
          <w:tcPr>
            <w:tcW w:w="1249" w:type="dxa"/>
            <w:shd w:val="clear" w:color="auto" w:fill="7030A0"/>
          </w:tcPr>
          <w:p w14:paraId="57059965" w14:textId="28341B60" w:rsidR="00AC1745" w:rsidRPr="00752646" w:rsidRDefault="00AC1745" w:rsidP="00AC1745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 xml:space="preserve">Total </w:t>
            </w:r>
            <w:r>
              <w:rPr>
                <w:b/>
                <w:bCs/>
                <w:color w:val="FFFFFF" w:themeColor="background1"/>
                <w:sz w:val="18"/>
                <w:szCs w:val="18"/>
              </w:rPr>
              <w:t xml:space="preserve">in GBP </w:t>
            </w:r>
            <w:r w:rsidRPr="00752646">
              <w:rPr>
                <w:b/>
                <w:bCs/>
                <w:color w:val="FFFFFF" w:themeColor="background1"/>
                <w:sz w:val="18"/>
                <w:szCs w:val="18"/>
              </w:rPr>
              <w:t>incl. VAT</w:t>
            </w:r>
          </w:p>
        </w:tc>
      </w:tr>
      <w:tr w:rsidR="00AC1745" w14:paraId="347F03EF" w14:textId="0CDAA89D" w:rsidTr="00BE4D5F">
        <w:trPr>
          <w:jc w:val="center"/>
        </w:trPr>
        <w:sdt>
          <w:sdtPr>
            <w:rPr>
              <w:b/>
              <w:bCs/>
              <w:sz w:val="28"/>
              <w:szCs w:val="28"/>
            </w:rPr>
            <w:id w:val="-13278873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</w:tcPr>
              <w:p w14:paraId="6063816C" w14:textId="31F82971" w:rsidR="00AC1745" w:rsidRPr="00752646" w:rsidRDefault="00AC1745" w:rsidP="00752646">
                <w:pPr>
                  <w:jc w:val="center"/>
                  <w:rPr>
                    <w:b/>
                    <w:bCs/>
                    <w:sz w:val="28"/>
                    <w:szCs w:val="28"/>
                  </w:rPr>
                </w:pPr>
                <w:r w:rsidRPr="00752646"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107" w:type="dxa"/>
          </w:tcPr>
          <w:p w14:paraId="2702F758" w14:textId="5F383D2D" w:rsidR="00AC1745" w:rsidRDefault="00AC1745" w:rsidP="00AC1745">
            <w:pPr>
              <w:jc w:val="center"/>
            </w:pPr>
            <w:r w:rsidRPr="00AC1745">
              <w:rPr>
                <w:b/>
                <w:bCs/>
              </w:rPr>
              <w:t>Lot 1</w:t>
            </w:r>
            <w:r>
              <w:t xml:space="preserve"> - Laptops</w:t>
            </w:r>
          </w:p>
        </w:tc>
        <w:tc>
          <w:tcPr>
            <w:tcW w:w="2948" w:type="dxa"/>
          </w:tcPr>
          <w:p w14:paraId="25E028AD" w14:textId="52B5E444" w:rsidR="00AC1745" w:rsidRDefault="00AC1745" w:rsidP="00752646"/>
        </w:tc>
        <w:tc>
          <w:tcPr>
            <w:tcW w:w="1343" w:type="dxa"/>
            <w:gridSpan w:val="2"/>
          </w:tcPr>
          <w:p w14:paraId="23854480" w14:textId="77777777" w:rsidR="00AC1745" w:rsidRDefault="00AC1745" w:rsidP="00752646"/>
        </w:tc>
        <w:tc>
          <w:tcPr>
            <w:tcW w:w="1346" w:type="dxa"/>
          </w:tcPr>
          <w:p w14:paraId="070CCEBD" w14:textId="77777777" w:rsidR="00AC1745" w:rsidRDefault="00AC1745" w:rsidP="00752646"/>
        </w:tc>
        <w:tc>
          <w:tcPr>
            <w:tcW w:w="1337" w:type="dxa"/>
          </w:tcPr>
          <w:p w14:paraId="4AA19933" w14:textId="7B4AFE5A" w:rsidR="00AC1745" w:rsidRDefault="00AC1745" w:rsidP="00752646"/>
        </w:tc>
        <w:tc>
          <w:tcPr>
            <w:tcW w:w="1249" w:type="dxa"/>
          </w:tcPr>
          <w:p w14:paraId="3B83383F" w14:textId="77777777" w:rsidR="00AC1745" w:rsidRDefault="00AC1745" w:rsidP="00752646"/>
        </w:tc>
      </w:tr>
      <w:tr w:rsidR="00AC1745" w14:paraId="0ED9D40C" w14:textId="34119EFB" w:rsidTr="00BE4D5F">
        <w:trPr>
          <w:jc w:val="center"/>
        </w:trPr>
        <w:sdt>
          <w:sdtPr>
            <w:rPr>
              <w:b/>
              <w:bCs/>
              <w:sz w:val="28"/>
              <w:szCs w:val="28"/>
            </w:rPr>
            <w:id w:val="1746064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</w:tcPr>
              <w:p w14:paraId="279FB4F4" w14:textId="0B16D65C" w:rsidR="00AC1745" w:rsidRPr="00752646" w:rsidRDefault="00632282" w:rsidP="00752646">
                <w:pPr>
                  <w:jc w:val="center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107" w:type="dxa"/>
          </w:tcPr>
          <w:p w14:paraId="6B21D0D1" w14:textId="0B8FC649" w:rsidR="00AC1745" w:rsidRDefault="00AC1745" w:rsidP="00AC1745">
            <w:pPr>
              <w:jc w:val="center"/>
            </w:pPr>
            <w:r w:rsidRPr="00AC1745">
              <w:rPr>
                <w:b/>
                <w:bCs/>
              </w:rPr>
              <w:t>Lot 2</w:t>
            </w:r>
            <w:r>
              <w:t xml:space="preserve"> - Mini or Micro Pcs</w:t>
            </w:r>
          </w:p>
        </w:tc>
        <w:tc>
          <w:tcPr>
            <w:tcW w:w="2948" w:type="dxa"/>
          </w:tcPr>
          <w:p w14:paraId="6B5FF233" w14:textId="37D7C15D" w:rsidR="00AC1745" w:rsidRDefault="00AC1745" w:rsidP="00752646"/>
        </w:tc>
        <w:tc>
          <w:tcPr>
            <w:tcW w:w="1343" w:type="dxa"/>
            <w:gridSpan w:val="2"/>
          </w:tcPr>
          <w:p w14:paraId="5ADB82AA" w14:textId="77777777" w:rsidR="00AC1745" w:rsidRDefault="00AC1745" w:rsidP="00752646"/>
        </w:tc>
        <w:tc>
          <w:tcPr>
            <w:tcW w:w="1346" w:type="dxa"/>
          </w:tcPr>
          <w:p w14:paraId="41CF9C0E" w14:textId="77777777" w:rsidR="00AC1745" w:rsidRDefault="00AC1745" w:rsidP="00752646"/>
        </w:tc>
        <w:tc>
          <w:tcPr>
            <w:tcW w:w="1337" w:type="dxa"/>
          </w:tcPr>
          <w:p w14:paraId="3230A294" w14:textId="1163EEDF" w:rsidR="00AC1745" w:rsidRDefault="00AC1745" w:rsidP="00752646"/>
        </w:tc>
        <w:tc>
          <w:tcPr>
            <w:tcW w:w="1249" w:type="dxa"/>
          </w:tcPr>
          <w:p w14:paraId="230CD1B6" w14:textId="77777777" w:rsidR="00AC1745" w:rsidRDefault="00AC1745" w:rsidP="00752646"/>
        </w:tc>
      </w:tr>
      <w:tr w:rsidR="00151C14" w14:paraId="4C03C630" w14:textId="77777777" w:rsidTr="00BF5E60">
        <w:trPr>
          <w:jc w:val="center"/>
        </w:trPr>
        <w:tc>
          <w:tcPr>
            <w:tcW w:w="7863" w:type="dxa"/>
            <w:gridSpan w:val="6"/>
            <w:shd w:val="clear" w:color="auto" w:fill="FFFF00"/>
          </w:tcPr>
          <w:p w14:paraId="68705BD3" w14:textId="7AD6C26A" w:rsidR="00151C14" w:rsidRDefault="00151C14" w:rsidP="00151C14">
            <w:pPr>
              <w:jc w:val="center"/>
            </w:pPr>
            <w:r w:rsidRPr="00CE2148">
              <w:rPr>
                <w:b/>
                <w:bCs/>
                <w:sz w:val="18"/>
                <w:szCs w:val="18"/>
              </w:rPr>
              <w:t>Delivery Cost</w:t>
            </w:r>
            <w:r w:rsidRPr="00CE2148">
              <w:rPr>
                <w:b/>
                <w:bCs/>
                <w:sz w:val="18"/>
                <w:szCs w:val="18"/>
              </w:rPr>
              <w:t xml:space="preserve"> (all items to be delivered to our Headquarters SK8 2BL)</w:t>
            </w:r>
          </w:p>
        </w:tc>
        <w:tc>
          <w:tcPr>
            <w:tcW w:w="1337" w:type="dxa"/>
            <w:shd w:val="clear" w:color="auto" w:fill="FFFF00"/>
          </w:tcPr>
          <w:p w14:paraId="397F9C79" w14:textId="77777777" w:rsidR="00151C14" w:rsidRDefault="00151C14" w:rsidP="00752646"/>
        </w:tc>
        <w:tc>
          <w:tcPr>
            <w:tcW w:w="1249" w:type="dxa"/>
            <w:shd w:val="clear" w:color="auto" w:fill="FFFF00"/>
          </w:tcPr>
          <w:p w14:paraId="6FA29A3B" w14:textId="77777777" w:rsidR="00151C14" w:rsidRDefault="00151C14" w:rsidP="00752646"/>
        </w:tc>
      </w:tr>
      <w:tr w:rsidR="00AC1745" w14:paraId="4EE1064C" w14:textId="1408EE1A" w:rsidTr="00BE4D5F">
        <w:trPr>
          <w:jc w:val="center"/>
        </w:trPr>
        <w:tc>
          <w:tcPr>
            <w:tcW w:w="1119" w:type="dxa"/>
          </w:tcPr>
          <w:p w14:paraId="7A8839F9" w14:textId="77777777" w:rsidR="00AC1745" w:rsidRDefault="00AC1745" w:rsidP="00752646"/>
        </w:tc>
        <w:tc>
          <w:tcPr>
            <w:tcW w:w="1107" w:type="dxa"/>
          </w:tcPr>
          <w:p w14:paraId="443D90D6" w14:textId="1C01578B" w:rsidR="00AC1745" w:rsidRDefault="00AC1745" w:rsidP="00752646"/>
        </w:tc>
        <w:tc>
          <w:tcPr>
            <w:tcW w:w="2948" w:type="dxa"/>
            <w:shd w:val="clear" w:color="auto" w:fill="CCC0D9" w:themeFill="accent4" w:themeFillTint="66"/>
          </w:tcPr>
          <w:p w14:paraId="5CD9410A" w14:textId="01ABB841" w:rsidR="00AC1745" w:rsidRPr="00752646" w:rsidRDefault="00AC1745" w:rsidP="00752646">
            <w:pPr>
              <w:rPr>
                <w:b/>
                <w:bCs/>
              </w:rPr>
            </w:pPr>
            <w:r w:rsidRPr="00752646">
              <w:rPr>
                <w:b/>
                <w:bCs/>
              </w:rPr>
              <w:t>TOTAL</w:t>
            </w:r>
          </w:p>
        </w:tc>
        <w:tc>
          <w:tcPr>
            <w:tcW w:w="1343" w:type="dxa"/>
            <w:gridSpan w:val="2"/>
            <w:shd w:val="clear" w:color="auto" w:fill="CCC0D9" w:themeFill="accent4" w:themeFillTint="66"/>
          </w:tcPr>
          <w:p w14:paraId="15A0F580" w14:textId="77777777" w:rsidR="00AC1745" w:rsidRPr="00752646" w:rsidRDefault="00AC1745" w:rsidP="00752646">
            <w:pPr>
              <w:rPr>
                <w:b/>
                <w:bCs/>
              </w:rPr>
            </w:pPr>
          </w:p>
        </w:tc>
        <w:tc>
          <w:tcPr>
            <w:tcW w:w="1346" w:type="dxa"/>
            <w:shd w:val="clear" w:color="auto" w:fill="CCC0D9" w:themeFill="accent4" w:themeFillTint="66"/>
          </w:tcPr>
          <w:p w14:paraId="7E7B32F9" w14:textId="77777777" w:rsidR="00AC1745" w:rsidRPr="00752646" w:rsidRDefault="00AC1745" w:rsidP="00752646">
            <w:pPr>
              <w:rPr>
                <w:b/>
                <w:bCs/>
              </w:rPr>
            </w:pPr>
          </w:p>
        </w:tc>
        <w:tc>
          <w:tcPr>
            <w:tcW w:w="1337" w:type="dxa"/>
            <w:shd w:val="clear" w:color="auto" w:fill="CCC0D9" w:themeFill="accent4" w:themeFillTint="66"/>
          </w:tcPr>
          <w:p w14:paraId="5AF6F34F" w14:textId="54A2A405" w:rsidR="00AC1745" w:rsidRPr="00752646" w:rsidRDefault="00AC1745" w:rsidP="00752646">
            <w:pPr>
              <w:rPr>
                <w:b/>
                <w:bCs/>
              </w:rPr>
            </w:pPr>
          </w:p>
        </w:tc>
        <w:tc>
          <w:tcPr>
            <w:tcW w:w="1249" w:type="dxa"/>
            <w:shd w:val="clear" w:color="auto" w:fill="CCC0D9" w:themeFill="accent4" w:themeFillTint="66"/>
          </w:tcPr>
          <w:p w14:paraId="35A321E1" w14:textId="77777777" w:rsidR="00AC1745" w:rsidRPr="00752646" w:rsidRDefault="00AC1745" w:rsidP="00752646">
            <w:pPr>
              <w:rPr>
                <w:b/>
                <w:bCs/>
              </w:rPr>
            </w:pPr>
          </w:p>
        </w:tc>
      </w:tr>
      <w:tr w:rsidR="00AC1745" w:rsidRPr="00752646" w14:paraId="760CACF3" w14:textId="77777777" w:rsidTr="00AC1745">
        <w:trPr>
          <w:jc w:val="center"/>
        </w:trPr>
        <w:tc>
          <w:tcPr>
            <w:tcW w:w="5174" w:type="dxa"/>
            <w:gridSpan w:val="3"/>
            <w:shd w:val="clear" w:color="auto" w:fill="BFBFBF" w:themeFill="background1" w:themeFillShade="BF"/>
          </w:tcPr>
          <w:p w14:paraId="7F78822F" w14:textId="3DEBCCAD" w:rsidR="00AC1745" w:rsidRPr="00752646" w:rsidRDefault="00AC1745" w:rsidP="00752646">
            <w:pPr>
              <w:rPr>
                <w:sz w:val="20"/>
                <w:szCs w:val="20"/>
              </w:rPr>
            </w:pPr>
            <w:r w:rsidRPr="00752646">
              <w:rPr>
                <w:sz w:val="20"/>
                <w:szCs w:val="20"/>
              </w:rPr>
              <w:t>Validity Period of the Quotation:</w:t>
            </w:r>
          </w:p>
        </w:tc>
        <w:tc>
          <w:tcPr>
            <w:tcW w:w="1337" w:type="dxa"/>
            <w:shd w:val="clear" w:color="auto" w:fill="BFBFBF" w:themeFill="background1" w:themeFillShade="BF"/>
          </w:tcPr>
          <w:p w14:paraId="031FCC19" w14:textId="77777777" w:rsidR="00AC1745" w:rsidRPr="00752646" w:rsidRDefault="00AC1745" w:rsidP="00752646">
            <w:pPr>
              <w:rPr>
                <w:sz w:val="20"/>
                <w:szCs w:val="20"/>
              </w:rPr>
            </w:pPr>
          </w:p>
        </w:tc>
        <w:tc>
          <w:tcPr>
            <w:tcW w:w="3938" w:type="dxa"/>
            <w:gridSpan w:val="4"/>
            <w:shd w:val="clear" w:color="auto" w:fill="BFBFBF" w:themeFill="background1" w:themeFillShade="BF"/>
          </w:tcPr>
          <w:p w14:paraId="4D27419B" w14:textId="575F6E85" w:rsidR="00AC1745" w:rsidRPr="00752646" w:rsidRDefault="00AC1745" w:rsidP="00151C14">
            <w:pPr>
              <w:jc w:val="center"/>
              <w:rPr>
                <w:sz w:val="20"/>
                <w:szCs w:val="20"/>
              </w:rPr>
            </w:pPr>
          </w:p>
        </w:tc>
      </w:tr>
      <w:tr w:rsidR="000922BC" w:rsidRPr="00752646" w14:paraId="5F3168EA" w14:textId="77777777" w:rsidTr="00AC1745">
        <w:trPr>
          <w:jc w:val="center"/>
        </w:trPr>
        <w:tc>
          <w:tcPr>
            <w:tcW w:w="5174" w:type="dxa"/>
            <w:gridSpan w:val="3"/>
            <w:shd w:val="clear" w:color="auto" w:fill="BFBFBF" w:themeFill="background1" w:themeFillShade="BF"/>
          </w:tcPr>
          <w:p w14:paraId="09EB728A" w14:textId="77777777" w:rsidR="000922BC" w:rsidRPr="00752646" w:rsidRDefault="000922BC" w:rsidP="00752646">
            <w:pPr>
              <w:rPr>
                <w:sz w:val="20"/>
                <w:szCs w:val="20"/>
              </w:rPr>
            </w:pPr>
          </w:p>
        </w:tc>
        <w:tc>
          <w:tcPr>
            <w:tcW w:w="1337" w:type="dxa"/>
            <w:shd w:val="clear" w:color="auto" w:fill="BFBFBF" w:themeFill="background1" w:themeFillShade="BF"/>
          </w:tcPr>
          <w:p w14:paraId="2895DE6B" w14:textId="77777777" w:rsidR="000922BC" w:rsidRPr="00752646" w:rsidRDefault="000922BC" w:rsidP="00752646">
            <w:pPr>
              <w:rPr>
                <w:sz w:val="20"/>
                <w:szCs w:val="20"/>
              </w:rPr>
            </w:pPr>
          </w:p>
        </w:tc>
        <w:tc>
          <w:tcPr>
            <w:tcW w:w="3938" w:type="dxa"/>
            <w:gridSpan w:val="4"/>
            <w:shd w:val="clear" w:color="auto" w:fill="BFBFBF" w:themeFill="background1" w:themeFillShade="BF"/>
          </w:tcPr>
          <w:p w14:paraId="188270E3" w14:textId="77777777" w:rsidR="000922BC" w:rsidRPr="00752646" w:rsidRDefault="000922BC" w:rsidP="00752646">
            <w:pPr>
              <w:rPr>
                <w:sz w:val="20"/>
                <w:szCs w:val="20"/>
              </w:rPr>
            </w:pPr>
          </w:p>
        </w:tc>
      </w:tr>
    </w:tbl>
    <w:p w14:paraId="0493EA88" w14:textId="77777777" w:rsidR="007541F7" w:rsidRDefault="007541F7"/>
    <w:p w14:paraId="64320447" w14:textId="5C1F264F" w:rsidR="007A1958" w:rsidRPr="00D90FEC" w:rsidRDefault="00632282" w:rsidP="00D90FEC">
      <w:pPr>
        <w:pStyle w:val="Heading1"/>
      </w:pPr>
      <w:r w:rsidRPr="00D90FEC">
        <w:t>Section 4: Warranty and After-Sales Support</w:t>
      </w:r>
      <w:r w:rsidR="006E1F34">
        <w:t xml:space="preserve"> (must be UK based)</w:t>
      </w:r>
    </w:p>
    <w:p w14:paraId="4CD8AD7E" w14:textId="77777777" w:rsidR="006E1F34" w:rsidRDefault="006E1F3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1"/>
        <w:gridCol w:w="4039"/>
      </w:tblGrid>
      <w:tr w:rsidR="006E1F34" w:rsidRPr="006E1F34" w14:paraId="4961BA44" w14:textId="31F110EB" w:rsidTr="006E1F34">
        <w:tc>
          <w:tcPr>
            <w:tcW w:w="4591" w:type="dxa"/>
          </w:tcPr>
          <w:p w14:paraId="667C4B4D" w14:textId="77777777" w:rsidR="006E1F34" w:rsidRPr="006E1F34" w:rsidRDefault="006E1F34" w:rsidP="007D08AF">
            <w:r w:rsidRPr="006E1F34">
              <w:t>Warranty Period Offered:</w:t>
            </w:r>
          </w:p>
        </w:tc>
        <w:tc>
          <w:tcPr>
            <w:tcW w:w="4039" w:type="dxa"/>
          </w:tcPr>
          <w:p w14:paraId="2A27F505" w14:textId="77777777" w:rsidR="006E1F34" w:rsidRDefault="006E1F34" w:rsidP="007D08AF"/>
          <w:p w14:paraId="0822DBE5" w14:textId="77777777" w:rsidR="006E1F34" w:rsidRPr="006E1F34" w:rsidRDefault="006E1F34" w:rsidP="007D08AF"/>
        </w:tc>
      </w:tr>
      <w:tr w:rsidR="006E1F34" w:rsidRPr="006E1F34" w14:paraId="65F869F6" w14:textId="7C259341" w:rsidTr="006E1F34">
        <w:tc>
          <w:tcPr>
            <w:tcW w:w="4591" w:type="dxa"/>
          </w:tcPr>
          <w:p w14:paraId="45338EC1" w14:textId="77777777" w:rsidR="006E1F34" w:rsidRPr="006E1F34" w:rsidRDefault="006E1F34" w:rsidP="007D08AF">
            <w:r w:rsidRPr="006E1F34">
              <w:t>Scope of Warranty Coverage:</w:t>
            </w:r>
          </w:p>
        </w:tc>
        <w:tc>
          <w:tcPr>
            <w:tcW w:w="4039" w:type="dxa"/>
          </w:tcPr>
          <w:p w14:paraId="57E4B283" w14:textId="77777777" w:rsidR="006E1F34" w:rsidRDefault="006E1F34" w:rsidP="007D08AF"/>
          <w:p w14:paraId="488F2AA9" w14:textId="77777777" w:rsidR="006E1F34" w:rsidRPr="006E1F34" w:rsidRDefault="006E1F34" w:rsidP="007D08AF"/>
        </w:tc>
      </w:tr>
      <w:tr w:rsidR="006E1F34" w:rsidRPr="006E1F34" w14:paraId="2E333D02" w14:textId="29861564" w:rsidTr="006E1F34">
        <w:tc>
          <w:tcPr>
            <w:tcW w:w="4591" w:type="dxa"/>
          </w:tcPr>
          <w:p w14:paraId="0605F922" w14:textId="77777777" w:rsidR="006E1F34" w:rsidRPr="006E1F34" w:rsidRDefault="006E1F34" w:rsidP="007D08AF">
            <w:r w:rsidRPr="006E1F34">
              <w:t>Details of After-Sales Support Services:</w:t>
            </w:r>
          </w:p>
        </w:tc>
        <w:tc>
          <w:tcPr>
            <w:tcW w:w="4039" w:type="dxa"/>
          </w:tcPr>
          <w:p w14:paraId="72FA1E0A" w14:textId="77777777" w:rsidR="006E1F34" w:rsidRDefault="006E1F34" w:rsidP="007D08AF"/>
          <w:p w14:paraId="17EF6350" w14:textId="77777777" w:rsidR="006E1F34" w:rsidRPr="006E1F34" w:rsidRDefault="006E1F34" w:rsidP="007D08AF"/>
        </w:tc>
      </w:tr>
    </w:tbl>
    <w:p w14:paraId="26FCD10A" w14:textId="77777777" w:rsidR="007A1958" w:rsidRDefault="00632282" w:rsidP="0086052F">
      <w:pPr>
        <w:pStyle w:val="Heading1"/>
      </w:pPr>
      <w:r>
        <w:t>Section 5: Delivery Timeline</w:t>
      </w:r>
    </w:p>
    <w:p w14:paraId="7C0D573D" w14:textId="77777777" w:rsidR="00520D97" w:rsidRDefault="00520D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5"/>
        <w:gridCol w:w="3945"/>
      </w:tblGrid>
      <w:tr w:rsidR="00632282" w:rsidRPr="00632282" w14:paraId="0FF2E6A7" w14:textId="064CF479" w:rsidTr="00632282">
        <w:tc>
          <w:tcPr>
            <w:tcW w:w="4685" w:type="dxa"/>
          </w:tcPr>
          <w:p w14:paraId="783E7A9E" w14:textId="77777777" w:rsidR="00632282" w:rsidRPr="00632282" w:rsidRDefault="00632282" w:rsidP="009C1240">
            <w:r w:rsidRPr="00632282">
              <w:t>Estimated Delivery Lead Time (from order confirmation):</w:t>
            </w:r>
          </w:p>
        </w:tc>
        <w:tc>
          <w:tcPr>
            <w:tcW w:w="3945" w:type="dxa"/>
          </w:tcPr>
          <w:p w14:paraId="514B6820" w14:textId="77777777" w:rsidR="00632282" w:rsidRPr="00632282" w:rsidRDefault="00632282" w:rsidP="009C1240"/>
        </w:tc>
      </w:tr>
      <w:tr w:rsidR="00632282" w:rsidRPr="00632282" w14:paraId="06A7F0F1" w14:textId="3425F3EE" w:rsidTr="00632282">
        <w:tc>
          <w:tcPr>
            <w:tcW w:w="4685" w:type="dxa"/>
          </w:tcPr>
          <w:p w14:paraId="748753D4" w14:textId="77777777" w:rsidR="00632282" w:rsidRPr="00632282" w:rsidRDefault="00632282" w:rsidP="009C1240">
            <w:r w:rsidRPr="00632282">
              <w:t>Delivery Method &amp; Logistics Partner (if applicable):</w:t>
            </w:r>
          </w:p>
        </w:tc>
        <w:tc>
          <w:tcPr>
            <w:tcW w:w="3945" w:type="dxa"/>
          </w:tcPr>
          <w:p w14:paraId="2F0BC515" w14:textId="77777777" w:rsidR="00632282" w:rsidRPr="00632282" w:rsidRDefault="00632282" w:rsidP="009C1240"/>
        </w:tc>
      </w:tr>
      <w:tr w:rsidR="00632282" w:rsidRPr="00632282" w14:paraId="02342BB3" w14:textId="12F55B6D" w:rsidTr="0038348C">
        <w:trPr>
          <w:trHeight w:val="626"/>
        </w:trPr>
        <w:tc>
          <w:tcPr>
            <w:tcW w:w="8630" w:type="dxa"/>
            <w:gridSpan w:val="2"/>
          </w:tcPr>
          <w:p w14:paraId="260B9411" w14:textId="77777777" w:rsidR="00632282" w:rsidRPr="00632282" w:rsidRDefault="00632282" w:rsidP="009C1240">
            <w:r w:rsidRPr="00632282">
              <w:t>Ability to meet urgent or phased delivery schedules:</w:t>
            </w:r>
          </w:p>
          <w:p w14:paraId="69C12FAC" w14:textId="253C1975" w:rsidR="00632282" w:rsidRPr="00632282" w:rsidRDefault="00151C14" w:rsidP="00632282">
            <w:pPr>
              <w:jc w:val="center"/>
            </w:pPr>
            <w:sdt>
              <w:sdtPr>
                <w:rPr>
                  <w:b/>
                  <w:bCs/>
                  <w:sz w:val="28"/>
                  <w:szCs w:val="28"/>
                </w:rPr>
                <w:id w:val="1139142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282"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</w:sdtContent>
            </w:sdt>
            <w:r w:rsidR="00632282" w:rsidRPr="00632282">
              <w:t xml:space="preserve"> Yes    </w:t>
            </w:r>
            <w:sdt>
              <w:sdtPr>
                <w:rPr>
                  <w:b/>
                  <w:bCs/>
                  <w:sz w:val="28"/>
                  <w:szCs w:val="28"/>
                </w:rPr>
                <w:id w:val="-1719967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282"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</w:sdtContent>
            </w:sdt>
            <w:r w:rsidR="00632282" w:rsidRPr="00632282">
              <w:t xml:space="preserve"> No</w:t>
            </w:r>
          </w:p>
        </w:tc>
      </w:tr>
    </w:tbl>
    <w:p w14:paraId="27A25426" w14:textId="77777777" w:rsidR="007A1958" w:rsidRDefault="00632282" w:rsidP="0086052F">
      <w:pPr>
        <w:pStyle w:val="Heading1"/>
      </w:pPr>
      <w:r>
        <w:t>Section 6: Supplier Reputation and References</w:t>
      </w:r>
    </w:p>
    <w:p w14:paraId="53BC729A" w14:textId="77777777" w:rsidR="00AD7C0B" w:rsidRDefault="00AD7C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6"/>
        <w:gridCol w:w="3964"/>
      </w:tblGrid>
      <w:tr w:rsidR="00AD7C0B" w:rsidRPr="00AD7C0B" w14:paraId="742C92D6" w14:textId="0C3E4322" w:rsidTr="00AD7C0B">
        <w:tc>
          <w:tcPr>
            <w:tcW w:w="4666" w:type="dxa"/>
          </w:tcPr>
          <w:p w14:paraId="66B410F9" w14:textId="77777777" w:rsidR="00AD7C0B" w:rsidRDefault="00AD7C0B" w:rsidP="00C13027">
            <w:r w:rsidRPr="00AD7C0B">
              <w:t>Years in Business:</w:t>
            </w:r>
          </w:p>
          <w:p w14:paraId="76727117" w14:textId="77777777" w:rsidR="006E1F34" w:rsidRDefault="006E1F34" w:rsidP="00C13027"/>
          <w:p w14:paraId="7DC11AC2" w14:textId="77777777" w:rsidR="006E1F34" w:rsidRPr="00AD7C0B" w:rsidRDefault="006E1F34" w:rsidP="00C13027"/>
        </w:tc>
        <w:tc>
          <w:tcPr>
            <w:tcW w:w="3964" w:type="dxa"/>
          </w:tcPr>
          <w:p w14:paraId="4BA2273F" w14:textId="77777777" w:rsidR="00AD7C0B" w:rsidRPr="00AD7C0B" w:rsidRDefault="00AD7C0B" w:rsidP="00C13027"/>
        </w:tc>
      </w:tr>
      <w:tr w:rsidR="00AD7C0B" w:rsidRPr="00AD7C0B" w14:paraId="388B5CE7" w14:textId="62E005B4" w:rsidTr="00AD7C0B">
        <w:tc>
          <w:tcPr>
            <w:tcW w:w="4666" w:type="dxa"/>
          </w:tcPr>
          <w:p w14:paraId="424357ED" w14:textId="77777777" w:rsidR="00AD7C0B" w:rsidRDefault="00AD7C0B" w:rsidP="00C13027">
            <w:r w:rsidRPr="00AD7C0B">
              <w:lastRenderedPageBreak/>
              <w:t>Key Clients / Projects Delivered:</w:t>
            </w:r>
          </w:p>
          <w:p w14:paraId="50D03F2D" w14:textId="77777777" w:rsidR="006E1F34" w:rsidRDefault="006E1F34" w:rsidP="00C13027"/>
          <w:p w14:paraId="102DAAED" w14:textId="77777777" w:rsidR="006E1F34" w:rsidRDefault="006E1F34" w:rsidP="00C13027"/>
          <w:p w14:paraId="6D0A2070" w14:textId="77777777" w:rsidR="006E1F34" w:rsidRPr="00AD7C0B" w:rsidRDefault="006E1F34" w:rsidP="00C13027"/>
        </w:tc>
        <w:tc>
          <w:tcPr>
            <w:tcW w:w="3964" w:type="dxa"/>
          </w:tcPr>
          <w:p w14:paraId="4747AC9F" w14:textId="77777777" w:rsidR="00AD7C0B" w:rsidRPr="00AD7C0B" w:rsidRDefault="00AD7C0B" w:rsidP="00C13027"/>
        </w:tc>
      </w:tr>
      <w:tr w:rsidR="00AD7C0B" w:rsidRPr="00AD7C0B" w14:paraId="71D6ED40" w14:textId="44E59F76" w:rsidTr="00AD7C0B">
        <w:tc>
          <w:tcPr>
            <w:tcW w:w="8630" w:type="dxa"/>
            <w:gridSpan w:val="2"/>
            <w:shd w:val="clear" w:color="auto" w:fill="E5DFEC" w:themeFill="accent4" w:themeFillTint="33"/>
          </w:tcPr>
          <w:p w14:paraId="38235932" w14:textId="2F484227" w:rsidR="00AD7C0B" w:rsidRPr="00AD7C0B" w:rsidRDefault="00AD7C0B" w:rsidP="00C13027">
            <w:r w:rsidRPr="00AD7C0B">
              <w:t>References (minimum 2)</w:t>
            </w:r>
            <w:proofErr w:type="gramStart"/>
            <w:r w:rsidRPr="00AD7C0B">
              <w:t>:  Name</w:t>
            </w:r>
            <w:proofErr w:type="gramEnd"/>
            <w:r w:rsidRPr="00AD7C0B">
              <w:t>, Company, Contact Info, Project Description</w:t>
            </w:r>
          </w:p>
        </w:tc>
      </w:tr>
      <w:tr w:rsidR="00AD7C0B" w:rsidRPr="00AD7C0B" w14:paraId="2E9E6214" w14:textId="35DA82A2" w:rsidTr="00AD7C0B">
        <w:tc>
          <w:tcPr>
            <w:tcW w:w="4666" w:type="dxa"/>
          </w:tcPr>
          <w:p w14:paraId="5D58B180" w14:textId="036747B7" w:rsidR="00AD7C0B" w:rsidRPr="00AD7C0B" w:rsidRDefault="00AD7C0B" w:rsidP="00C13027">
            <w:r>
              <w:t>Reference 1:</w:t>
            </w:r>
          </w:p>
        </w:tc>
        <w:tc>
          <w:tcPr>
            <w:tcW w:w="3964" w:type="dxa"/>
          </w:tcPr>
          <w:p w14:paraId="1702BAA0" w14:textId="77777777" w:rsidR="00AD7C0B" w:rsidRDefault="00AD7C0B" w:rsidP="00C13027"/>
          <w:p w14:paraId="44BA52B0" w14:textId="77777777" w:rsidR="00AD7C0B" w:rsidRDefault="00AD7C0B" w:rsidP="00C13027"/>
          <w:p w14:paraId="1AD25EE4" w14:textId="77777777" w:rsidR="00AD7C0B" w:rsidRPr="00AD7C0B" w:rsidRDefault="00AD7C0B" w:rsidP="00C13027"/>
        </w:tc>
      </w:tr>
      <w:tr w:rsidR="00AD7C0B" w:rsidRPr="00AD7C0B" w14:paraId="4675D057" w14:textId="77777777" w:rsidTr="00AD7C0B">
        <w:tc>
          <w:tcPr>
            <w:tcW w:w="4666" w:type="dxa"/>
          </w:tcPr>
          <w:p w14:paraId="50709B3B" w14:textId="77777777" w:rsidR="00AD7C0B" w:rsidRDefault="00AD7C0B" w:rsidP="00C13027">
            <w:r>
              <w:t>Reference 2:</w:t>
            </w:r>
          </w:p>
          <w:p w14:paraId="1896206F" w14:textId="77777777" w:rsidR="00AD7C0B" w:rsidRDefault="00AD7C0B" w:rsidP="00C13027"/>
          <w:p w14:paraId="06C6DE08" w14:textId="56539774" w:rsidR="00AD7C0B" w:rsidRPr="00AD7C0B" w:rsidRDefault="00AD7C0B" w:rsidP="00C13027"/>
        </w:tc>
        <w:tc>
          <w:tcPr>
            <w:tcW w:w="3964" w:type="dxa"/>
          </w:tcPr>
          <w:p w14:paraId="164093E1" w14:textId="77777777" w:rsidR="00AD7C0B" w:rsidRDefault="00AD7C0B" w:rsidP="00C13027"/>
        </w:tc>
      </w:tr>
      <w:tr w:rsidR="00AD7C0B" w:rsidRPr="00AD7C0B" w14:paraId="6ED21A98" w14:textId="77B7D469" w:rsidTr="00AD7C0B">
        <w:tc>
          <w:tcPr>
            <w:tcW w:w="4666" w:type="dxa"/>
          </w:tcPr>
          <w:p w14:paraId="0D25664C" w14:textId="77777777" w:rsidR="00AD7C0B" w:rsidRPr="00AD7C0B" w:rsidRDefault="00AD7C0B" w:rsidP="00C13027">
            <w:r w:rsidRPr="00AD7C0B">
              <w:t>Awards or Recognitions (if any):</w:t>
            </w:r>
          </w:p>
        </w:tc>
        <w:tc>
          <w:tcPr>
            <w:tcW w:w="3964" w:type="dxa"/>
          </w:tcPr>
          <w:p w14:paraId="625CACDD" w14:textId="77777777" w:rsidR="00AD7C0B" w:rsidRPr="00AD7C0B" w:rsidRDefault="00AD7C0B" w:rsidP="00C13027"/>
        </w:tc>
      </w:tr>
    </w:tbl>
    <w:p w14:paraId="580D8BFA" w14:textId="77777777" w:rsidR="007A1958" w:rsidRPr="006E1F34" w:rsidRDefault="00632282" w:rsidP="006E1F34">
      <w:pPr>
        <w:pStyle w:val="Heading2"/>
        <w:shd w:val="clear" w:color="auto" w:fill="7030A0"/>
        <w:rPr>
          <w:color w:val="FFFFFF" w:themeColor="background1"/>
        </w:rPr>
      </w:pPr>
      <w:r w:rsidRPr="006E1F34">
        <w:rPr>
          <w:color w:val="FFFFFF" w:themeColor="background1"/>
        </w:rPr>
        <w:t>Section 7: Declaration</w:t>
      </w:r>
    </w:p>
    <w:p w14:paraId="789D2FE8" w14:textId="77777777" w:rsidR="006E1F34" w:rsidRDefault="006E1F34"/>
    <w:p w14:paraId="1ABFDC53" w14:textId="47508F7B" w:rsidR="007A1958" w:rsidRDefault="00632282">
      <w:r>
        <w:t>I hereby declare that the information provided is accurate and complete to the best of my knowledge.</w:t>
      </w:r>
    </w:p>
    <w:p w14:paraId="4D742236" w14:textId="60921A1B" w:rsidR="007A1958" w:rsidRPr="00520D97" w:rsidRDefault="00632282">
      <w:pPr>
        <w:rPr>
          <w:b/>
          <w:bCs/>
        </w:rPr>
      </w:pPr>
      <w:proofErr w:type="spellStart"/>
      <w:r w:rsidRPr="00520D97">
        <w:rPr>
          <w:b/>
          <w:bCs/>
        </w:rPr>
        <w:t>Authori</w:t>
      </w:r>
      <w:r w:rsidR="006E1F34" w:rsidRPr="00520D97">
        <w:rPr>
          <w:b/>
          <w:bCs/>
        </w:rPr>
        <w:t>s</w:t>
      </w:r>
      <w:r w:rsidRPr="00520D97">
        <w:rPr>
          <w:b/>
          <w:bCs/>
        </w:rPr>
        <w:t>ed</w:t>
      </w:r>
      <w:proofErr w:type="spellEnd"/>
      <w:r w:rsidRPr="00520D97">
        <w:rPr>
          <w:b/>
          <w:bCs/>
        </w:rPr>
        <w:t xml:space="preserve"> Signatory Name:</w:t>
      </w:r>
    </w:p>
    <w:p w14:paraId="7B514516" w14:textId="77777777" w:rsidR="007A1958" w:rsidRDefault="00632282">
      <w:r>
        <w:t>Signature:</w:t>
      </w:r>
    </w:p>
    <w:p w14:paraId="77D4442A" w14:textId="77777777" w:rsidR="007A1958" w:rsidRDefault="00632282">
      <w:r>
        <w:t>Date:</w:t>
      </w:r>
    </w:p>
    <w:sectPr w:rsidR="007A1958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9A2D7" w14:textId="77777777" w:rsidR="00AA716C" w:rsidRDefault="00AA716C" w:rsidP="00AA716C">
      <w:pPr>
        <w:spacing w:after="0" w:line="240" w:lineRule="auto"/>
      </w:pPr>
      <w:r>
        <w:separator/>
      </w:r>
    </w:p>
  </w:endnote>
  <w:endnote w:type="continuationSeparator" w:id="0">
    <w:p w14:paraId="1C11DB42" w14:textId="77777777" w:rsidR="00AA716C" w:rsidRDefault="00AA716C" w:rsidP="00AA7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84473" w14:textId="77777777" w:rsidR="00AA716C" w:rsidRDefault="00AA716C" w:rsidP="00AA716C">
      <w:pPr>
        <w:spacing w:after="0" w:line="240" w:lineRule="auto"/>
      </w:pPr>
      <w:r>
        <w:separator/>
      </w:r>
    </w:p>
  </w:footnote>
  <w:footnote w:type="continuationSeparator" w:id="0">
    <w:p w14:paraId="7D37B9B6" w14:textId="77777777" w:rsidR="00AA716C" w:rsidRDefault="00AA716C" w:rsidP="00AA7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0A778" w14:textId="53ABC364" w:rsidR="00AA716C" w:rsidRPr="00AA716C" w:rsidRDefault="00AA716C">
    <w:pPr>
      <w:pStyle w:val="Header"/>
      <w:rPr>
        <w:b/>
        <w:bCs/>
        <w:color w:val="7030A0"/>
        <w:sz w:val="28"/>
        <w:szCs w:val="28"/>
      </w:rPr>
    </w:pPr>
    <w:r w:rsidRPr="00AA716C">
      <w:rPr>
        <w:b/>
        <w:bCs/>
        <w:noProof/>
        <w:color w:val="7030A0"/>
        <w:sz w:val="28"/>
        <w:szCs w:val="28"/>
      </w:rPr>
      <w:drawing>
        <wp:anchor distT="0" distB="0" distL="114300" distR="114300" simplePos="0" relativeHeight="251658240" behindDoc="1" locked="0" layoutInCell="1" allowOverlap="1" wp14:anchorId="70F31EA9" wp14:editId="625B1805">
          <wp:simplePos x="0" y="0"/>
          <wp:positionH relativeFrom="column">
            <wp:posOffset>5810250</wp:posOffset>
          </wp:positionH>
          <wp:positionV relativeFrom="paragraph">
            <wp:posOffset>-450850</wp:posOffset>
          </wp:positionV>
          <wp:extent cx="807085" cy="742950"/>
          <wp:effectExtent l="0" t="0" r="0" b="0"/>
          <wp:wrapTight wrapText="bothSides">
            <wp:wrapPolygon edited="0">
              <wp:start x="0" y="0"/>
              <wp:lineTo x="0" y="21046"/>
              <wp:lineTo x="11726" y="21046"/>
              <wp:lineTo x="12236" y="21046"/>
              <wp:lineTo x="20903" y="10523"/>
              <wp:lineTo x="20903" y="8308"/>
              <wp:lineTo x="13766" y="0"/>
              <wp:lineTo x="0" y="0"/>
            </wp:wrapPolygon>
          </wp:wrapTight>
          <wp:docPr id="542494893" name="Picture 1" descr="A purple square with white letters and a white circle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494893" name="Picture 1" descr="A purple square with white letters and a white circle on i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7085" cy="742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716C">
      <w:rPr>
        <w:b/>
        <w:bCs/>
        <w:color w:val="7030A0"/>
        <w:sz w:val="28"/>
        <w:szCs w:val="28"/>
      </w:rPr>
      <w:t>Human Appeal – Laptops &amp; Min PC Tender Ref: HA/0247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194101"/>
    <w:multiLevelType w:val="multilevel"/>
    <w:tmpl w:val="25A44D5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F5B3D16"/>
    <w:multiLevelType w:val="hybridMultilevel"/>
    <w:tmpl w:val="D1AC45F2"/>
    <w:lvl w:ilvl="0" w:tplc="C416FF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6307516">
    <w:abstractNumId w:val="8"/>
  </w:num>
  <w:num w:numId="2" w16cid:durableId="1532260036">
    <w:abstractNumId w:val="6"/>
  </w:num>
  <w:num w:numId="3" w16cid:durableId="1339039244">
    <w:abstractNumId w:val="5"/>
  </w:num>
  <w:num w:numId="4" w16cid:durableId="1398239557">
    <w:abstractNumId w:val="4"/>
  </w:num>
  <w:num w:numId="5" w16cid:durableId="1421874696">
    <w:abstractNumId w:val="7"/>
  </w:num>
  <w:num w:numId="6" w16cid:durableId="403450073">
    <w:abstractNumId w:val="3"/>
  </w:num>
  <w:num w:numId="7" w16cid:durableId="1610162122">
    <w:abstractNumId w:val="2"/>
  </w:num>
  <w:num w:numId="8" w16cid:durableId="1323510213">
    <w:abstractNumId w:val="1"/>
  </w:num>
  <w:num w:numId="9" w16cid:durableId="1161001918">
    <w:abstractNumId w:val="0"/>
  </w:num>
  <w:num w:numId="10" w16cid:durableId="939607687">
    <w:abstractNumId w:val="10"/>
  </w:num>
  <w:num w:numId="11" w16cid:durableId="16513990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1A7C"/>
    <w:rsid w:val="00034616"/>
    <w:rsid w:val="0006063C"/>
    <w:rsid w:val="000922BC"/>
    <w:rsid w:val="0015074B"/>
    <w:rsid w:val="00151C14"/>
    <w:rsid w:val="0029639D"/>
    <w:rsid w:val="00326F90"/>
    <w:rsid w:val="00520D97"/>
    <w:rsid w:val="00632282"/>
    <w:rsid w:val="006E1F34"/>
    <w:rsid w:val="00752646"/>
    <w:rsid w:val="007541F7"/>
    <w:rsid w:val="007A1958"/>
    <w:rsid w:val="007C7006"/>
    <w:rsid w:val="0086052F"/>
    <w:rsid w:val="009F6881"/>
    <w:rsid w:val="00A00A78"/>
    <w:rsid w:val="00AA1D8D"/>
    <w:rsid w:val="00AA716C"/>
    <w:rsid w:val="00AC1745"/>
    <w:rsid w:val="00AD7C0B"/>
    <w:rsid w:val="00B47730"/>
    <w:rsid w:val="00BA7300"/>
    <w:rsid w:val="00BE2347"/>
    <w:rsid w:val="00BE4D5F"/>
    <w:rsid w:val="00CB0664"/>
    <w:rsid w:val="00CE2148"/>
    <w:rsid w:val="00D7561C"/>
    <w:rsid w:val="00D90FEC"/>
    <w:rsid w:val="00EF525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212D3F5F"/>
  <w14:defaultImageDpi w14:val="330"/>
  <w15:docId w15:val="{8ACC3BF4-75BA-4B27-A1D8-63356725C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0FEC"/>
    <w:pPr>
      <w:keepNext/>
      <w:keepLines/>
      <w:shd w:val="clear" w:color="auto" w:fill="7030A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FFFFFF" w:themeColor="background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90FEC"/>
    <w:rPr>
      <w:rFonts w:asciiTheme="majorHAnsi" w:eastAsiaTheme="majorEastAsia" w:hAnsiTheme="majorHAnsi" w:cstheme="majorBidi"/>
      <w:b/>
      <w:bCs/>
      <w:color w:val="FFFFFF" w:themeColor="background1"/>
      <w:sz w:val="28"/>
      <w:szCs w:val="28"/>
      <w:shd w:val="clear" w:color="auto" w:fill="7030A0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PlaceholderText">
    <w:name w:val="Placeholder Text"/>
    <w:basedOn w:val="DefaultParagraphFont"/>
    <w:uiPriority w:val="99"/>
    <w:semiHidden/>
    <w:rsid w:val="0075264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021A7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A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s@humanappeal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Mohamed Chahtane</cp:lastModifiedBy>
  <cp:revision>18</cp:revision>
  <dcterms:created xsi:type="dcterms:W3CDTF">2025-09-30T15:26:00Z</dcterms:created>
  <dcterms:modified xsi:type="dcterms:W3CDTF">2025-09-30T16:21:00Z</dcterms:modified>
  <cp:category/>
</cp:coreProperties>
</file>