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sdt>
      <w:sdtPr>
        <w:rPr>
          <w:sz w:val="2"/>
        </w:rPr>
        <w:id w:val="-781729616"/>
        <w:docPartObj>
          <w:docPartGallery w:val="Cover Pages"/>
          <w:docPartUnique/>
        </w:docPartObj>
      </w:sdtPr>
      <w:sdtEndPr>
        <w:rPr>
          <w:rFonts w:ascii="Cairo" w:hAnsi="Cairo" w:cs="Cairo"/>
          <w:b/>
          <w:bCs/>
          <w:color w:val="7030A0"/>
          <w:sz w:val="28"/>
          <w:szCs w:val="28"/>
        </w:rPr>
      </w:sdtEndPr>
      <w:sdtContent>
        <w:p w14:paraId="48A0A341" w14:textId="1A76C0A9" w:rsidR="00BE0642" w:rsidRPr="00BE0642" w:rsidRDefault="00BE0642" w:rsidP="00BE0642">
          <w:pPr>
            <w:pStyle w:val="NoSpacing"/>
          </w:pPr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0" locked="0" layoutInCell="1" allowOverlap="1" wp14:anchorId="74D3FC39" wp14:editId="03800036">
                    <wp:simplePos x="0" y="0"/>
                    <wp:positionH relativeFrom="page">
                      <wp:posOffset>0</wp:posOffset>
                    </wp:positionH>
                    <wp:positionV relativeFrom="page">
                      <wp:posOffset>0</wp:posOffset>
                    </wp:positionV>
                    <wp:extent cx="7772400" cy="10058400"/>
                    <wp:effectExtent l="0" t="0" r="0" b="0"/>
                    <wp:wrapTopAndBottom/>
                    <wp:docPr id="515" name="Group 515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7772400" cy="10058400"/>
                              <a:chOff x="0" y="0"/>
                              <a:chExt cx="7772400" cy="10058400"/>
                            </a:xfrm>
                          </wpg:grpSpPr>
                          <wps:wsp>
                            <wps:cNvPr id="597" name="Shape 597"/>
                            <wps:cNvSpPr/>
                            <wps:spPr>
                              <a:xfrm>
                                <a:off x="0" y="0"/>
                                <a:ext cx="7772400" cy="100584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7772400" h="10058400">
                                    <a:moveTo>
                                      <a:pt x="0" y="0"/>
                                    </a:moveTo>
                                    <a:lnTo>
                                      <a:pt x="7772400" y="0"/>
                                    </a:lnTo>
                                    <a:lnTo>
                                      <a:pt x="7772400" y="10058400"/>
                                    </a:lnTo>
                                    <a:lnTo>
                                      <a:pt x="0" y="10058400"/>
                                    </a:ln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ln w="0" cap="flat">
                                <a:miter lim="127000"/>
                              </a:ln>
                            </wps:spPr>
                            <wps:style>
                              <a:lnRef idx="0">
                                <a:srgbClr val="000000">
                                  <a:alpha val="0"/>
                                </a:srgbClr>
                              </a:lnRef>
                              <a:fillRef idx="1">
                                <a:srgbClr val="37145A"/>
                              </a:fillRef>
                              <a:effectRef idx="0">
                                <a:scrgbClr r="0" g="0" b="0"/>
                              </a:effectRef>
                              <a:fontRef idx="none"/>
                            </wps:style>
                            <wps:bodyPr/>
                          </wps:wsp>
                          <pic:pic xmlns:pic="http://schemas.openxmlformats.org/drawingml/2006/picture">
                            <pic:nvPicPr>
                              <pic:cNvPr id="9" name="Picture 9"/>
                              <pic:cNvPicPr/>
                            </pic:nvPicPr>
                            <pic:blipFill>
                              <a:blip r:embed="rId8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5848134" y="5163197"/>
                                <a:ext cx="1924050" cy="2828925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wps:wsp>
                            <wps:cNvPr id="598" name="Shape 598"/>
                            <wps:cNvSpPr/>
                            <wps:spPr>
                              <a:xfrm>
                                <a:off x="0" y="3312355"/>
                                <a:ext cx="7772400" cy="1879468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7772400" h="1879468">
                                    <a:moveTo>
                                      <a:pt x="0" y="0"/>
                                    </a:moveTo>
                                    <a:lnTo>
                                      <a:pt x="7772400" y="0"/>
                                    </a:lnTo>
                                    <a:lnTo>
                                      <a:pt x="7772400" y="1879468"/>
                                    </a:lnTo>
                                    <a:lnTo>
                                      <a:pt x="0" y="1879468"/>
                                    </a:ln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ln w="0" cap="flat">
                                <a:miter lim="127000"/>
                              </a:ln>
                            </wps:spPr>
                            <wps:style>
                              <a:lnRef idx="0">
                                <a:srgbClr val="000000">
                                  <a:alpha val="0"/>
                                </a:srgbClr>
                              </a:lnRef>
                              <a:fillRef idx="1">
                                <a:srgbClr val="FFFFFF"/>
                              </a:fillRef>
                              <a:effectRef idx="0">
                                <a:scrgbClr r="0" g="0" b="0"/>
                              </a:effectRef>
                              <a:fontRef idx="none"/>
                            </wps:style>
                            <wps:bodyPr/>
                          </wps:wsp>
                          <pic:pic xmlns:pic="http://schemas.openxmlformats.org/drawingml/2006/picture">
                            <pic:nvPicPr>
                              <pic:cNvPr id="587" name="Picture 587"/>
                              <pic:cNvPicPr/>
                            </pic:nvPicPr>
                            <pic:blipFill>
                              <a:blip r:embed="rId9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3958336" y="3377184"/>
                                <a:ext cx="2127504" cy="1749552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pic:pic xmlns:pic="http://schemas.openxmlformats.org/drawingml/2006/picture">
                            <pic:nvPicPr>
                              <pic:cNvPr id="588" name="Picture 588"/>
                              <pic:cNvPicPr/>
                            </pic:nvPicPr>
                            <pic:blipFill>
                              <a:blip r:embed="rId10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1764792" y="3374136"/>
                                <a:ext cx="2127504" cy="1749552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pic:pic xmlns:pic="http://schemas.openxmlformats.org/drawingml/2006/picture">
                            <pic:nvPicPr>
                              <pic:cNvPr id="589" name="Picture 589"/>
                              <pic:cNvPicPr/>
                            </pic:nvPicPr>
                            <pic:blipFill>
                              <a:blip r:embed="rId11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3377184"/>
                                <a:ext cx="1694688" cy="1749552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pic:pic xmlns:pic="http://schemas.openxmlformats.org/drawingml/2006/picture">
                            <pic:nvPicPr>
                              <pic:cNvPr id="590" name="Picture 590"/>
                              <pic:cNvPicPr/>
                            </pic:nvPicPr>
                            <pic:blipFill>
                              <a:blip r:embed="rId12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6151880" y="3374136"/>
                                <a:ext cx="1618488" cy="1749552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wps:wsp>
                            <wps:cNvPr id="19" name="Rectangle 19"/>
                            <wps:cNvSpPr/>
                            <wps:spPr>
                              <a:xfrm>
                                <a:off x="1560220" y="5610627"/>
                                <a:ext cx="41182" cy="190657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5E59A4EE" w14:textId="77777777" w:rsidR="00BE0642" w:rsidRDefault="00BE0642" w:rsidP="00BE0642">
                                  <w:r>
                                    <w:rPr>
                                      <w:rFonts w:ascii="Calibri" w:eastAsia="Calibri" w:hAnsi="Calibri" w:cs="Calibri"/>
                                      <w:color w:val="FFFFFF"/>
                                      <w:sz w:val="23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20" name="Rectangle 20"/>
                            <wps:cNvSpPr/>
                            <wps:spPr>
                              <a:xfrm>
                                <a:off x="1763151" y="5610627"/>
                                <a:ext cx="41182" cy="190657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3019372C" w14:textId="77777777" w:rsidR="00BE0642" w:rsidRDefault="00BE0642" w:rsidP="00BE0642">
                                  <w:r>
                                    <w:rPr>
                                      <w:rFonts w:ascii="Calibri" w:eastAsia="Calibri" w:hAnsi="Calibri" w:cs="Calibri"/>
                                      <w:color w:val="FFFFFF"/>
                                      <w:sz w:val="23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22" name="Rectangle 22"/>
                            <wps:cNvSpPr/>
                            <wps:spPr>
                              <a:xfrm>
                                <a:off x="1778724" y="6863203"/>
                                <a:ext cx="201600" cy="1039176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52665E5D" w14:textId="77777777" w:rsidR="00BE0642" w:rsidRDefault="00BE0642" w:rsidP="00BE0642"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color w:val="FFFFFF"/>
                                      <w:sz w:val="123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23" name="Rectangle 23"/>
                            <wps:cNvSpPr/>
                            <wps:spPr>
                              <a:xfrm>
                                <a:off x="2600925" y="7657282"/>
                                <a:ext cx="94916" cy="395484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53EEF0A5" w14:textId="77777777" w:rsidR="00BE0642" w:rsidRDefault="00BE0642" w:rsidP="00BE0642">
                                  <w:r>
                                    <w:rPr>
                                      <w:rFonts w:ascii="Calibri" w:eastAsia="Calibri" w:hAnsi="Calibri" w:cs="Calibri"/>
                                      <w:color w:val="FFFFFF"/>
                                      <w:sz w:val="47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24" name="Rectangle 24"/>
                            <wps:cNvSpPr/>
                            <wps:spPr>
                              <a:xfrm>
                                <a:off x="3770427" y="7657282"/>
                                <a:ext cx="94916" cy="395484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6859ADBE" w14:textId="77777777" w:rsidR="00BE0642" w:rsidRDefault="00BE0642" w:rsidP="00BE0642">
                                  <w:r>
                                    <w:rPr>
                                      <w:rFonts w:ascii="Calibri" w:eastAsia="Calibri" w:hAnsi="Calibri" w:cs="Calibri"/>
                                      <w:color w:val="FFFFFF"/>
                                      <w:sz w:val="47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25" name="Rectangle 25"/>
                            <wps:cNvSpPr/>
                            <wps:spPr>
                              <a:xfrm>
                                <a:off x="805983" y="7129590"/>
                                <a:ext cx="0" cy="365825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53393B0A" w14:textId="77777777" w:rsidR="00BE0642" w:rsidRDefault="00BE0642" w:rsidP="00BE0642">
                                  <w:r>
                                    <w:rPr>
                                      <w:rFonts w:ascii="Arial" w:eastAsia="Arial" w:hAnsi="Arial" w:cs="Arial"/>
                                      <w:color w:val="FFFFFF"/>
                                      <w:sz w:val="47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26" name="Rectangle 26"/>
                            <wps:cNvSpPr/>
                            <wps:spPr>
                              <a:xfrm>
                                <a:off x="1024244" y="7129590"/>
                                <a:ext cx="0" cy="365825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3098FE25" w14:textId="77777777" w:rsidR="00BE0642" w:rsidRDefault="00BE0642" w:rsidP="00BE0642">
                                  <w:r>
                                    <w:rPr>
                                      <w:rFonts w:ascii="Arial" w:eastAsia="Arial" w:hAnsi="Arial" w:cs="Arial"/>
                                      <w:color w:val="FFFFFF"/>
                                      <w:sz w:val="47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27" name="Rectangle 27"/>
                            <wps:cNvSpPr/>
                            <wps:spPr>
                              <a:xfrm>
                                <a:off x="1236257" y="7129590"/>
                                <a:ext cx="0" cy="365825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46841C32" w14:textId="77777777" w:rsidR="00BE0642" w:rsidRDefault="00BE0642" w:rsidP="00BE0642">
                                  <w:r>
                                    <w:rPr>
                                      <w:rFonts w:ascii="Arial" w:eastAsia="Arial" w:hAnsi="Arial" w:cs="Arial"/>
                                      <w:color w:val="FFFFFF"/>
                                      <w:sz w:val="47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28" name="Rectangle 28"/>
                            <wps:cNvSpPr/>
                            <wps:spPr>
                              <a:xfrm>
                                <a:off x="1456005" y="7129590"/>
                                <a:ext cx="0" cy="365825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3F31FFB1" w14:textId="77777777" w:rsidR="00BE0642" w:rsidRDefault="00BE0642" w:rsidP="00BE0642">
                                  <w:r>
                                    <w:rPr>
                                      <w:rFonts w:ascii="Arial" w:eastAsia="Arial" w:hAnsi="Arial" w:cs="Arial"/>
                                      <w:color w:val="FFFFFF"/>
                                      <w:sz w:val="47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29" name="Rectangle 29"/>
                            <wps:cNvSpPr/>
                            <wps:spPr>
                              <a:xfrm>
                                <a:off x="1691808" y="7129590"/>
                                <a:ext cx="0" cy="365825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1AF5F8CD" w14:textId="77777777" w:rsidR="00BE0642" w:rsidRDefault="00BE0642" w:rsidP="00BE0642">
                                  <w:r>
                                    <w:rPr>
                                      <w:rFonts w:ascii="Arial" w:eastAsia="Arial" w:hAnsi="Arial" w:cs="Arial"/>
                                      <w:color w:val="FFFFFF"/>
                                      <w:sz w:val="47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30" name="Rectangle 30"/>
                            <wps:cNvSpPr/>
                            <wps:spPr>
                              <a:xfrm>
                                <a:off x="1938614" y="7129590"/>
                                <a:ext cx="0" cy="365825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3A6F2C27" w14:textId="77777777" w:rsidR="00BE0642" w:rsidRDefault="00BE0642" w:rsidP="00BE0642">
                                  <w:r>
                                    <w:rPr>
                                      <w:rFonts w:ascii="Arial" w:eastAsia="Arial" w:hAnsi="Arial" w:cs="Arial"/>
                                      <w:color w:val="FFFFFF"/>
                                      <w:sz w:val="47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31" name="Rectangle 31"/>
                            <wps:cNvSpPr/>
                            <wps:spPr>
                              <a:xfrm>
                                <a:off x="2171444" y="7129590"/>
                                <a:ext cx="0" cy="365825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7EAAA42C" w14:textId="77777777" w:rsidR="00BE0642" w:rsidRDefault="00BE0642" w:rsidP="00BE0642">
                                  <w:r>
                                    <w:rPr>
                                      <w:rFonts w:ascii="Arial" w:eastAsia="Arial" w:hAnsi="Arial" w:cs="Arial"/>
                                      <w:color w:val="FFFFFF"/>
                                      <w:sz w:val="47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32" name="Rectangle 32"/>
                            <wps:cNvSpPr/>
                            <wps:spPr>
                              <a:xfrm>
                                <a:off x="2507456" y="7129590"/>
                                <a:ext cx="0" cy="365825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255AF8FB" w14:textId="77777777" w:rsidR="00BE0642" w:rsidRDefault="00BE0642" w:rsidP="00BE0642">
                                  <w:r>
                                    <w:rPr>
                                      <w:rFonts w:ascii="Arial" w:eastAsia="Arial" w:hAnsi="Arial" w:cs="Arial"/>
                                      <w:color w:val="FFFFFF"/>
                                      <w:sz w:val="47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33" name="Rectangle 33"/>
                            <wps:cNvSpPr/>
                            <wps:spPr>
                              <a:xfrm>
                                <a:off x="2735827" y="7129590"/>
                                <a:ext cx="0" cy="365825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79E8EC07" w14:textId="77777777" w:rsidR="00BE0642" w:rsidRDefault="00BE0642" w:rsidP="00BE0642">
                                  <w:r>
                                    <w:rPr>
                                      <w:rFonts w:ascii="Arial" w:eastAsia="Arial" w:hAnsi="Arial" w:cs="Arial"/>
                                      <w:color w:val="FFFFFF"/>
                                      <w:sz w:val="47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34" name="Rectangle 34"/>
                            <wps:cNvSpPr/>
                            <wps:spPr>
                              <a:xfrm>
                                <a:off x="2978170" y="7129590"/>
                                <a:ext cx="0" cy="365825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47E6D099" w14:textId="77777777" w:rsidR="00BE0642" w:rsidRDefault="00BE0642" w:rsidP="00BE0642">
                                  <w:r>
                                    <w:rPr>
                                      <w:rFonts w:ascii="Arial" w:eastAsia="Arial" w:hAnsi="Arial" w:cs="Arial"/>
                                      <w:color w:val="FFFFFF"/>
                                      <w:sz w:val="47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35" name="Rectangle 35"/>
                            <wps:cNvSpPr/>
                            <wps:spPr>
                              <a:xfrm>
                                <a:off x="3215759" y="7129590"/>
                                <a:ext cx="0" cy="365825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52E85679" w14:textId="77777777" w:rsidR="00BE0642" w:rsidRDefault="00BE0642" w:rsidP="00BE0642">
                                  <w:r>
                                    <w:rPr>
                                      <w:rFonts w:ascii="Arial" w:eastAsia="Arial" w:hAnsi="Arial" w:cs="Arial"/>
                                      <w:color w:val="FFFFFF"/>
                                      <w:sz w:val="47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36" name="Rectangle 36"/>
                            <wps:cNvSpPr/>
                            <wps:spPr>
                              <a:xfrm>
                                <a:off x="3344515" y="7129590"/>
                                <a:ext cx="0" cy="365825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5B557939" w14:textId="77777777" w:rsidR="00BE0642" w:rsidRDefault="00BE0642" w:rsidP="00BE0642">
                                  <w:r>
                                    <w:rPr>
                                      <w:rFonts w:ascii="Arial" w:eastAsia="Arial" w:hAnsi="Arial" w:cs="Arial"/>
                                      <w:color w:val="FFFFFF"/>
                                      <w:sz w:val="47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37" name="Rectangle 37"/>
                            <wps:cNvSpPr/>
                            <wps:spPr>
                              <a:xfrm>
                                <a:off x="3676958" y="7129590"/>
                                <a:ext cx="0" cy="365825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3AA82E0F" w14:textId="77777777" w:rsidR="00BE0642" w:rsidRDefault="00BE0642" w:rsidP="00BE0642">
                                  <w:r>
                                    <w:rPr>
                                      <w:rFonts w:ascii="Arial" w:eastAsia="Arial" w:hAnsi="Arial" w:cs="Arial"/>
                                      <w:color w:val="FFFFFF"/>
                                      <w:sz w:val="47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38" name="Rectangle 38"/>
                            <wps:cNvSpPr/>
                            <wps:spPr>
                              <a:xfrm>
                                <a:off x="3905037" y="7129590"/>
                                <a:ext cx="0" cy="365825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38A50C09" w14:textId="77777777" w:rsidR="00BE0642" w:rsidRDefault="00BE0642" w:rsidP="00BE0642">
                                  <w:r>
                                    <w:rPr>
                                      <w:rFonts w:ascii="Arial" w:eastAsia="Arial" w:hAnsi="Arial" w:cs="Arial"/>
                                      <w:color w:val="FFFFFF"/>
                                      <w:sz w:val="47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39" name="Rectangle 39"/>
                            <wps:cNvSpPr/>
                            <wps:spPr>
                              <a:xfrm>
                                <a:off x="4124767" y="7129590"/>
                                <a:ext cx="0" cy="365825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52CDB060" w14:textId="77777777" w:rsidR="00BE0642" w:rsidRDefault="00BE0642" w:rsidP="00BE0642">
                                  <w:r>
                                    <w:rPr>
                                      <w:rFonts w:ascii="Arial" w:eastAsia="Arial" w:hAnsi="Arial" w:cs="Arial"/>
                                      <w:color w:val="FFFFFF"/>
                                      <w:sz w:val="47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40" name="Rectangle 40"/>
                            <wps:cNvSpPr/>
                            <wps:spPr>
                              <a:xfrm>
                                <a:off x="4357299" y="7129590"/>
                                <a:ext cx="0" cy="365825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30F09149" w14:textId="77777777" w:rsidR="00BE0642" w:rsidRDefault="00BE0642" w:rsidP="00BE0642">
                                  <w:r>
                                    <w:rPr>
                                      <w:rFonts w:ascii="Arial" w:eastAsia="Arial" w:hAnsi="Arial" w:cs="Arial"/>
                                      <w:color w:val="FFFFFF"/>
                                      <w:sz w:val="47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41" name="Rectangle 41"/>
                            <wps:cNvSpPr/>
                            <wps:spPr>
                              <a:xfrm>
                                <a:off x="4576755" y="7129590"/>
                                <a:ext cx="0" cy="365825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31E91340" w14:textId="77777777" w:rsidR="00BE0642" w:rsidRDefault="00BE0642" w:rsidP="00BE0642">
                                  <w:r>
                                    <w:rPr>
                                      <w:rFonts w:ascii="Arial" w:eastAsia="Arial" w:hAnsi="Arial" w:cs="Arial"/>
                                      <w:color w:val="FFFFFF"/>
                                      <w:sz w:val="47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42" name="Rectangle 42"/>
                            <wps:cNvSpPr/>
                            <wps:spPr>
                              <a:xfrm>
                                <a:off x="4705503" y="7129590"/>
                                <a:ext cx="0" cy="365825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34DC54DC" w14:textId="77777777" w:rsidR="00BE0642" w:rsidRDefault="00BE0642" w:rsidP="00BE0642">
                                  <w:r>
                                    <w:rPr>
                                      <w:rFonts w:ascii="Arial" w:eastAsia="Arial" w:hAnsi="Arial" w:cs="Arial"/>
                                      <w:color w:val="FFFFFF"/>
                                      <w:sz w:val="47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43" name="Rectangle 43"/>
                            <wps:cNvSpPr/>
                            <wps:spPr>
                              <a:xfrm>
                                <a:off x="4926147" y="7129590"/>
                                <a:ext cx="0" cy="365825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1C9DC51F" w14:textId="77777777" w:rsidR="00BE0642" w:rsidRDefault="00BE0642" w:rsidP="00BE0642">
                                  <w:r>
                                    <w:rPr>
                                      <w:rFonts w:ascii="Arial" w:eastAsia="Arial" w:hAnsi="Arial" w:cs="Arial"/>
                                      <w:color w:val="FFFFFF"/>
                                      <w:sz w:val="47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44" name="Rectangle 44"/>
                            <wps:cNvSpPr/>
                            <wps:spPr>
                              <a:xfrm>
                                <a:off x="5145908" y="7129590"/>
                                <a:ext cx="0" cy="365825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72523842" w14:textId="77777777" w:rsidR="00BE0642" w:rsidRDefault="00BE0642" w:rsidP="00BE0642">
                                  <w:r>
                                    <w:rPr>
                                      <w:rFonts w:ascii="Arial" w:eastAsia="Arial" w:hAnsi="Arial" w:cs="Arial"/>
                                      <w:color w:val="FFFFFF"/>
                                      <w:sz w:val="47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45" name="Rectangle 45"/>
                            <wps:cNvSpPr/>
                            <wps:spPr>
                              <a:xfrm>
                                <a:off x="76328" y="7120074"/>
                                <a:ext cx="222659" cy="395486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150E8EE0" w14:textId="77777777" w:rsidR="00BE0642" w:rsidRDefault="00BE0642" w:rsidP="00BE0642">
                                  <w:r>
                                    <w:rPr>
                                      <w:rFonts w:ascii="Calibri" w:eastAsia="Calibri" w:hAnsi="Calibri" w:cs="Calibri"/>
                                      <w:color w:val="FFFFFF"/>
                                      <w:w w:val="115"/>
                                      <w:sz w:val="47"/>
                                    </w:rPr>
                                    <w:t>E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46" name="Rectangle 46"/>
                            <wps:cNvSpPr/>
                            <wps:spPr>
                              <a:xfrm>
                                <a:off x="296074" y="7129590"/>
                                <a:ext cx="0" cy="365825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151DAEED" w14:textId="77777777" w:rsidR="00BE0642" w:rsidRDefault="00BE0642" w:rsidP="00BE0642">
                                  <w:r>
                                    <w:rPr>
                                      <w:rFonts w:ascii="Arial" w:eastAsia="Arial" w:hAnsi="Arial" w:cs="Arial"/>
                                      <w:color w:val="FFFFFF"/>
                                      <w:sz w:val="47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47" name="Rectangle 47"/>
                            <wps:cNvSpPr/>
                            <wps:spPr>
                              <a:xfrm>
                                <a:off x="296074" y="7120074"/>
                                <a:ext cx="220681" cy="395486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763233F0" w14:textId="77777777" w:rsidR="00BE0642" w:rsidRDefault="00BE0642" w:rsidP="00BE0642">
                                  <w:r>
                                    <w:rPr>
                                      <w:rFonts w:ascii="Calibri" w:eastAsia="Calibri" w:hAnsi="Calibri" w:cs="Calibri"/>
                                      <w:color w:val="FFFFFF"/>
                                      <w:w w:val="111"/>
                                      <w:sz w:val="47"/>
                                    </w:rPr>
                                    <w:t>X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48" name="Rectangle 48"/>
                            <wps:cNvSpPr/>
                            <wps:spPr>
                              <a:xfrm>
                                <a:off x="514332" y="7129590"/>
                                <a:ext cx="0" cy="365825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2A6436DE" w14:textId="77777777" w:rsidR="00BE0642" w:rsidRDefault="00BE0642" w:rsidP="00BE0642">
                                  <w:r>
                                    <w:rPr>
                                      <w:rFonts w:ascii="Arial" w:eastAsia="Arial" w:hAnsi="Arial" w:cs="Arial"/>
                                      <w:color w:val="FFFFFF"/>
                                      <w:sz w:val="47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49" name="Rectangle 49"/>
                            <wps:cNvSpPr/>
                            <wps:spPr>
                              <a:xfrm>
                                <a:off x="514332" y="7120074"/>
                                <a:ext cx="212376" cy="395486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5FA1F2F2" w14:textId="77777777" w:rsidR="00BE0642" w:rsidRDefault="00BE0642" w:rsidP="00BE0642">
                                  <w:r>
                                    <w:rPr>
                                      <w:rFonts w:ascii="Calibri" w:eastAsia="Calibri" w:hAnsi="Calibri" w:cs="Calibri"/>
                                      <w:color w:val="FFFFFF"/>
                                      <w:w w:val="111"/>
                                      <w:sz w:val="47"/>
                                    </w:rPr>
                                    <w:t>T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50" name="Rectangle 50"/>
                            <wps:cNvSpPr/>
                            <wps:spPr>
                              <a:xfrm>
                                <a:off x="726348" y="7129590"/>
                                <a:ext cx="0" cy="365825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7CD7E97C" w14:textId="77777777" w:rsidR="00BE0642" w:rsidRDefault="00BE0642" w:rsidP="00BE0642">
                                  <w:r>
                                    <w:rPr>
                                      <w:rFonts w:ascii="Arial" w:eastAsia="Arial" w:hAnsi="Arial" w:cs="Arial"/>
                                      <w:color w:val="FFFFFF"/>
                                      <w:sz w:val="47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51" name="Rectangle 51"/>
                            <wps:cNvSpPr/>
                            <wps:spPr>
                              <a:xfrm>
                                <a:off x="726348" y="7120074"/>
                                <a:ext cx="222659" cy="395486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692CFB83" w14:textId="77777777" w:rsidR="00BE0642" w:rsidRDefault="00BE0642" w:rsidP="00BE0642">
                                  <w:r>
                                    <w:rPr>
                                      <w:rFonts w:ascii="Calibri" w:eastAsia="Calibri" w:hAnsi="Calibri" w:cs="Calibri"/>
                                      <w:color w:val="FFFFFF"/>
                                      <w:w w:val="115"/>
                                      <w:sz w:val="47"/>
                                    </w:rPr>
                                    <w:t>E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52" name="Rectangle 52"/>
                            <wps:cNvSpPr/>
                            <wps:spPr>
                              <a:xfrm>
                                <a:off x="946093" y="7129590"/>
                                <a:ext cx="0" cy="365825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5A3E9EEE" w14:textId="77777777" w:rsidR="00BE0642" w:rsidRDefault="00BE0642" w:rsidP="00BE0642">
                                  <w:r>
                                    <w:rPr>
                                      <w:rFonts w:ascii="Arial" w:eastAsia="Arial" w:hAnsi="Arial" w:cs="Arial"/>
                                      <w:color w:val="FFFFFF"/>
                                      <w:sz w:val="47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53" name="Rectangle 53"/>
                            <wps:cNvSpPr/>
                            <wps:spPr>
                              <a:xfrm>
                                <a:off x="946093" y="7120074"/>
                                <a:ext cx="244015" cy="395486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2B92AA6F" w14:textId="77777777" w:rsidR="00BE0642" w:rsidRDefault="00BE0642" w:rsidP="00BE0642">
                                  <w:r>
                                    <w:rPr>
                                      <w:rFonts w:ascii="Calibri" w:eastAsia="Calibri" w:hAnsi="Calibri" w:cs="Calibri"/>
                                      <w:color w:val="FFFFFF"/>
                                      <w:w w:val="115"/>
                                      <w:sz w:val="47"/>
                                    </w:rPr>
                                    <w:t>R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54" name="Rectangle 54"/>
                            <wps:cNvSpPr/>
                            <wps:spPr>
                              <a:xfrm>
                                <a:off x="1181899" y="7129590"/>
                                <a:ext cx="0" cy="365825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25B00767" w14:textId="77777777" w:rsidR="00BE0642" w:rsidRDefault="00BE0642" w:rsidP="00BE0642">
                                  <w:r>
                                    <w:rPr>
                                      <w:rFonts w:ascii="Arial" w:eastAsia="Arial" w:hAnsi="Arial" w:cs="Arial"/>
                                      <w:color w:val="FFFFFF"/>
                                      <w:sz w:val="47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55" name="Rectangle 55"/>
                            <wps:cNvSpPr/>
                            <wps:spPr>
                              <a:xfrm>
                                <a:off x="1181899" y="7120074"/>
                                <a:ext cx="258648" cy="395486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6871E93D" w14:textId="77777777" w:rsidR="00BE0642" w:rsidRDefault="00BE0642" w:rsidP="00BE0642">
                                  <w:r>
                                    <w:rPr>
                                      <w:rFonts w:ascii="Calibri" w:eastAsia="Calibri" w:hAnsi="Calibri" w:cs="Calibri"/>
                                      <w:color w:val="FFFFFF"/>
                                      <w:w w:val="102"/>
                                      <w:sz w:val="47"/>
                                    </w:rPr>
                                    <w:t>N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56" name="Rectangle 56"/>
                            <wps:cNvSpPr/>
                            <wps:spPr>
                              <a:xfrm>
                                <a:off x="1428704" y="7129590"/>
                                <a:ext cx="0" cy="365825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2A356604" w14:textId="77777777" w:rsidR="00BE0642" w:rsidRDefault="00BE0642" w:rsidP="00BE0642">
                                  <w:r>
                                    <w:rPr>
                                      <w:rFonts w:ascii="Arial" w:eastAsia="Arial" w:hAnsi="Arial" w:cs="Arial"/>
                                      <w:color w:val="FFFFFF"/>
                                      <w:sz w:val="47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57" name="Rectangle 57"/>
                            <wps:cNvSpPr/>
                            <wps:spPr>
                              <a:xfrm>
                                <a:off x="1428704" y="7120074"/>
                                <a:ext cx="240060" cy="395486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13B320B0" w14:textId="77777777" w:rsidR="00BE0642" w:rsidRDefault="00BE0642" w:rsidP="00BE0642">
                                  <w:r>
                                    <w:rPr>
                                      <w:rFonts w:ascii="Calibri" w:eastAsia="Calibri" w:hAnsi="Calibri" w:cs="Calibri"/>
                                      <w:color w:val="FFFFFF"/>
                                      <w:w w:val="107"/>
                                      <w:sz w:val="47"/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58" name="Rectangle 58"/>
                            <wps:cNvSpPr/>
                            <wps:spPr>
                              <a:xfrm>
                                <a:off x="1661535" y="7129590"/>
                                <a:ext cx="0" cy="365825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5A568756" w14:textId="77777777" w:rsidR="00BE0642" w:rsidRDefault="00BE0642" w:rsidP="00BE0642">
                                  <w:r>
                                    <w:rPr>
                                      <w:rFonts w:ascii="Arial" w:eastAsia="Arial" w:hAnsi="Arial" w:cs="Arial"/>
                                      <w:color w:val="FFFFFF"/>
                                      <w:sz w:val="47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59" name="Rectangle 59"/>
                            <wps:cNvSpPr/>
                            <wps:spPr>
                              <a:xfrm>
                                <a:off x="1661535" y="7120074"/>
                                <a:ext cx="212772" cy="395486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4E91199C" w14:textId="77777777" w:rsidR="00BE0642" w:rsidRDefault="00BE0642" w:rsidP="00BE0642">
                                  <w:r>
                                    <w:rPr>
                                      <w:rFonts w:ascii="Calibri" w:eastAsia="Calibri" w:hAnsi="Calibri" w:cs="Calibri"/>
                                      <w:color w:val="FFFFFF"/>
                                      <w:w w:val="128"/>
                                      <w:sz w:val="47"/>
                                    </w:rPr>
                                    <w:t>L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60" name="Rectangle 60"/>
                            <wps:cNvSpPr/>
                            <wps:spPr>
                              <a:xfrm>
                                <a:off x="1997547" y="7129590"/>
                                <a:ext cx="0" cy="365825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4FC854EE" w14:textId="77777777" w:rsidR="00BE0642" w:rsidRDefault="00BE0642" w:rsidP="00BE0642">
                                  <w:r>
                                    <w:rPr>
                                      <w:rFonts w:ascii="Arial" w:eastAsia="Arial" w:hAnsi="Arial" w:cs="Arial"/>
                                      <w:color w:val="FFFFFF"/>
                                      <w:sz w:val="47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61" name="Rectangle 61"/>
                            <wps:cNvSpPr/>
                            <wps:spPr>
                              <a:xfrm>
                                <a:off x="1997547" y="7120074"/>
                                <a:ext cx="240060" cy="395486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69081C54" w14:textId="77777777" w:rsidR="00BE0642" w:rsidRDefault="00BE0642" w:rsidP="00BE0642">
                                  <w:r>
                                    <w:rPr>
                                      <w:rFonts w:ascii="Calibri" w:eastAsia="Calibri" w:hAnsi="Calibri" w:cs="Calibri"/>
                                      <w:color w:val="FFFFFF"/>
                                      <w:w w:val="107"/>
                                      <w:sz w:val="47"/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62" name="Rectangle 62"/>
                            <wps:cNvSpPr/>
                            <wps:spPr>
                              <a:xfrm>
                                <a:off x="2225915" y="7129590"/>
                                <a:ext cx="0" cy="365825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13EACAC0" w14:textId="77777777" w:rsidR="00BE0642" w:rsidRDefault="00BE0642" w:rsidP="00BE0642">
                                  <w:r>
                                    <w:rPr>
                                      <w:rFonts w:ascii="Arial" w:eastAsia="Arial" w:hAnsi="Arial" w:cs="Arial"/>
                                      <w:color w:val="FFFFFF"/>
                                      <w:sz w:val="47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63" name="Rectangle 63"/>
                            <wps:cNvSpPr/>
                            <wps:spPr>
                              <a:xfrm>
                                <a:off x="2225915" y="7120074"/>
                                <a:ext cx="252716" cy="395486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5004A3D9" w14:textId="77777777" w:rsidR="00BE0642" w:rsidRDefault="00BE0642" w:rsidP="00BE0642">
                                  <w:r>
                                    <w:rPr>
                                      <w:rFonts w:ascii="Calibri" w:eastAsia="Calibri" w:hAnsi="Calibri" w:cs="Calibri"/>
                                      <w:color w:val="FFFFFF"/>
                                      <w:sz w:val="47"/>
                                    </w:rPr>
                                    <w:t>U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64" name="Rectangle 64"/>
                            <wps:cNvSpPr/>
                            <wps:spPr>
                              <a:xfrm>
                                <a:off x="2468261" y="7129590"/>
                                <a:ext cx="0" cy="365825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13B8F759" w14:textId="77777777" w:rsidR="00BE0642" w:rsidRDefault="00BE0642" w:rsidP="00BE0642">
                                  <w:r>
                                    <w:rPr>
                                      <w:rFonts w:ascii="Arial" w:eastAsia="Arial" w:hAnsi="Arial" w:cs="Arial"/>
                                      <w:color w:val="FFFFFF"/>
                                      <w:sz w:val="47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65" name="Rectangle 65"/>
                            <wps:cNvSpPr/>
                            <wps:spPr>
                              <a:xfrm>
                                <a:off x="2468261" y="7120074"/>
                                <a:ext cx="246388" cy="395486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2754EACD" w14:textId="77777777" w:rsidR="00BE0642" w:rsidRDefault="00BE0642" w:rsidP="00BE0642">
                                  <w:r>
                                    <w:rPr>
                                      <w:rFonts w:ascii="Calibri" w:eastAsia="Calibri" w:hAnsi="Calibri" w:cs="Calibri"/>
                                      <w:color w:val="FFFFFF"/>
                                      <w:w w:val="102"/>
                                      <w:sz w:val="47"/>
                                    </w:rPr>
                                    <w:t>D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66" name="Rectangle 66"/>
                            <wps:cNvSpPr/>
                            <wps:spPr>
                              <a:xfrm>
                                <a:off x="2705850" y="7129590"/>
                                <a:ext cx="0" cy="365825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16467DEF" w14:textId="77777777" w:rsidR="00BE0642" w:rsidRDefault="00BE0642" w:rsidP="00BE0642">
                                  <w:r>
                                    <w:rPr>
                                      <w:rFonts w:ascii="Arial" w:eastAsia="Arial" w:hAnsi="Arial" w:cs="Arial"/>
                                      <w:color w:val="FFFFFF"/>
                                      <w:sz w:val="47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67" name="Rectangle 67"/>
                            <wps:cNvSpPr/>
                            <wps:spPr>
                              <a:xfrm>
                                <a:off x="2705850" y="7120074"/>
                                <a:ext cx="101640" cy="395486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792DFD6F" w14:textId="77777777" w:rsidR="00BE0642" w:rsidRDefault="00BE0642" w:rsidP="00BE0642">
                                  <w:r>
                                    <w:rPr>
                                      <w:rFonts w:ascii="Calibri" w:eastAsia="Calibri" w:hAnsi="Calibri" w:cs="Calibri"/>
                                      <w:color w:val="FFFFFF"/>
                                      <w:w w:val="105"/>
                                      <w:sz w:val="47"/>
                                    </w:rPr>
                                    <w:t>I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68" name="Rectangle 68"/>
                            <wps:cNvSpPr/>
                            <wps:spPr>
                              <a:xfrm>
                                <a:off x="2834603" y="7129590"/>
                                <a:ext cx="0" cy="365825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3884B864" w14:textId="77777777" w:rsidR="00BE0642" w:rsidRDefault="00BE0642" w:rsidP="00BE0642">
                                  <w:r>
                                    <w:rPr>
                                      <w:rFonts w:ascii="Arial" w:eastAsia="Arial" w:hAnsi="Arial" w:cs="Arial"/>
                                      <w:color w:val="FFFFFF"/>
                                      <w:sz w:val="47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69" name="Rectangle 69"/>
                            <wps:cNvSpPr/>
                            <wps:spPr>
                              <a:xfrm>
                                <a:off x="2834603" y="7120074"/>
                                <a:ext cx="212376" cy="395486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3A56B56A" w14:textId="77777777" w:rsidR="00BE0642" w:rsidRDefault="00BE0642" w:rsidP="00BE0642">
                                  <w:r>
                                    <w:rPr>
                                      <w:rFonts w:ascii="Calibri" w:eastAsia="Calibri" w:hAnsi="Calibri" w:cs="Calibri"/>
                                      <w:color w:val="FFFFFF"/>
                                      <w:w w:val="111"/>
                                      <w:sz w:val="47"/>
                                    </w:rPr>
                                    <w:t>T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70" name="Rectangle 70"/>
                            <wps:cNvSpPr/>
                            <wps:spPr>
                              <a:xfrm>
                                <a:off x="3167049" y="7129590"/>
                                <a:ext cx="0" cy="365825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13CEA087" w14:textId="77777777" w:rsidR="00BE0642" w:rsidRDefault="00BE0642" w:rsidP="00BE0642">
                                  <w:r>
                                    <w:rPr>
                                      <w:rFonts w:ascii="Arial" w:eastAsia="Arial" w:hAnsi="Arial" w:cs="Arial"/>
                                      <w:color w:val="FFFFFF"/>
                                      <w:sz w:val="47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71" name="Rectangle 71"/>
                            <wps:cNvSpPr/>
                            <wps:spPr>
                              <a:xfrm>
                                <a:off x="3167049" y="7120074"/>
                                <a:ext cx="233732" cy="395486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52149E01" w14:textId="77777777" w:rsidR="00BE0642" w:rsidRDefault="00BE0642" w:rsidP="00BE0642">
                                  <w:r>
                                    <w:rPr>
                                      <w:rFonts w:ascii="Calibri" w:eastAsia="Calibri" w:hAnsi="Calibri" w:cs="Calibri"/>
                                      <w:color w:val="FFFFFF"/>
                                      <w:w w:val="130"/>
                                      <w:sz w:val="47"/>
                                    </w:rPr>
                                    <w:t>S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72" name="Rectangle 72"/>
                            <wps:cNvSpPr/>
                            <wps:spPr>
                              <a:xfrm>
                                <a:off x="3395122" y="7129590"/>
                                <a:ext cx="0" cy="365825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6D5DFFA0" w14:textId="77777777" w:rsidR="00BE0642" w:rsidRDefault="00BE0642" w:rsidP="00BE0642">
                                  <w:r>
                                    <w:rPr>
                                      <w:rFonts w:ascii="Arial" w:eastAsia="Arial" w:hAnsi="Arial" w:cs="Arial"/>
                                      <w:color w:val="FFFFFF"/>
                                      <w:sz w:val="47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73" name="Rectangle 73"/>
                            <wps:cNvSpPr/>
                            <wps:spPr>
                              <a:xfrm>
                                <a:off x="3395122" y="7120074"/>
                                <a:ext cx="222659" cy="395486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75D79DBF" w14:textId="77777777" w:rsidR="00BE0642" w:rsidRDefault="00BE0642" w:rsidP="00BE0642">
                                  <w:r>
                                    <w:rPr>
                                      <w:rFonts w:ascii="Calibri" w:eastAsia="Calibri" w:hAnsi="Calibri" w:cs="Calibri"/>
                                      <w:color w:val="FFFFFF"/>
                                      <w:w w:val="115"/>
                                      <w:sz w:val="47"/>
                                    </w:rPr>
                                    <w:t>E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74" name="Rectangle 74"/>
                            <wps:cNvSpPr/>
                            <wps:spPr>
                              <a:xfrm>
                                <a:off x="3614867" y="7129590"/>
                                <a:ext cx="0" cy="365825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7FC49287" w14:textId="77777777" w:rsidR="00BE0642" w:rsidRDefault="00BE0642" w:rsidP="00BE0642">
                                  <w:r>
                                    <w:rPr>
                                      <w:rFonts w:ascii="Arial" w:eastAsia="Arial" w:hAnsi="Arial" w:cs="Arial"/>
                                      <w:color w:val="FFFFFF"/>
                                      <w:sz w:val="47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75" name="Rectangle 75"/>
                            <wps:cNvSpPr/>
                            <wps:spPr>
                              <a:xfrm>
                                <a:off x="3614867" y="7120074"/>
                                <a:ext cx="244015" cy="395486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41A9EF0D" w14:textId="77777777" w:rsidR="00BE0642" w:rsidRDefault="00BE0642" w:rsidP="00BE0642">
                                  <w:r>
                                    <w:rPr>
                                      <w:rFonts w:ascii="Calibri" w:eastAsia="Calibri" w:hAnsi="Calibri" w:cs="Calibri"/>
                                      <w:color w:val="FFFFFF"/>
                                      <w:w w:val="115"/>
                                      <w:sz w:val="47"/>
                                    </w:rPr>
                                    <w:t>R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76" name="Rectangle 76"/>
                            <wps:cNvSpPr/>
                            <wps:spPr>
                              <a:xfrm>
                                <a:off x="3847399" y="7129590"/>
                                <a:ext cx="0" cy="365825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7656CCBB" w14:textId="77777777" w:rsidR="00BE0642" w:rsidRDefault="00BE0642" w:rsidP="00BE0642">
                                  <w:r>
                                    <w:rPr>
                                      <w:rFonts w:ascii="Arial" w:eastAsia="Arial" w:hAnsi="Arial" w:cs="Arial"/>
                                      <w:color w:val="FFFFFF"/>
                                      <w:sz w:val="47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77" name="Rectangle 77"/>
                            <wps:cNvSpPr/>
                            <wps:spPr>
                              <a:xfrm>
                                <a:off x="3847399" y="7120074"/>
                                <a:ext cx="222263" cy="395486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4337C388" w14:textId="77777777" w:rsidR="00BE0642" w:rsidRDefault="00BE0642" w:rsidP="00BE0642">
                                  <w:r>
                                    <w:rPr>
                                      <w:rFonts w:ascii="Calibri" w:eastAsia="Calibri" w:hAnsi="Calibri" w:cs="Calibri"/>
                                      <w:color w:val="FFFFFF"/>
                                      <w:w w:val="101"/>
                                      <w:sz w:val="47"/>
                                    </w:rPr>
                                    <w:t>V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78" name="Rectangle 78"/>
                            <wps:cNvSpPr/>
                            <wps:spPr>
                              <a:xfrm>
                                <a:off x="4066855" y="7129590"/>
                                <a:ext cx="0" cy="365825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555EB8E6" w14:textId="77777777" w:rsidR="00BE0642" w:rsidRDefault="00BE0642" w:rsidP="00BE0642">
                                  <w:r>
                                    <w:rPr>
                                      <w:rFonts w:ascii="Arial" w:eastAsia="Arial" w:hAnsi="Arial" w:cs="Arial"/>
                                      <w:color w:val="FFFFFF"/>
                                      <w:sz w:val="47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79" name="Rectangle 79"/>
                            <wps:cNvSpPr/>
                            <wps:spPr>
                              <a:xfrm>
                                <a:off x="4066855" y="7120074"/>
                                <a:ext cx="101640" cy="395486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42546DA7" w14:textId="77777777" w:rsidR="00BE0642" w:rsidRDefault="00BE0642" w:rsidP="00BE0642">
                                  <w:r>
                                    <w:rPr>
                                      <w:rFonts w:ascii="Calibri" w:eastAsia="Calibri" w:hAnsi="Calibri" w:cs="Calibri"/>
                                      <w:color w:val="FFFFFF"/>
                                      <w:w w:val="105"/>
                                      <w:sz w:val="47"/>
                                    </w:rPr>
                                    <w:t>I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80" name="Rectangle 80"/>
                            <wps:cNvSpPr/>
                            <wps:spPr>
                              <a:xfrm>
                                <a:off x="4195602" y="7129590"/>
                                <a:ext cx="0" cy="365825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510DD71B" w14:textId="77777777" w:rsidR="00BE0642" w:rsidRDefault="00BE0642" w:rsidP="00BE0642">
                                  <w:r>
                                    <w:rPr>
                                      <w:rFonts w:ascii="Arial" w:eastAsia="Arial" w:hAnsi="Arial" w:cs="Arial"/>
                                      <w:color w:val="FFFFFF"/>
                                      <w:sz w:val="47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81" name="Rectangle 81"/>
                            <wps:cNvSpPr/>
                            <wps:spPr>
                              <a:xfrm>
                                <a:off x="4195602" y="7120074"/>
                                <a:ext cx="223845" cy="395486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3A5AC9E3" w14:textId="77777777" w:rsidR="00BE0642" w:rsidRDefault="00BE0642" w:rsidP="00BE0642">
                                  <w:r>
                                    <w:rPr>
                                      <w:rFonts w:ascii="Calibri" w:eastAsia="Calibri" w:hAnsi="Calibri" w:cs="Calibri"/>
                                      <w:color w:val="FFFFFF"/>
                                      <w:w w:val="105"/>
                                      <w:sz w:val="47"/>
                                    </w:rPr>
                                    <w:t>C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82" name="Rectangle 82"/>
                            <wps:cNvSpPr/>
                            <wps:spPr>
                              <a:xfrm>
                                <a:off x="4416247" y="7129590"/>
                                <a:ext cx="0" cy="365825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3CF40DB3" w14:textId="77777777" w:rsidR="00BE0642" w:rsidRDefault="00BE0642" w:rsidP="00BE0642">
                                  <w:r>
                                    <w:rPr>
                                      <w:rFonts w:ascii="Arial" w:eastAsia="Arial" w:hAnsi="Arial" w:cs="Arial"/>
                                      <w:color w:val="FFFFFF"/>
                                      <w:sz w:val="47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83" name="Rectangle 83"/>
                            <wps:cNvSpPr/>
                            <wps:spPr>
                              <a:xfrm>
                                <a:off x="4416247" y="7120074"/>
                                <a:ext cx="222659" cy="395486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19597BAF" w14:textId="77777777" w:rsidR="00BE0642" w:rsidRDefault="00BE0642" w:rsidP="00BE0642">
                                  <w:r>
                                    <w:rPr>
                                      <w:rFonts w:ascii="Calibri" w:eastAsia="Calibri" w:hAnsi="Calibri" w:cs="Calibri"/>
                                      <w:color w:val="FFFFFF"/>
                                      <w:w w:val="115"/>
                                      <w:sz w:val="47"/>
                                    </w:rPr>
                                    <w:t>E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84" name="Rectangle 84"/>
                            <wps:cNvSpPr/>
                            <wps:spPr>
                              <a:xfrm>
                                <a:off x="4635977" y="7129590"/>
                                <a:ext cx="0" cy="365825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7D48DB2E" w14:textId="77777777" w:rsidR="00BE0642" w:rsidRDefault="00BE0642" w:rsidP="00BE0642">
                                  <w:r>
                                    <w:rPr>
                                      <w:rFonts w:ascii="Arial" w:eastAsia="Arial" w:hAnsi="Arial" w:cs="Arial"/>
                                      <w:color w:val="FFFFFF"/>
                                      <w:sz w:val="47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85" name="Rectangle 85"/>
                            <wps:cNvSpPr/>
                            <wps:spPr>
                              <a:xfrm>
                                <a:off x="4635977" y="7120074"/>
                                <a:ext cx="233732" cy="395486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7446D12E" w14:textId="77777777" w:rsidR="00BE0642" w:rsidRDefault="00BE0642" w:rsidP="00BE0642">
                                  <w:r>
                                    <w:rPr>
                                      <w:rFonts w:ascii="Calibri" w:eastAsia="Calibri" w:hAnsi="Calibri" w:cs="Calibri"/>
                                      <w:color w:val="FFFFFF"/>
                                      <w:w w:val="130"/>
                                      <w:sz w:val="47"/>
                                    </w:rPr>
                                    <w:t>S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86" name="Rectangle 86"/>
                            <wps:cNvSpPr/>
                            <wps:spPr>
                              <a:xfrm>
                                <a:off x="1420127" y="8624147"/>
                                <a:ext cx="70617" cy="287062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66CA1F88" w14:textId="77777777" w:rsidR="00BE0642" w:rsidRDefault="00BE0642" w:rsidP="00BE0642">
                                  <w:r>
                                    <w:rPr>
                                      <w:rFonts w:ascii="Calibri" w:eastAsia="Calibri" w:hAnsi="Calibri" w:cs="Calibri"/>
                                      <w:color w:val="EFF2E6"/>
                                      <w:sz w:val="34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87" name="Rectangle 87"/>
                            <wps:cNvSpPr/>
                            <wps:spPr>
                              <a:xfrm>
                                <a:off x="1495870" y="8881322"/>
                                <a:ext cx="68895" cy="287062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75155652" w14:textId="77777777" w:rsidR="00BE0642" w:rsidRDefault="00BE0642" w:rsidP="00BE0642">
                                  <w:r>
                                    <w:rPr>
                                      <w:rFonts w:ascii="Calibri" w:eastAsia="Calibri" w:hAnsi="Calibri" w:cs="Calibri"/>
                                      <w:color w:val="FFFFFF"/>
                                      <w:sz w:val="34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88" name="Rectangle 88"/>
                            <wps:cNvSpPr/>
                            <wps:spPr>
                              <a:xfrm>
                                <a:off x="2153828" y="8881322"/>
                                <a:ext cx="68895" cy="287062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0B90F75F" w14:textId="77777777" w:rsidR="00BE0642" w:rsidRDefault="00BE0642" w:rsidP="00BE0642">
                                  <w:r>
                                    <w:rPr>
                                      <w:rFonts w:ascii="Calibri" w:eastAsia="Calibri" w:hAnsi="Calibri" w:cs="Calibri"/>
                                      <w:color w:val="FFFFFF"/>
                                      <w:sz w:val="34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89" name="Rectangle 89"/>
                            <wps:cNvSpPr/>
                            <wps:spPr>
                              <a:xfrm>
                                <a:off x="1677937" y="6366618"/>
                                <a:ext cx="0" cy="961246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5646AD3B" w14:textId="77777777" w:rsidR="00BE0642" w:rsidRDefault="00BE0642" w:rsidP="00BE0642">
                                  <w:r>
                                    <w:rPr>
                                      <w:rFonts w:ascii="Arial" w:eastAsia="Arial" w:hAnsi="Arial" w:cs="Arial"/>
                                      <w:color w:val="FFFFFF"/>
                                      <w:sz w:val="123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94" name="Rectangle 94"/>
                            <wps:cNvSpPr/>
                            <wps:spPr>
                              <a:xfrm>
                                <a:off x="76200" y="5592563"/>
                                <a:ext cx="5431938" cy="1039185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28615202" w14:textId="77777777" w:rsidR="00BE0642" w:rsidRDefault="00BE0642" w:rsidP="00BE0642"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color w:val="FFFFFF"/>
                                      <w:w w:val="110"/>
                                      <w:sz w:val="123"/>
                                    </w:rPr>
                                    <w:t>INVITATION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95" name="Rectangle 95"/>
                            <wps:cNvSpPr/>
                            <wps:spPr>
                              <a:xfrm>
                                <a:off x="76200" y="6325988"/>
                                <a:ext cx="1378884" cy="1039185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1D054D6C" w14:textId="77777777" w:rsidR="00BE0642" w:rsidRDefault="00BE0642" w:rsidP="00BE0642"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color w:val="FFFFFF"/>
                                      <w:spacing w:val="-75"/>
                                      <w:w w:val="116"/>
                                      <w:sz w:val="123"/>
                                    </w:rPr>
                                    <w:t>TO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96" name="Rectangle 96"/>
                            <wps:cNvSpPr/>
                            <wps:spPr>
                              <a:xfrm>
                                <a:off x="1194067" y="6366618"/>
                                <a:ext cx="0" cy="961246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652BDBAA" w14:textId="77777777" w:rsidR="00BE0642" w:rsidRDefault="00BE0642" w:rsidP="00BE0642">
                                  <w:r>
                                    <w:rPr>
                                      <w:rFonts w:ascii="Arial" w:eastAsia="Arial" w:hAnsi="Arial" w:cs="Arial"/>
                                      <w:color w:val="FFFFFF"/>
                                      <w:sz w:val="123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97" name="Rectangle 97"/>
                            <wps:cNvSpPr/>
                            <wps:spPr>
                              <a:xfrm>
                                <a:off x="1194067" y="6325988"/>
                                <a:ext cx="3922309" cy="1039185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61CFA797" w14:textId="77777777" w:rsidR="00BE0642" w:rsidRDefault="00BE0642" w:rsidP="00BE0642"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color w:val="FFFFFF"/>
                                      <w:spacing w:val="-56"/>
                                      <w:w w:val="116"/>
                                      <w:sz w:val="123"/>
                                    </w:rPr>
                                    <w:t>TENDER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98" name="Rectangle 98"/>
                            <wps:cNvSpPr/>
                            <wps:spPr>
                              <a:xfrm>
                                <a:off x="76327" y="7752791"/>
                                <a:ext cx="6828615" cy="414708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72BA7E73" w14:textId="77777777" w:rsidR="00BE0642" w:rsidRDefault="00BE0642" w:rsidP="00BE0642">
                                  <w:r>
                                    <w:rPr>
                                      <w:rFonts w:ascii="Arial" w:eastAsia="Arial" w:hAnsi="Arial" w:cs="Arial"/>
                                      <w:b/>
                                      <w:color w:val="FFFFFF"/>
                                      <w:sz w:val="44"/>
                                    </w:rPr>
                                    <w:t>Deadline for submission: 13 April 2026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99" name="Rectangle 99"/>
                            <wps:cNvSpPr/>
                            <wps:spPr>
                              <a:xfrm>
                                <a:off x="76327" y="8439912"/>
                                <a:ext cx="6506357" cy="377007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33D674CC" w14:textId="77777777" w:rsidR="00BE0642" w:rsidRDefault="00BE0642" w:rsidP="00BE0642">
                                  <w:r>
                                    <w:rPr>
                                      <w:rFonts w:ascii="Arial" w:eastAsia="Arial" w:hAnsi="Arial" w:cs="Arial"/>
                                      <w:b/>
                                      <w:color w:val="FFFFFF"/>
                                      <w:sz w:val="40"/>
                                    </w:rPr>
                                    <w:t xml:space="preserve">All bids and queries to be addressed to: 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100" name="Rectangle 100"/>
                            <wps:cNvSpPr/>
                            <wps:spPr>
                              <a:xfrm>
                                <a:off x="76327" y="8755126"/>
                                <a:ext cx="7848854" cy="377006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7F8AA730" w14:textId="77777777" w:rsidR="00BE0642" w:rsidRDefault="00BE0642" w:rsidP="00BE0642">
                                  <w:r>
                                    <w:rPr>
                                      <w:rFonts w:ascii="Arial" w:eastAsia="Arial" w:hAnsi="Arial" w:cs="Arial"/>
                                      <w:b/>
                                      <w:color w:val="FFFFFF"/>
                                      <w:sz w:val="40"/>
                                    </w:rPr>
                                    <w:t xml:space="preserve">procurement@humanappealusa.org quoting ref: 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101" name="Rectangle 101"/>
                            <wps:cNvSpPr/>
                            <wps:spPr>
                              <a:xfrm>
                                <a:off x="76327" y="9038589"/>
                                <a:ext cx="3264068" cy="377007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0848AF97" w14:textId="77777777" w:rsidR="00BE0642" w:rsidRDefault="00BE0642" w:rsidP="00BE0642">
                                  <w:r>
                                    <w:rPr>
                                      <w:rFonts w:ascii="Arial" w:eastAsia="Arial" w:hAnsi="Arial" w:cs="Arial"/>
                                      <w:b/>
                                      <w:color w:val="FFFFFF"/>
                                      <w:sz w:val="40"/>
                                    </w:rPr>
                                    <w:t>HAUSA/AUDIT/26/01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102" name="Rectangle 102"/>
                            <wps:cNvSpPr/>
                            <wps:spPr>
                              <a:xfrm>
                                <a:off x="76327" y="9634851"/>
                                <a:ext cx="759162" cy="287062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726EC53E" w14:textId="77777777" w:rsidR="00BE0642" w:rsidRDefault="00BE0642" w:rsidP="00BE0642">
                                  <w:r>
                                    <w:rPr>
                                      <w:rFonts w:ascii="Calibri" w:eastAsia="Calibri" w:hAnsi="Calibri" w:cs="Calibri"/>
                                      <w:color w:val="EFF2E6"/>
                                      <w:spacing w:val="-9"/>
                                      <w:w w:val="103"/>
                                      <w:sz w:val="34"/>
                                    </w:rPr>
                                    <w:t>Issued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103" name="Rectangle 103"/>
                            <wps:cNvSpPr/>
                            <wps:spPr>
                              <a:xfrm>
                                <a:off x="688962" y="9641759"/>
                                <a:ext cx="0" cy="265532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5D5C583E" w14:textId="77777777" w:rsidR="00BE0642" w:rsidRDefault="00BE0642" w:rsidP="00BE0642">
                                  <w:r>
                                    <w:rPr>
                                      <w:rFonts w:ascii="Arial" w:eastAsia="Arial" w:hAnsi="Arial" w:cs="Arial"/>
                                      <w:color w:val="EFF2E6"/>
                                      <w:sz w:val="34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104" name="Rectangle 104"/>
                            <wps:cNvSpPr/>
                            <wps:spPr>
                              <a:xfrm>
                                <a:off x="688962" y="9634851"/>
                                <a:ext cx="407290" cy="287062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615266C9" w14:textId="77777777" w:rsidR="00BE0642" w:rsidRDefault="00BE0642" w:rsidP="00BE0642">
                                  <w:r>
                                    <w:rPr>
                                      <w:rFonts w:ascii="Calibri" w:eastAsia="Calibri" w:hAnsi="Calibri" w:cs="Calibri"/>
                                      <w:color w:val="EFF2E6"/>
                                      <w:spacing w:val="-9"/>
                                      <w:w w:val="95"/>
                                      <w:sz w:val="34"/>
                                    </w:rPr>
                                    <w:t>by: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color w:val="EFF2E6"/>
                                      <w:spacing w:val="7"/>
                                      <w:w w:val="95"/>
                                      <w:sz w:val="34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105" name="Rectangle 105"/>
                            <wps:cNvSpPr/>
                            <wps:spPr>
                              <a:xfrm>
                                <a:off x="995197" y="9634851"/>
                                <a:ext cx="859908" cy="287062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38991E0B" w14:textId="77777777" w:rsidR="00BE0642" w:rsidRDefault="00BE0642" w:rsidP="00BE0642">
                                  <w:r>
                                    <w:rPr>
                                      <w:rFonts w:ascii="Calibri" w:eastAsia="Calibri" w:hAnsi="Calibri" w:cs="Calibri"/>
                                      <w:color w:val="FFFFFF"/>
                                      <w:spacing w:val="-9"/>
                                      <w:w w:val="102"/>
                                      <w:sz w:val="34"/>
                                    </w:rPr>
                                    <w:t>Human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106" name="Rectangle 106"/>
                            <wps:cNvSpPr/>
                            <wps:spPr>
                              <a:xfrm>
                                <a:off x="1682293" y="9641759"/>
                                <a:ext cx="0" cy="265532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74BAA820" w14:textId="77777777" w:rsidR="00BE0642" w:rsidRDefault="00BE0642" w:rsidP="00BE0642">
                                  <w:r>
                                    <w:rPr>
                                      <w:rFonts w:ascii="Arial" w:eastAsia="Arial" w:hAnsi="Arial" w:cs="Arial"/>
                                      <w:color w:val="FFFFFF"/>
                                      <w:sz w:val="34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107" name="Rectangle 107"/>
                            <wps:cNvSpPr/>
                            <wps:spPr>
                              <a:xfrm>
                                <a:off x="1682293" y="9634851"/>
                                <a:ext cx="821145" cy="287062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601C2C0A" w14:textId="77777777" w:rsidR="00BE0642" w:rsidRDefault="00BE0642" w:rsidP="00BE0642">
                                  <w:r>
                                    <w:rPr>
                                      <w:rFonts w:ascii="Calibri" w:eastAsia="Calibri" w:hAnsi="Calibri" w:cs="Calibri"/>
                                      <w:color w:val="FFFFFF"/>
                                      <w:spacing w:val="-9"/>
                                      <w:w w:val="102"/>
                                      <w:sz w:val="34"/>
                                    </w:rPr>
                                    <w:t>Appeal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108" name="Rectangle 108"/>
                            <wps:cNvSpPr/>
                            <wps:spPr>
                              <a:xfrm>
                                <a:off x="2340255" y="9641759"/>
                                <a:ext cx="0" cy="265532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2C64383C" w14:textId="77777777" w:rsidR="00BE0642" w:rsidRDefault="00BE0642" w:rsidP="00BE0642">
                                  <w:r>
                                    <w:rPr>
                                      <w:rFonts w:ascii="Arial" w:eastAsia="Arial" w:hAnsi="Arial" w:cs="Arial"/>
                                      <w:color w:val="FFFFFF"/>
                                      <w:sz w:val="34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109" name="Rectangle 109"/>
                            <wps:cNvSpPr/>
                            <wps:spPr>
                              <a:xfrm>
                                <a:off x="2340255" y="9634851"/>
                                <a:ext cx="581238" cy="287062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4F00BDA8" w14:textId="77777777" w:rsidR="00BE0642" w:rsidRDefault="00BE0642" w:rsidP="00BE0642">
                                  <w:r>
                                    <w:rPr>
                                      <w:rFonts w:ascii="Calibri" w:eastAsia="Calibri" w:hAnsi="Calibri" w:cs="Calibri"/>
                                      <w:color w:val="FFFFFF"/>
                                      <w:spacing w:val="-9"/>
                                      <w:w w:val="108"/>
                                      <w:sz w:val="34"/>
                                    </w:rPr>
                                    <w:t>USA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color w:val="FFFFFF"/>
                                      <w:spacing w:val="5"/>
                                      <w:w w:val="108"/>
                                      <w:sz w:val="34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110" name="Rectangle 110"/>
                            <wps:cNvSpPr/>
                            <wps:spPr>
                              <a:xfrm>
                                <a:off x="2777274" y="9601397"/>
                                <a:ext cx="154104" cy="320362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31A3FF55" w14:textId="77777777" w:rsidR="00BE0642" w:rsidRDefault="00BE0642" w:rsidP="00BE0642">
                                  <w:r>
                                    <w:rPr>
                                      <w:rFonts w:ascii="Arial" w:eastAsia="Arial" w:hAnsi="Arial" w:cs="Arial"/>
                                      <w:color w:val="FFFFFF"/>
                                      <w:sz w:val="34"/>
                                    </w:rPr>
                                    <w:t xml:space="preserve">| 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111" name="Rectangle 111"/>
                            <wps:cNvSpPr/>
                            <wps:spPr>
                              <a:xfrm>
                                <a:off x="2892959" y="9634851"/>
                                <a:ext cx="2494412" cy="287062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0DA9FA6D" w14:textId="77777777" w:rsidR="00BE0642" w:rsidRDefault="00BE0642" w:rsidP="00BE0642">
                                  <w:r>
                                    <w:rPr>
                                      <w:rFonts w:ascii="Calibri" w:eastAsia="Calibri" w:hAnsi="Calibri" w:cs="Calibri"/>
                                      <w:color w:val="EFF2E6"/>
                                      <w:spacing w:val="-9"/>
                                      <w:w w:val="102"/>
                                      <w:sz w:val="34"/>
                                    </w:rPr>
                                    <w:t>humanappealusa.org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591" name="Picture 591"/>
                              <pic:cNvPicPr/>
                            </pic:nvPicPr>
                            <pic:blipFill>
                              <a:blip r:embed="rId13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12192" y="0"/>
                                <a:ext cx="7760208" cy="3325368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wgp>
                      </a:graphicData>
                    </a:graphic>
                  </wp:anchor>
                </w:drawing>
              </mc:Choice>
              <mc:Fallback>
                <w:pict>
                  <v:group w14:anchorId="74D3FC39" id="Group 515" o:spid="_x0000_s1026" style="position:absolute;margin-left:0;margin-top:0;width:612pt;height:11in;z-index:251659264;mso-position-horizontal-relative:page;mso-position-vertical-relative:page" coordsize="77724,10058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">
                    <v:shape id="Shape 597" o:spid="_x0000_s1027" style="position:absolute;width:77724;height:100584;visibility:visible;mso-wrap-style:square;v-text-anchor:top" coordsize="7772400,10058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" path="m,l7772400,r,10058400l,10058400,,e" fillcolor="#37145a" stroked="f" strokeweight="0">
                      <v:stroke miterlimit="83231f" joinstyle="miter"/>
                      <v:path arrowok="t" textboxrect="0,0,7772400,10058400"/>
                    </v:shape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Picture 9" o:spid="_x0000_s1028" type="#_x0000_t75" style="position:absolute;left:58481;top:51631;width:19240;height:282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">
                      <v:imagedata r:id="rId14" o:title=""/>
                    </v:shape>
                    <v:shape id="Shape 598" o:spid="_x0000_s1029" style="position:absolute;top:33123;width:77724;height:18795;visibility:visible;mso-wrap-style:square;v-text-anchor:top" coordsize="7772400,18794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" path="m,l7772400,r,1879468l,1879468,,e" stroked="f" strokeweight="0">
                      <v:stroke miterlimit="83231f" joinstyle="miter"/>
                      <v:path arrowok="t" textboxrect="0,0,7772400,1879468"/>
                    </v:shape>
                    <v:shape id="Picture 587" o:spid="_x0000_s1030" type="#_x0000_t75" style="position:absolute;left:39583;top:33771;width:21275;height:174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">
                      <v:imagedata r:id="rId15" o:title=""/>
                    </v:shape>
                    <v:shape id="Picture 588" o:spid="_x0000_s1031" type="#_x0000_t75" style="position:absolute;left:17647;top:33741;width:21275;height:174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">
                      <v:imagedata r:id="rId16" o:title=""/>
                    </v:shape>
                    <v:shape id="Picture 589" o:spid="_x0000_s1032" type="#_x0000_t75" style="position:absolute;top:33771;width:16946;height:174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">
                      <v:imagedata r:id="rId17" o:title=""/>
                    </v:shape>
                    <v:shape id="Picture 590" o:spid="_x0000_s1033" type="#_x0000_t75" style="position:absolute;left:61518;top:33741;width:16185;height:174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">
                      <v:imagedata r:id="rId18" o:title=""/>
                    </v:shape>
                    <v:rect id="Rectangle 19" o:spid="_x0000_s1034" style="position:absolute;left:15602;top:56106;width:412;height:19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" filled="f" stroked="f">
                      <v:textbox inset="0,0,0,0">
                        <w:txbxContent>
                          <w:p w14:paraId="5E59A4EE" w14:textId="77777777" w:rsidR="00BE0642" w:rsidRDefault="00BE0642" w:rsidP="00BE0642">
                            <w:r>
                              <w:rPr>
                                <w:rFonts w:ascii="Calibri" w:eastAsia="Calibri" w:hAnsi="Calibri" w:cs="Calibri"/>
                                <w:color w:val="FFFFFF"/>
                                <w:sz w:val="23"/>
                              </w:rPr>
                              <w:t xml:space="preserve"> </w:t>
                            </w:r>
                          </w:p>
                        </w:txbxContent>
                      </v:textbox>
                    </v:rect>
                    <v:rect id="Rectangle 20" o:spid="_x0000_s1035" style="position:absolute;left:17631;top:56106;width:412;height:19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" filled="f" stroked="f">
                      <v:textbox inset="0,0,0,0">
                        <w:txbxContent>
                          <w:p w14:paraId="3019372C" w14:textId="77777777" w:rsidR="00BE0642" w:rsidRDefault="00BE0642" w:rsidP="00BE0642">
                            <w:r>
                              <w:rPr>
                                <w:rFonts w:ascii="Calibri" w:eastAsia="Calibri" w:hAnsi="Calibri" w:cs="Calibri"/>
                                <w:color w:val="FFFFFF"/>
                                <w:sz w:val="23"/>
                              </w:rPr>
                              <w:t xml:space="preserve"> </w:t>
                            </w:r>
                          </w:p>
                        </w:txbxContent>
                      </v:textbox>
                    </v:rect>
                    <v:rect id="Rectangle 22" o:spid="_x0000_s1036" style="position:absolute;left:17787;top:68632;width:2016;height:103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" filled="f" stroked="f">
                      <v:textbox inset="0,0,0,0">
                        <w:txbxContent>
                          <w:p w14:paraId="52665E5D" w14:textId="77777777" w:rsidR="00BE0642" w:rsidRDefault="00BE0642" w:rsidP="00BE0642">
                            <w:r>
                              <w:rPr>
                                <w:rFonts w:ascii="Calibri" w:eastAsia="Calibri" w:hAnsi="Calibri" w:cs="Calibri"/>
                                <w:b/>
                                <w:color w:val="FFFFFF"/>
                                <w:sz w:val="123"/>
                              </w:rPr>
                              <w:t xml:space="preserve"> </w:t>
                            </w:r>
                          </w:p>
                        </w:txbxContent>
                      </v:textbox>
                    </v:rect>
                    <v:rect id="Rectangle 23" o:spid="_x0000_s1037" style="position:absolute;left:26009;top:76572;width:949;height:39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" filled="f" stroked="f">
                      <v:textbox inset="0,0,0,0">
                        <w:txbxContent>
                          <w:p w14:paraId="53EEF0A5" w14:textId="77777777" w:rsidR="00BE0642" w:rsidRDefault="00BE0642" w:rsidP="00BE0642">
                            <w:r>
                              <w:rPr>
                                <w:rFonts w:ascii="Calibri" w:eastAsia="Calibri" w:hAnsi="Calibri" w:cs="Calibri"/>
                                <w:color w:val="FFFFFF"/>
                                <w:sz w:val="47"/>
                              </w:rPr>
                              <w:t xml:space="preserve"> </w:t>
                            </w:r>
                          </w:p>
                        </w:txbxContent>
                      </v:textbox>
                    </v:rect>
                    <v:rect id="Rectangle 24" o:spid="_x0000_s1038" style="position:absolute;left:37704;top:76572;width:949;height:39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" filled="f" stroked="f">
                      <v:textbox inset="0,0,0,0">
                        <w:txbxContent>
                          <w:p w14:paraId="6859ADBE" w14:textId="77777777" w:rsidR="00BE0642" w:rsidRDefault="00BE0642" w:rsidP="00BE0642">
                            <w:r>
                              <w:rPr>
                                <w:rFonts w:ascii="Calibri" w:eastAsia="Calibri" w:hAnsi="Calibri" w:cs="Calibri"/>
                                <w:color w:val="FFFFFF"/>
                                <w:sz w:val="47"/>
                              </w:rPr>
                              <w:t xml:space="preserve"> </w:t>
                            </w:r>
                          </w:p>
                        </w:txbxContent>
                      </v:textbox>
                    </v:rect>
                    <v:rect id="Rectangle 25" o:spid="_x0000_s1039" style="position:absolute;left:8059;top:71295;width:0;height:36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" filled="f" stroked="f">
                      <v:textbox inset="0,0,0,0">
                        <w:txbxContent>
                          <w:p w14:paraId="53393B0A" w14:textId="77777777" w:rsidR="00BE0642" w:rsidRDefault="00BE0642" w:rsidP="00BE0642">
                            <w:r>
                              <w:rPr>
                                <w:rFonts w:ascii="Arial" w:eastAsia="Arial" w:hAnsi="Arial" w:cs="Arial"/>
                                <w:color w:val="FFFFFF"/>
                                <w:sz w:val="47"/>
                              </w:rPr>
                              <w:t xml:space="preserve"> </w:t>
                            </w:r>
                          </w:p>
                        </w:txbxContent>
                      </v:textbox>
                    </v:rect>
                    <v:rect id="Rectangle 26" o:spid="_x0000_s1040" style="position:absolute;left:10242;top:71295;width:0;height:36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" filled="f" stroked="f">
                      <v:textbox inset="0,0,0,0">
                        <w:txbxContent>
                          <w:p w14:paraId="3098FE25" w14:textId="77777777" w:rsidR="00BE0642" w:rsidRDefault="00BE0642" w:rsidP="00BE0642">
                            <w:r>
                              <w:rPr>
                                <w:rFonts w:ascii="Arial" w:eastAsia="Arial" w:hAnsi="Arial" w:cs="Arial"/>
                                <w:color w:val="FFFFFF"/>
                                <w:sz w:val="47"/>
                              </w:rPr>
                              <w:t xml:space="preserve"> </w:t>
                            </w:r>
                          </w:p>
                        </w:txbxContent>
                      </v:textbox>
                    </v:rect>
                    <v:rect id="Rectangle 27" o:spid="_x0000_s1041" style="position:absolute;left:12362;top:71295;width:0;height:36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" filled="f" stroked="f">
                      <v:textbox inset="0,0,0,0">
                        <w:txbxContent>
                          <w:p w14:paraId="46841C32" w14:textId="77777777" w:rsidR="00BE0642" w:rsidRDefault="00BE0642" w:rsidP="00BE0642">
                            <w:r>
                              <w:rPr>
                                <w:rFonts w:ascii="Arial" w:eastAsia="Arial" w:hAnsi="Arial" w:cs="Arial"/>
                                <w:color w:val="FFFFFF"/>
                                <w:sz w:val="47"/>
                              </w:rPr>
                              <w:t xml:space="preserve"> </w:t>
                            </w:r>
                          </w:p>
                        </w:txbxContent>
                      </v:textbox>
                    </v:rect>
                    <v:rect id="Rectangle 28" o:spid="_x0000_s1042" style="position:absolute;left:14560;top:71295;width:0;height:36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" filled="f" stroked="f">
                      <v:textbox inset="0,0,0,0">
                        <w:txbxContent>
                          <w:p w14:paraId="3F31FFB1" w14:textId="77777777" w:rsidR="00BE0642" w:rsidRDefault="00BE0642" w:rsidP="00BE0642">
                            <w:r>
                              <w:rPr>
                                <w:rFonts w:ascii="Arial" w:eastAsia="Arial" w:hAnsi="Arial" w:cs="Arial"/>
                                <w:color w:val="FFFFFF"/>
                                <w:sz w:val="47"/>
                              </w:rPr>
                              <w:t xml:space="preserve"> </w:t>
                            </w:r>
                          </w:p>
                        </w:txbxContent>
                      </v:textbox>
                    </v:rect>
                    <v:rect id="Rectangle 29" o:spid="_x0000_s1043" style="position:absolute;left:16918;top:71295;width:0;height:36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" filled="f" stroked="f">
                      <v:textbox inset="0,0,0,0">
                        <w:txbxContent>
                          <w:p w14:paraId="1AF5F8CD" w14:textId="77777777" w:rsidR="00BE0642" w:rsidRDefault="00BE0642" w:rsidP="00BE0642">
                            <w:r>
                              <w:rPr>
                                <w:rFonts w:ascii="Arial" w:eastAsia="Arial" w:hAnsi="Arial" w:cs="Arial"/>
                                <w:color w:val="FFFFFF"/>
                                <w:sz w:val="47"/>
                              </w:rPr>
                              <w:t xml:space="preserve"> </w:t>
                            </w:r>
                          </w:p>
                        </w:txbxContent>
                      </v:textbox>
                    </v:rect>
                    <v:rect id="Rectangle 30" o:spid="_x0000_s1044" style="position:absolute;left:19386;top:71295;width:0;height:36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" filled="f" stroked="f">
                      <v:textbox inset="0,0,0,0">
                        <w:txbxContent>
                          <w:p w14:paraId="3A6F2C27" w14:textId="77777777" w:rsidR="00BE0642" w:rsidRDefault="00BE0642" w:rsidP="00BE0642">
                            <w:r>
                              <w:rPr>
                                <w:rFonts w:ascii="Arial" w:eastAsia="Arial" w:hAnsi="Arial" w:cs="Arial"/>
                                <w:color w:val="FFFFFF"/>
                                <w:sz w:val="47"/>
                              </w:rPr>
                              <w:t xml:space="preserve"> </w:t>
                            </w:r>
                          </w:p>
                        </w:txbxContent>
                      </v:textbox>
                    </v:rect>
                    <v:rect id="Rectangle 31" o:spid="_x0000_s1045" style="position:absolute;left:21714;top:71295;width:0;height:36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" filled="f" stroked="f">
                      <v:textbox inset="0,0,0,0">
                        <w:txbxContent>
                          <w:p w14:paraId="7EAAA42C" w14:textId="77777777" w:rsidR="00BE0642" w:rsidRDefault="00BE0642" w:rsidP="00BE0642">
                            <w:r>
                              <w:rPr>
                                <w:rFonts w:ascii="Arial" w:eastAsia="Arial" w:hAnsi="Arial" w:cs="Arial"/>
                                <w:color w:val="FFFFFF"/>
                                <w:sz w:val="47"/>
                              </w:rPr>
                              <w:t xml:space="preserve"> </w:t>
                            </w:r>
                          </w:p>
                        </w:txbxContent>
                      </v:textbox>
                    </v:rect>
                    <v:rect id="Rectangle 32" o:spid="_x0000_s1046" style="position:absolute;left:25074;top:71295;width:0;height:36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" filled="f" stroked="f">
                      <v:textbox inset="0,0,0,0">
                        <w:txbxContent>
                          <w:p w14:paraId="255AF8FB" w14:textId="77777777" w:rsidR="00BE0642" w:rsidRDefault="00BE0642" w:rsidP="00BE0642">
                            <w:r>
                              <w:rPr>
                                <w:rFonts w:ascii="Arial" w:eastAsia="Arial" w:hAnsi="Arial" w:cs="Arial"/>
                                <w:color w:val="FFFFFF"/>
                                <w:sz w:val="47"/>
                              </w:rPr>
                              <w:t xml:space="preserve"> </w:t>
                            </w:r>
                          </w:p>
                        </w:txbxContent>
                      </v:textbox>
                    </v:rect>
                    <v:rect id="Rectangle 33" o:spid="_x0000_s1047" style="position:absolute;left:27358;top:71295;width:0;height:36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" filled="f" stroked="f">
                      <v:textbox inset="0,0,0,0">
                        <w:txbxContent>
                          <w:p w14:paraId="79E8EC07" w14:textId="77777777" w:rsidR="00BE0642" w:rsidRDefault="00BE0642" w:rsidP="00BE0642">
                            <w:r>
                              <w:rPr>
                                <w:rFonts w:ascii="Arial" w:eastAsia="Arial" w:hAnsi="Arial" w:cs="Arial"/>
                                <w:color w:val="FFFFFF"/>
                                <w:sz w:val="47"/>
                              </w:rPr>
                              <w:t xml:space="preserve"> </w:t>
                            </w:r>
                          </w:p>
                        </w:txbxContent>
                      </v:textbox>
                    </v:rect>
                    <v:rect id="Rectangle 34" o:spid="_x0000_s1048" style="position:absolute;left:29781;top:71295;width:0;height:36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" filled="f" stroked="f">
                      <v:textbox inset="0,0,0,0">
                        <w:txbxContent>
                          <w:p w14:paraId="47E6D099" w14:textId="77777777" w:rsidR="00BE0642" w:rsidRDefault="00BE0642" w:rsidP="00BE0642">
                            <w:r>
                              <w:rPr>
                                <w:rFonts w:ascii="Arial" w:eastAsia="Arial" w:hAnsi="Arial" w:cs="Arial"/>
                                <w:color w:val="FFFFFF"/>
                                <w:sz w:val="47"/>
                              </w:rPr>
                              <w:t xml:space="preserve"> </w:t>
                            </w:r>
                          </w:p>
                        </w:txbxContent>
                      </v:textbox>
                    </v:rect>
                    <v:rect id="Rectangle 35" o:spid="_x0000_s1049" style="position:absolute;left:32157;top:71295;width:0;height:36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" filled="f" stroked="f">
                      <v:textbox inset="0,0,0,0">
                        <w:txbxContent>
                          <w:p w14:paraId="52E85679" w14:textId="77777777" w:rsidR="00BE0642" w:rsidRDefault="00BE0642" w:rsidP="00BE0642">
                            <w:r>
                              <w:rPr>
                                <w:rFonts w:ascii="Arial" w:eastAsia="Arial" w:hAnsi="Arial" w:cs="Arial"/>
                                <w:color w:val="FFFFFF"/>
                                <w:sz w:val="47"/>
                              </w:rPr>
                              <w:t xml:space="preserve"> </w:t>
                            </w:r>
                          </w:p>
                        </w:txbxContent>
                      </v:textbox>
                    </v:rect>
                    <v:rect id="Rectangle 36" o:spid="_x0000_s1050" style="position:absolute;left:33445;top:71295;width:0;height:36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" filled="f" stroked="f">
                      <v:textbox inset="0,0,0,0">
                        <w:txbxContent>
                          <w:p w14:paraId="5B557939" w14:textId="77777777" w:rsidR="00BE0642" w:rsidRDefault="00BE0642" w:rsidP="00BE0642">
                            <w:r>
                              <w:rPr>
                                <w:rFonts w:ascii="Arial" w:eastAsia="Arial" w:hAnsi="Arial" w:cs="Arial"/>
                                <w:color w:val="FFFFFF"/>
                                <w:sz w:val="47"/>
                              </w:rPr>
                              <w:t xml:space="preserve"> </w:t>
                            </w:r>
                          </w:p>
                        </w:txbxContent>
                      </v:textbox>
                    </v:rect>
                    <v:rect id="Rectangle 37" o:spid="_x0000_s1051" style="position:absolute;left:36769;top:71295;width:0;height:36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" filled="f" stroked="f">
                      <v:textbox inset="0,0,0,0">
                        <w:txbxContent>
                          <w:p w14:paraId="3AA82E0F" w14:textId="77777777" w:rsidR="00BE0642" w:rsidRDefault="00BE0642" w:rsidP="00BE0642">
                            <w:r>
                              <w:rPr>
                                <w:rFonts w:ascii="Arial" w:eastAsia="Arial" w:hAnsi="Arial" w:cs="Arial"/>
                                <w:color w:val="FFFFFF"/>
                                <w:sz w:val="47"/>
                              </w:rPr>
                              <w:t xml:space="preserve"> </w:t>
                            </w:r>
                          </w:p>
                        </w:txbxContent>
                      </v:textbox>
                    </v:rect>
                    <v:rect id="Rectangle 38" o:spid="_x0000_s1052" style="position:absolute;left:39050;top:71295;width:0;height:36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" filled="f" stroked="f">
                      <v:textbox inset="0,0,0,0">
                        <w:txbxContent>
                          <w:p w14:paraId="38A50C09" w14:textId="77777777" w:rsidR="00BE0642" w:rsidRDefault="00BE0642" w:rsidP="00BE0642">
                            <w:r>
                              <w:rPr>
                                <w:rFonts w:ascii="Arial" w:eastAsia="Arial" w:hAnsi="Arial" w:cs="Arial"/>
                                <w:color w:val="FFFFFF"/>
                                <w:sz w:val="47"/>
                              </w:rPr>
                              <w:t xml:space="preserve"> </w:t>
                            </w:r>
                          </w:p>
                        </w:txbxContent>
                      </v:textbox>
                    </v:rect>
                    <v:rect id="Rectangle 39" o:spid="_x0000_s1053" style="position:absolute;left:41247;top:71295;width:0;height:36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" filled="f" stroked="f">
                      <v:textbox inset="0,0,0,0">
                        <w:txbxContent>
                          <w:p w14:paraId="52CDB060" w14:textId="77777777" w:rsidR="00BE0642" w:rsidRDefault="00BE0642" w:rsidP="00BE0642">
                            <w:r>
                              <w:rPr>
                                <w:rFonts w:ascii="Arial" w:eastAsia="Arial" w:hAnsi="Arial" w:cs="Arial"/>
                                <w:color w:val="FFFFFF"/>
                                <w:sz w:val="47"/>
                              </w:rPr>
                              <w:t xml:space="preserve"> </w:t>
                            </w:r>
                          </w:p>
                        </w:txbxContent>
                      </v:textbox>
                    </v:rect>
                    <v:rect id="Rectangle 40" o:spid="_x0000_s1054" style="position:absolute;left:43572;top:71295;width:0;height:36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" filled="f" stroked="f">
                      <v:textbox inset="0,0,0,0">
                        <w:txbxContent>
                          <w:p w14:paraId="30F09149" w14:textId="77777777" w:rsidR="00BE0642" w:rsidRDefault="00BE0642" w:rsidP="00BE0642">
                            <w:r>
                              <w:rPr>
                                <w:rFonts w:ascii="Arial" w:eastAsia="Arial" w:hAnsi="Arial" w:cs="Arial"/>
                                <w:color w:val="FFFFFF"/>
                                <w:sz w:val="47"/>
                              </w:rPr>
                              <w:t xml:space="preserve"> </w:t>
                            </w:r>
                          </w:p>
                        </w:txbxContent>
                      </v:textbox>
                    </v:rect>
                    <v:rect id="Rectangle 41" o:spid="_x0000_s1055" style="position:absolute;left:45767;top:71295;width:0;height:36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" filled="f" stroked="f">
                      <v:textbox inset="0,0,0,0">
                        <w:txbxContent>
                          <w:p w14:paraId="31E91340" w14:textId="77777777" w:rsidR="00BE0642" w:rsidRDefault="00BE0642" w:rsidP="00BE0642">
                            <w:r>
                              <w:rPr>
                                <w:rFonts w:ascii="Arial" w:eastAsia="Arial" w:hAnsi="Arial" w:cs="Arial"/>
                                <w:color w:val="FFFFFF"/>
                                <w:sz w:val="47"/>
                              </w:rPr>
                              <w:t xml:space="preserve"> </w:t>
                            </w:r>
                          </w:p>
                        </w:txbxContent>
                      </v:textbox>
                    </v:rect>
                    <v:rect id="Rectangle 42" o:spid="_x0000_s1056" style="position:absolute;left:47055;top:71295;width:0;height:36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" filled="f" stroked="f">
                      <v:textbox inset="0,0,0,0">
                        <w:txbxContent>
                          <w:p w14:paraId="34DC54DC" w14:textId="77777777" w:rsidR="00BE0642" w:rsidRDefault="00BE0642" w:rsidP="00BE0642">
                            <w:r>
                              <w:rPr>
                                <w:rFonts w:ascii="Arial" w:eastAsia="Arial" w:hAnsi="Arial" w:cs="Arial"/>
                                <w:color w:val="FFFFFF"/>
                                <w:sz w:val="47"/>
                              </w:rPr>
                              <w:t xml:space="preserve"> </w:t>
                            </w:r>
                          </w:p>
                        </w:txbxContent>
                      </v:textbox>
                    </v:rect>
                    <v:rect id="Rectangle 43" o:spid="_x0000_s1057" style="position:absolute;left:49261;top:71295;width:0;height:36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" filled="f" stroked="f">
                      <v:textbox inset="0,0,0,0">
                        <w:txbxContent>
                          <w:p w14:paraId="1C9DC51F" w14:textId="77777777" w:rsidR="00BE0642" w:rsidRDefault="00BE0642" w:rsidP="00BE0642">
                            <w:r>
                              <w:rPr>
                                <w:rFonts w:ascii="Arial" w:eastAsia="Arial" w:hAnsi="Arial" w:cs="Arial"/>
                                <w:color w:val="FFFFFF"/>
                                <w:sz w:val="47"/>
                              </w:rPr>
                              <w:t xml:space="preserve"> </w:t>
                            </w:r>
                          </w:p>
                        </w:txbxContent>
                      </v:textbox>
                    </v:rect>
                    <v:rect id="Rectangle 44" o:spid="_x0000_s1058" style="position:absolute;left:51459;top:71295;width:0;height:36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" filled="f" stroked="f">
                      <v:textbox inset="0,0,0,0">
                        <w:txbxContent>
                          <w:p w14:paraId="72523842" w14:textId="77777777" w:rsidR="00BE0642" w:rsidRDefault="00BE0642" w:rsidP="00BE0642">
                            <w:r>
                              <w:rPr>
                                <w:rFonts w:ascii="Arial" w:eastAsia="Arial" w:hAnsi="Arial" w:cs="Arial"/>
                                <w:color w:val="FFFFFF"/>
                                <w:sz w:val="47"/>
                              </w:rPr>
                              <w:t xml:space="preserve"> </w:t>
                            </w:r>
                          </w:p>
                        </w:txbxContent>
                      </v:textbox>
                    </v:rect>
                    <v:rect id="Rectangle 45" o:spid="_x0000_s1059" style="position:absolute;left:763;top:71200;width:2226;height:39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" filled="f" stroked="f">
                      <v:textbox inset="0,0,0,0">
                        <w:txbxContent>
                          <w:p w14:paraId="150E8EE0" w14:textId="77777777" w:rsidR="00BE0642" w:rsidRDefault="00BE0642" w:rsidP="00BE0642">
                            <w:r>
                              <w:rPr>
                                <w:rFonts w:ascii="Calibri" w:eastAsia="Calibri" w:hAnsi="Calibri" w:cs="Calibri"/>
                                <w:color w:val="FFFFFF"/>
                                <w:w w:val="115"/>
                                <w:sz w:val="47"/>
                              </w:rPr>
                              <w:t>E</w:t>
                            </w:r>
                          </w:p>
                        </w:txbxContent>
                      </v:textbox>
                    </v:rect>
                    <v:rect id="Rectangle 46" o:spid="_x0000_s1060" style="position:absolute;left:2960;top:71295;width:0;height:36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" filled="f" stroked="f">
                      <v:textbox inset="0,0,0,0">
                        <w:txbxContent>
                          <w:p w14:paraId="151DAEED" w14:textId="77777777" w:rsidR="00BE0642" w:rsidRDefault="00BE0642" w:rsidP="00BE0642">
                            <w:r>
                              <w:rPr>
                                <w:rFonts w:ascii="Arial" w:eastAsia="Arial" w:hAnsi="Arial" w:cs="Arial"/>
                                <w:color w:val="FFFFFF"/>
                                <w:sz w:val="47"/>
                              </w:rPr>
                              <w:t xml:space="preserve"> </w:t>
                            </w:r>
                          </w:p>
                        </w:txbxContent>
                      </v:textbox>
                    </v:rect>
                    <v:rect id="Rectangle 47" o:spid="_x0000_s1061" style="position:absolute;left:2960;top:71200;width:2207;height:39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" filled="f" stroked="f">
                      <v:textbox inset="0,0,0,0">
                        <w:txbxContent>
                          <w:p w14:paraId="763233F0" w14:textId="77777777" w:rsidR="00BE0642" w:rsidRDefault="00BE0642" w:rsidP="00BE0642">
                            <w:r>
                              <w:rPr>
                                <w:rFonts w:ascii="Calibri" w:eastAsia="Calibri" w:hAnsi="Calibri" w:cs="Calibri"/>
                                <w:color w:val="FFFFFF"/>
                                <w:w w:val="111"/>
                                <w:sz w:val="47"/>
                              </w:rPr>
                              <w:t>X</w:t>
                            </w:r>
                          </w:p>
                        </w:txbxContent>
                      </v:textbox>
                    </v:rect>
                    <v:rect id="Rectangle 48" o:spid="_x0000_s1062" style="position:absolute;left:5143;top:71295;width:0;height:36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" filled="f" stroked="f">
                      <v:textbox inset="0,0,0,0">
                        <w:txbxContent>
                          <w:p w14:paraId="2A6436DE" w14:textId="77777777" w:rsidR="00BE0642" w:rsidRDefault="00BE0642" w:rsidP="00BE0642">
                            <w:r>
                              <w:rPr>
                                <w:rFonts w:ascii="Arial" w:eastAsia="Arial" w:hAnsi="Arial" w:cs="Arial"/>
                                <w:color w:val="FFFFFF"/>
                                <w:sz w:val="47"/>
                              </w:rPr>
                              <w:t xml:space="preserve"> </w:t>
                            </w:r>
                          </w:p>
                        </w:txbxContent>
                      </v:textbox>
                    </v:rect>
                    <v:rect id="Rectangle 49" o:spid="_x0000_s1063" style="position:absolute;left:5143;top:71200;width:2124;height:39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" filled="f" stroked="f">
                      <v:textbox inset="0,0,0,0">
                        <w:txbxContent>
                          <w:p w14:paraId="5FA1F2F2" w14:textId="77777777" w:rsidR="00BE0642" w:rsidRDefault="00BE0642" w:rsidP="00BE0642">
                            <w:r>
                              <w:rPr>
                                <w:rFonts w:ascii="Calibri" w:eastAsia="Calibri" w:hAnsi="Calibri" w:cs="Calibri"/>
                                <w:color w:val="FFFFFF"/>
                                <w:w w:val="111"/>
                                <w:sz w:val="47"/>
                              </w:rPr>
                              <w:t>T</w:t>
                            </w:r>
                          </w:p>
                        </w:txbxContent>
                      </v:textbox>
                    </v:rect>
                    <v:rect id="Rectangle 50" o:spid="_x0000_s1064" style="position:absolute;left:7263;top:71295;width:0;height:36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" filled="f" stroked="f">
                      <v:textbox inset="0,0,0,0">
                        <w:txbxContent>
                          <w:p w14:paraId="7CD7E97C" w14:textId="77777777" w:rsidR="00BE0642" w:rsidRDefault="00BE0642" w:rsidP="00BE0642">
                            <w:r>
                              <w:rPr>
                                <w:rFonts w:ascii="Arial" w:eastAsia="Arial" w:hAnsi="Arial" w:cs="Arial"/>
                                <w:color w:val="FFFFFF"/>
                                <w:sz w:val="47"/>
                              </w:rPr>
                              <w:t xml:space="preserve"> </w:t>
                            </w:r>
                          </w:p>
                        </w:txbxContent>
                      </v:textbox>
                    </v:rect>
                    <v:rect id="Rectangle 51" o:spid="_x0000_s1065" style="position:absolute;left:7263;top:71200;width:2227;height:39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" filled="f" stroked="f">
                      <v:textbox inset="0,0,0,0">
                        <w:txbxContent>
                          <w:p w14:paraId="692CFB83" w14:textId="77777777" w:rsidR="00BE0642" w:rsidRDefault="00BE0642" w:rsidP="00BE0642">
                            <w:r>
                              <w:rPr>
                                <w:rFonts w:ascii="Calibri" w:eastAsia="Calibri" w:hAnsi="Calibri" w:cs="Calibri"/>
                                <w:color w:val="FFFFFF"/>
                                <w:w w:val="115"/>
                                <w:sz w:val="47"/>
                              </w:rPr>
                              <w:t>E</w:t>
                            </w:r>
                          </w:p>
                        </w:txbxContent>
                      </v:textbox>
                    </v:rect>
                    <v:rect id="Rectangle 52" o:spid="_x0000_s1066" style="position:absolute;left:9460;top:71295;width:0;height:36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" filled="f" stroked="f">
                      <v:textbox inset="0,0,0,0">
                        <w:txbxContent>
                          <w:p w14:paraId="5A3E9EEE" w14:textId="77777777" w:rsidR="00BE0642" w:rsidRDefault="00BE0642" w:rsidP="00BE0642">
                            <w:r>
                              <w:rPr>
                                <w:rFonts w:ascii="Arial" w:eastAsia="Arial" w:hAnsi="Arial" w:cs="Arial"/>
                                <w:color w:val="FFFFFF"/>
                                <w:sz w:val="47"/>
                              </w:rPr>
                              <w:t xml:space="preserve"> </w:t>
                            </w:r>
                          </w:p>
                        </w:txbxContent>
                      </v:textbox>
                    </v:rect>
                    <v:rect id="Rectangle 53" o:spid="_x0000_s1067" style="position:absolute;left:9460;top:71200;width:2441;height:39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" filled="f" stroked="f">
                      <v:textbox inset="0,0,0,0">
                        <w:txbxContent>
                          <w:p w14:paraId="2B92AA6F" w14:textId="77777777" w:rsidR="00BE0642" w:rsidRDefault="00BE0642" w:rsidP="00BE0642">
                            <w:r>
                              <w:rPr>
                                <w:rFonts w:ascii="Calibri" w:eastAsia="Calibri" w:hAnsi="Calibri" w:cs="Calibri"/>
                                <w:color w:val="FFFFFF"/>
                                <w:w w:val="115"/>
                                <w:sz w:val="47"/>
                              </w:rPr>
                              <w:t>R</w:t>
                            </w:r>
                          </w:p>
                        </w:txbxContent>
                      </v:textbox>
                    </v:rect>
                    <v:rect id="Rectangle 54" o:spid="_x0000_s1068" style="position:absolute;left:11818;top:71295;width:0;height:36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" filled="f" stroked="f">
                      <v:textbox inset="0,0,0,0">
                        <w:txbxContent>
                          <w:p w14:paraId="25B00767" w14:textId="77777777" w:rsidR="00BE0642" w:rsidRDefault="00BE0642" w:rsidP="00BE0642">
                            <w:r>
                              <w:rPr>
                                <w:rFonts w:ascii="Arial" w:eastAsia="Arial" w:hAnsi="Arial" w:cs="Arial"/>
                                <w:color w:val="FFFFFF"/>
                                <w:sz w:val="47"/>
                              </w:rPr>
                              <w:t xml:space="preserve"> </w:t>
                            </w:r>
                          </w:p>
                        </w:txbxContent>
                      </v:textbox>
                    </v:rect>
                    <v:rect id="Rectangle 55" o:spid="_x0000_s1069" style="position:absolute;left:11818;top:71200;width:2587;height:39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" filled="f" stroked="f">
                      <v:textbox inset="0,0,0,0">
                        <w:txbxContent>
                          <w:p w14:paraId="6871E93D" w14:textId="77777777" w:rsidR="00BE0642" w:rsidRDefault="00BE0642" w:rsidP="00BE0642">
                            <w:r>
                              <w:rPr>
                                <w:rFonts w:ascii="Calibri" w:eastAsia="Calibri" w:hAnsi="Calibri" w:cs="Calibri"/>
                                <w:color w:val="FFFFFF"/>
                                <w:w w:val="102"/>
                                <w:sz w:val="47"/>
                              </w:rPr>
                              <w:t>N</w:t>
                            </w:r>
                          </w:p>
                        </w:txbxContent>
                      </v:textbox>
                    </v:rect>
                    <v:rect id="Rectangle 56" o:spid="_x0000_s1070" style="position:absolute;left:14287;top:71295;width:0;height:36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" filled="f" stroked="f">
                      <v:textbox inset="0,0,0,0">
                        <w:txbxContent>
                          <w:p w14:paraId="2A356604" w14:textId="77777777" w:rsidR="00BE0642" w:rsidRDefault="00BE0642" w:rsidP="00BE0642">
                            <w:r>
                              <w:rPr>
                                <w:rFonts w:ascii="Arial" w:eastAsia="Arial" w:hAnsi="Arial" w:cs="Arial"/>
                                <w:color w:val="FFFFFF"/>
                                <w:sz w:val="47"/>
                              </w:rPr>
                              <w:t xml:space="preserve"> </w:t>
                            </w:r>
                          </w:p>
                        </w:txbxContent>
                      </v:textbox>
                    </v:rect>
                    <v:rect id="Rectangle 57" o:spid="_x0000_s1071" style="position:absolute;left:14287;top:71200;width:2400;height:39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" filled="f" stroked="f">
                      <v:textbox inset="0,0,0,0">
                        <w:txbxContent>
                          <w:p w14:paraId="13B320B0" w14:textId="77777777" w:rsidR="00BE0642" w:rsidRDefault="00BE0642" w:rsidP="00BE0642">
                            <w:r>
                              <w:rPr>
                                <w:rFonts w:ascii="Calibri" w:eastAsia="Calibri" w:hAnsi="Calibri" w:cs="Calibri"/>
                                <w:color w:val="FFFFFF"/>
                                <w:w w:val="107"/>
                                <w:sz w:val="47"/>
                              </w:rPr>
                              <w:t>A</w:t>
                            </w:r>
                          </w:p>
                        </w:txbxContent>
                      </v:textbox>
                    </v:rect>
                    <v:rect id="Rectangle 58" o:spid="_x0000_s1072" style="position:absolute;left:16615;top:71295;width:0;height:36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" filled="f" stroked="f">
                      <v:textbox inset="0,0,0,0">
                        <w:txbxContent>
                          <w:p w14:paraId="5A568756" w14:textId="77777777" w:rsidR="00BE0642" w:rsidRDefault="00BE0642" w:rsidP="00BE0642">
                            <w:r>
                              <w:rPr>
                                <w:rFonts w:ascii="Arial" w:eastAsia="Arial" w:hAnsi="Arial" w:cs="Arial"/>
                                <w:color w:val="FFFFFF"/>
                                <w:sz w:val="47"/>
                              </w:rPr>
                              <w:t xml:space="preserve"> </w:t>
                            </w:r>
                          </w:p>
                        </w:txbxContent>
                      </v:textbox>
                    </v:rect>
                    <v:rect id="Rectangle 59" o:spid="_x0000_s1073" style="position:absolute;left:16615;top:71200;width:2128;height:39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" filled="f" stroked="f">
                      <v:textbox inset="0,0,0,0">
                        <w:txbxContent>
                          <w:p w14:paraId="4E91199C" w14:textId="77777777" w:rsidR="00BE0642" w:rsidRDefault="00BE0642" w:rsidP="00BE0642">
                            <w:r>
                              <w:rPr>
                                <w:rFonts w:ascii="Calibri" w:eastAsia="Calibri" w:hAnsi="Calibri" w:cs="Calibri"/>
                                <w:color w:val="FFFFFF"/>
                                <w:w w:val="128"/>
                                <w:sz w:val="47"/>
                              </w:rPr>
                              <w:t>L</w:t>
                            </w:r>
                          </w:p>
                        </w:txbxContent>
                      </v:textbox>
                    </v:rect>
                    <v:rect id="Rectangle 60" o:spid="_x0000_s1074" style="position:absolute;left:19975;top:71295;width:0;height:36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" filled="f" stroked="f">
                      <v:textbox inset="0,0,0,0">
                        <w:txbxContent>
                          <w:p w14:paraId="4FC854EE" w14:textId="77777777" w:rsidR="00BE0642" w:rsidRDefault="00BE0642" w:rsidP="00BE0642">
                            <w:r>
                              <w:rPr>
                                <w:rFonts w:ascii="Arial" w:eastAsia="Arial" w:hAnsi="Arial" w:cs="Arial"/>
                                <w:color w:val="FFFFFF"/>
                                <w:sz w:val="47"/>
                              </w:rPr>
                              <w:t xml:space="preserve"> </w:t>
                            </w:r>
                          </w:p>
                        </w:txbxContent>
                      </v:textbox>
                    </v:rect>
                    <v:rect id="Rectangle 61" o:spid="_x0000_s1075" style="position:absolute;left:19975;top:71200;width:2401;height:39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" filled="f" stroked="f">
                      <v:textbox inset="0,0,0,0">
                        <w:txbxContent>
                          <w:p w14:paraId="69081C54" w14:textId="77777777" w:rsidR="00BE0642" w:rsidRDefault="00BE0642" w:rsidP="00BE0642">
                            <w:r>
                              <w:rPr>
                                <w:rFonts w:ascii="Calibri" w:eastAsia="Calibri" w:hAnsi="Calibri" w:cs="Calibri"/>
                                <w:color w:val="FFFFFF"/>
                                <w:w w:val="107"/>
                                <w:sz w:val="47"/>
                              </w:rPr>
                              <w:t>A</w:t>
                            </w:r>
                          </w:p>
                        </w:txbxContent>
                      </v:textbox>
                    </v:rect>
                    <v:rect id="Rectangle 62" o:spid="_x0000_s1076" style="position:absolute;left:22259;top:71295;width:0;height:36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" filled="f" stroked="f">
                      <v:textbox inset="0,0,0,0">
                        <w:txbxContent>
                          <w:p w14:paraId="13EACAC0" w14:textId="77777777" w:rsidR="00BE0642" w:rsidRDefault="00BE0642" w:rsidP="00BE0642">
                            <w:r>
                              <w:rPr>
                                <w:rFonts w:ascii="Arial" w:eastAsia="Arial" w:hAnsi="Arial" w:cs="Arial"/>
                                <w:color w:val="FFFFFF"/>
                                <w:sz w:val="47"/>
                              </w:rPr>
                              <w:t xml:space="preserve"> </w:t>
                            </w:r>
                          </w:p>
                        </w:txbxContent>
                      </v:textbox>
                    </v:rect>
                    <v:rect id="Rectangle 63" o:spid="_x0000_s1077" style="position:absolute;left:22259;top:71200;width:2527;height:39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" filled="f" stroked="f">
                      <v:textbox inset="0,0,0,0">
                        <w:txbxContent>
                          <w:p w14:paraId="5004A3D9" w14:textId="77777777" w:rsidR="00BE0642" w:rsidRDefault="00BE0642" w:rsidP="00BE0642">
                            <w:r>
                              <w:rPr>
                                <w:rFonts w:ascii="Calibri" w:eastAsia="Calibri" w:hAnsi="Calibri" w:cs="Calibri"/>
                                <w:color w:val="FFFFFF"/>
                                <w:sz w:val="47"/>
                              </w:rPr>
                              <w:t>U</w:t>
                            </w:r>
                          </w:p>
                        </w:txbxContent>
                      </v:textbox>
                    </v:rect>
                    <v:rect id="Rectangle 64" o:spid="_x0000_s1078" style="position:absolute;left:24682;top:71295;width:0;height:36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" filled="f" stroked="f">
                      <v:textbox inset="0,0,0,0">
                        <w:txbxContent>
                          <w:p w14:paraId="13B8F759" w14:textId="77777777" w:rsidR="00BE0642" w:rsidRDefault="00BE0642" w:rsidP="00BE0642">
                            <w:r>
                              <w:rPr>
                                <w:rFonts w:ascii="Arial" w:eastAsia="Arial" w:hAnsi="Arial" w:cs="Arial"/>
                                <w:color w:val="FFFFFF"/>
                                <w:sz w:val="47"/>
                              </w:rPr>
                              <w:t xml:space="preserve"> </w:t>
                            </w:r>
                          </w:p>
                        </w:txbxContent>
                      </v:textbox>
                    </v:rect>
                    <v:rect id="Rectangle 65" o:spid="_x0000_s1079" style="position:absolute;left:24682;top:71200;width:2464;height:39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" filled="f" stroked="f">
                      <v:textbox inset="0,0,0,0">
                        <w:txbxContent>
                          <w:p w14:paraId="2754EACD" w14:textId="77777777" w:rsidR="00BE0642" w:rsidRDefault="00BE0642" w:rsidP="00BE0642">
                            <w:r>
                              <w:rPr>
                                <w:rFonts w:ascii="Calibri" w:eastAsia="Calibri" w:hAnsi="Calibri" w:cs="Calibri"/>
                                <w:color w:val="FFFFFF"/>
                                <w:w w:val="102"/>
                                <w:sz w:val="47"/>
                              </w:rPr>
                              <w:t>D</w:t>
                            </w:r>
                          </w:p>
                        </w:txbxContent>
                      </v:textbox>
                    </v:rect>
                    <v:rect id="Rectangle 66" o:spid="_x0000_s1080" style="position:absolute;left:27058;top:71295;width:0;height:36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" filled="f" stroked="f">
                      <v:textbox inset="0,0,0,0">
                        <w:txbxContent>
                          <w:p w14:paraId="16467DEF" w14:textId="77777777" w:rsidR="00BE0642" w:rsidRDefault="00BE0642" w:rsidP="00BE0642">
                            <w:r>
                              <w:rPr>
                                <w:rFonts w:ascii="Arial" w:eastAsia="Arial" w:hAnsi="Arial" w:cs="Arial"/>
                                <w:color w:val="FFFFFF"/>
                                <w:sz w:val="47"/>
                              </w:rPr>
                              <w:t xml:space="preserve"> </w:t>
                            </w:r>
                          </w:p>
                        </w:txbxContent>
                      </v:textbox>
                    </v:rect>
                    <v:rect id="Rectangle 67" o:spid="_x0000_s1081" style="position:absolute;left:27058;top:71200;width:1016;height:39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" filled="f" stroked="f">
                      <v:textbox inset="0,0,0,0">
                        <w:txbxContent>
                          <w:p w14:paraId="792DFD6F" w14:textId="77777777" w:rsidR="00BE0642" w:rsidRDefault="00BE0642" w:rsidP="00BE0642">
                            <w:r>
                              <w:rPr>
                                <w:rFonts w:ascii="Calibri" w:eastAsia="Calibri" w:hAnsi="Calibri" w:cs="Calibri"/>
                                <w:color w:val="FFFFFF"/>
                                <w:w w:val="105"/>
                                <w:sz w:val="47"/>
                              </w:rPr>
                              <w:t>I</w:t>
                            </w:r>
                          </w:p>
                        </w:txbxContent>
                      </v:textbox>
                    </v:rect>
                    <v:rect id="Rectangle 68" o:spid="_x0000_s1082" style="position:absolute;left:28346;top:71295;width:0;height:36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" filled="f" stroked="f">
                      <v:textbox inset="0,0,0,0">
                        <w:txbxContent>
                          <w:p w14:paraId="3884B864" w14:textId="77777777" w:rsidR="00BE0642" w:rsidRDefault="00BE0642" w:rsidP="00BE0642">
                            <w:r>
                              <w:rPr>
                                <w:rFonts w:ascii="Arial" w:eastAsia="Arial" w:hAnsi="Arial" w:cs="Arial"/>
                                <w:color w:val="FFFFFF"/>
                                <w:sz w:val="47"/>
                              </w:rPr>
                              <w:t xml:space="preserve"> </w:t>
                            </w:r>
                          </w:p>
                        </w:txbxContent>
                      </v:textbox>
                    </v:rect>
                    <v:rect id="Rectangle 69" o:spid="_x0000_s1083" style="position:absolute;left:28346;top:71200;width:2123;height:39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" filled="f" stroked="f">
                      <v:textbox inset="0,0,0,0">
                        <w:txbxContent>
                          <w:p w14:paraId="3A56B56A" w14:textId="77777777" w:rsidR="00BE0642" w:rsidRDefault="00BE0642" w:rsidP="00BE0642">
                            <w:r>
                              <w:rPr>
                                <w:rFonts w:ascii="Calibri" w:eastAsia="Calibri" w:hAnsi="Calibri" w:cs="Calibri"/>
                                <w:color w:val="FFFFFF"/>
                                <w:w w:val="111"/>
                                <w:sz w:val="47"/>
                              </w:rPr>
                              <w:t>T</w:t>
                            </w:r>
                          </w:p>
                        </w:txbxContent>
                      </v:textbox>
                    </v:rect>
                    <v:rect id="Rectangle 70" o:spid="_x0000_s1084" style="position:absolute;left:31670;top:71295;width:0;height:36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" filled="f" stroked="f">
                      <v:textbox inset="0,0,0,0">
                        <w:txbxContent>
                          <w:p w14:paraId="13CEA087" w14:textId="77777777" w:rsidR="00BE0642" w:rsidRDefault="00BE0642" w:rsidP="00BE0642">
                            <w:r>
                              <w:rPr>
                                <w:rFonts w:ascii="Arial" w:eastAsia="Arial" w:hAnsi="Arial" w:cs="Arial"/>
                                <w:color w:val="FFFFFF"/>
                                <w:sz w:val="47"/>
                              </w:rPr>
                              <w:t xml:space="preserve"> </w:t>
                            </w:r>
                          </w:p>
                        </w:txbxContent>
                      </v:textbox>
                    </v:rect>
                    <v:rect id="Rectangle 71" o:spid="_x0000_s1085" style="position:absolute;left:31670;top:71200;width:2337;height:39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" filled="f" stroked="f">
                      <v:textbox inset="0,0,0,0">
                        <w:txbxContent>
                          <w:p w14:paraId="52149E01" w14:textId="77777777" w:rsidR="00BE0642" w:rsidRDefault="00BE0642" w:rsidP="00BE0642">
                            <w:r>
                              <w:rPr>
                                <w:rFonts w:ascii="Calibri" w:eastAsia="Calibri" w:hAnsi="Calibri" w:cs="Calibri"/>
                                <w:color w:val="FFFFFF"/>
                                <w:w w:val="130"/>
                                <w:sz w:val="47"/>
                              </w:rPr>
                              <w:t>S</w:t>
                            </w:r>
                          </w:p>
                        </w:txbxContent>
                      </v:textbox>
                    </v:rect>
                    <v:rect id="Rectangle 72" o:spid="_x0000_s1086" style="position:absolute;left:33951;top:71295;width:0;height:36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" filled="f" stroked="f">
                      <v:textbox inset="0,0,0,0">
                        <w:txbxContent>
                          <w:p w14:paraId="6D5DFFA0" w14:textId="77777777" w:rsidR="00BE0642" w:rsidRDefault="00BE0642" w:rsidP="00BE0642">
                            <w:r>
                              <w:rPr>
                                <w:rFonts w:ascii="Arial" w:eastAsia="Arial" w:hAnsi="Arial" w:cs="Arial"/>
                                <w:color w:val="FFFFFF"/>
                                <w:sz w:val="47"/>
                              </w:rPr>
                              <w:t xml:space="preserve"> </w:t>
                            </w:r>
                          </w:p>
                        </w:txbxContent>
                      </v:textbox>
                    </v:rect>
                    <v:rect id="Rectangle 73" o:spid="_x0000_s1087" style="position:absolute;left:33951;top:71200;width:2226;height:39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" filled="f" stroked="f">
                      <v:textbox inset="0,0,0,0">
                        <w:txbxContent>
                          <w:p w14:paraId="75D79DBF" w14:textId="77777777" w:rsidR="00BE0642" w:rsidRDefault="00BE0642" w:rsidP="00BE0642">
                            <w:r>
                              <w:rPr>
                                <w:rFonts w:ascii="Calibri" w:eastAsia="Calibri" w:hAnsi="Calibri" w:cs="Calibri"/>
                                <w:color w:val="FFFFFF"/>
                                <w:w w:val="115"/>
                                <w:sz w:val="47"/>
                              </w:rPr>
                              <w:t>E</w:t>
                            </w:r>
                          </w:p>
                        </w:txbxContent>
                      </v:textbox>
                    </v:rect>
                    <v:rect id="Rectangle 74" o:spid="_x0000_s1088" style="position:absolute;left:36148;top:71295;width:0;height:36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" filled="f" stroked="f">
                      <v:textbox inset="0,0,0,0">
                        <w:txbxContent>
                          <w:p w14:paraId="7FC49287" w14:textId="77777777" w:rsidR="00BE0642" w:rsidRDefault="00BE0642" w:rsidP="00BE0642">
                            <w:r>
                              <w:rPr>
                                <w:rFonts w:ascii="Arial" w:eastAsia="Arial" w:hAnsi="Arial" w:cs="Arial"/>
                                <w:color w:val="FFFFFF"/>
                                <w:sz w:val="47"/>
                              </w:rPr>
                              <w:t xml:space="preserve"> </w:t>
                            </w:r>
                          </w:p>
                        </w:txbxContent>
                      </v:textbox>
                    </v:rect>
                    <v:rect id="Rectangle 75" o:spid="_x0000_s1089" style="position:absolute;left:36148;top:71200;width:2440;height:39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" filled="f" stroked="f">
                      <v:textbox inset="0,0,0,0">
                        <w:txbxContent>
                          <w:p w14:paraId="41A9EF0D" w14:textId="77777777" w:rsidR="00BE0642" w:rsidRDefault="00BE0642" w:rsidP="00BE0642">
                            <w:r>
                              <w:rPr>
                                <w:rFonts w:ascii="Calibri" w:eastAsia="Calibri" w:hAnsi="Calibri" w:cs="Calibri"/>
                                <w:color w:val="FFFFFF"/>
                                <w:w w:val="115"/>
                                <w:sz w:val="47"/>
                              </w:rPr>
                              <w:t>R</w:t>
                            </w:r>
                          </w:p>
                        </w:txbxContent>
                      </v:textbox>
                    </v:rect>
                    <v:rect id="Rectangle 76" o:spid="_x0000_s1090" style="position:absolute;left:38473;top:71295;width:0;height:36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" filled="f" stroked="f">
                      <v:textbox inset="0,0,0,0">
                        <w:txbxContent>
                          <w:p w14:paraId="7656CCBB" w14:textId="77777777" w:rsidR="00BE0642" w:rsidRDefault="00BE0642" w:rsidP="00BE0642">
                            <w:r>
                              <w:rPr>
                                <w:rFonts w:ascii="Arial" w:eastAsia="Arial" w:hAnsi="Arial" w:cs="Arial"/>
                                <w:color w:val="FFFFFF"/>
                                <w:sz w:val="47"/>
                              </w:rPr>
                              <w:t xml:space="preserve"> </w:t>
                            </w:r>
                          </w:p>
                        </w:txbxContent>
                      </v:textbox>
                    </v:rect>
                    <v:rect id="Rectangle 77" o:spid="_x0000_s1091" style="position:absolute;left:38473;top:71200;width:2223;height:39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" filled="f" stroked="f">
                      <v:textbox inset="0,0,0,0">
                        <w:txbxContent>
                          <w:p w14:paraId="4337C388" w14:textId="77777777" w:rsidR="00BE0642" w:rsidRDefault="00BE0642" w:rsidP="00BE0642">
                            <w:r>
                              <w:rPr>
                                <w:rFonts w:ascii="Calibri" w:eastAsia="Calibri" w:hAnsi="Calibri" w:cs="Calibri"/>
                                <w:color w:val="FFFFFF"/>
                                <w:w w:val="101"/>
                                <w:sz w:val="47"/>
                              </w:rPr>
                              <w:t>V</w:t>
                            </w:r>
                          </w:p>
                        </w:txbxContent>
                      </v:textbox>
                    </v:rect>
                    <v:rect id="Rectangle 78" o:spid="_x0000_s1092" style="position:absolute;left:40668;top:71295;width:0;height:36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" filled="f" stroked="f">
                      <v:textbox inset="0,0,0,0">
                        <w:txbxContent>
                          <w:p w14:paraId="555EB8E6" w14:textId="77777777" w:rsidR="00BE0642" w:rsidRDefault="00BE0642" w:rsidP="00BE0642">
                            <w:r>
                              <w:rPr>
                                <w:rFonts w:ascii="Arial" w:eastAsia="Arial" w:hAnsi="Arial" w:cs="Arial"/>
                                <w:color w:val="FFFFFF"/>
                                <w:sz w:val="47"/>
                              </w:rPr>
                              <w:t xml:space="preserve"> </w:t>
                            </w:r>
                          </w:p>
                        </w:txbxContent>
                      </v:textbox>
                    </v:rect>
                    <v:rect id="Rectangle 79" o:spid="_x0000_s1093" style="position:absolute;left:40668;top:71200;width:1016;height:39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" filled="f" stroked="f">
                      <v:textbox inset="0,0,0,0">
                        <w:txbxContent>
                          <w:p w14:paraId="42546DA7" w14:textId="77777777" w:rsidR="00BE0642" w:rsidRDefault="00BE0642" w:rsidP="00BE0642">
                            <w:r>
                              <w:rPr>
                                <w:rFonts w:ascii="Calibri" w:eastAsia="Calibri" w:hAnsi="Calibri" w:cs="Calibri"/>
                                <w:color w:val="FFFFFF"/>
                                <w:w w:val="105"/>
                                <w:sz w:val="47"/>
                              </w:rPr>
                              <w:t>I</w:t>
                            </w:r>
                          </w:p>
                        </w:txbxContent>
                      </v:textbox>
                    </v:rect>
                    <v:rect id="Rectangle 80" o:spid="_x0000_s1094" style="position:absolute;left:41956;top:71295;width:0;height:36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" filled="f" stroked="f">
                      <v:textbox inset="0,0,0,0">
                        <w:txbxContent>
                          <w:p w14:paraId="510DD71B" w14:textId="77777777" w:rsidR="00BE0642" w:rsidRDefault="00BE0642" w:rsidP="00BE0642">
                            <w:r>
                              <w:rPr>
                                <w:rFonts w:ascii="Arial" w:eastAsia="Arial" w:hAnsi="Arial" w:cs="Arial"/>
                                <w:color w:val="FFFFFF"/>
                                <w:sz w:val="47"/>
                              </w:rPr>
                              <w:t xml:space="preserve"> </w:t>
                            </w:r>
                          </w:p>
                        </w:txbxContent>
                      </v:textbox>
                    </v:rect>
                    <v:rect id="Rectangle 81" o:spid="_x0000_s1095" style="position:absolute;left:41956;top:71200;width:2238;height:39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" filled="f" stroked="f">
                      <v:textbox inset="0,0,0,0">
                        <w:txbxContent>
                          <w:p w14:paraId="3A5AC9E3" w14:textId="77777777" w:rsidR="00BE0642" w:rsidRDefault="00BE0642" w:rsidP="00BE0642">
                            <w:r>
                              <w:rPr>
                                <w:rFonts w:ascii="Calibri" w:eastAsia="Calibri" w:hAnsi="Calibri" w:cs="Calibri"/>
                                <w:color w:val="FFFFFF"/>
                                <w:w w:val="105"/>
                                <w:sz w:val="47"/>
                              </w:rPr>
                              <w:t>C</w:t>
                            </w:r>
                          </w:p>
                        </w:txbxContent>
                      </v:textbox>
                    </v:rect>
                    <v:rect id="Rectangle 82" o:spid="_x0000_s1096" style="position:absolute;left:44162;top:71295;width:0;height:36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" filled="f" stroked="f">
                      <v:textbox inset="0,0,0,0">
                        <w:txbxContent>
                          <w:p w14:paraId="3CF40DB3" w14:textId="77777777" w:rsidR="00BE0642" w:rsidRDefault="00BE0642" w:rsidP="00BE0642">
                            <w:r>
                              <w:rPr>
                                <w:rFonts w:ascii="Arial" w:eastAsia="Arial" w:hAnsi="Arial" w:cs="Arial"/>
                                <w:color w:val="FFFFFF"/>
                                <w:sz w:val="47"/>
                              </w:rPr>
                              <w:t xml:space="preserve"> </w:t>
                            </w:r>
                          </w:p>
                        </w:txbxContent>
                      </v:textbox>
                    </v:rect>
                    <v:rect id="Rectangle 83" o:spid="_x0000_s1097" style="position:absolute;left:44162;top:71200;width:2227;height:39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" filled="f" stroked="f">
                      <v:textbox inset="0,0,0,0">
                        <w:txbxContent>
                          <w:p w14:paraId="19597BAF" w14:textId="77777777" w:rsidR="00BE0642" w:rsidRDefault="00BE0642" w:rsidP="00BE0642">
                            <w:r>
                              <w:rPr>
                                <w:rFonts w:ascii="Calibri" w:eastAsia="Calibri" w:hAnsi="Calibri" w:cs="Calibri"/>
                                <w:color w:val="FFFFFF"/>
                                <w:w w:val="115"/>
                                <w:sz w:val="47"/>
                              </w:rPr>
                              <w:t>E</w:t>
                            </w:r>
                          </w:p>
                        </w:txbxContent>
                      </v:textbox>
                    </v:rect>
                    <v:rect id="Rectangle 84" o:spid="_x0000_s1098" style="position:absolute;left:46359;top:71295;width:0;height:36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" filled="f" stroked="f">
                      <v:textbox inset="0,0,0,0">
                        <w:txbxContent>
                          <w:p w14:paraId="7D48DB2E" w14:textId="77777777" w:rsidR="00BE0642" w:rsidRDefault="00BE0642" w:rsidP="00BE0642">
                            <w:r>
                              <w:rPr>
                                <w:rFonts w:ascii="Arial" w:eastAsia="Arial" w:hAnsi="Arial" w:cs="Arial"/>
                                <w:color w:val="FFFFFF"/>
                                <w:sz w:val="47"/>
                              </w:rPr>
                              <w:t xml:space="preserve"> </w:t>
                            </w:r>
                          </w:p>
                        </w:txbxContent>
                      </v:textbox>
                    </v:rect>
                    <v:rect id="Rectangle 85" o:spid="_x0000_s1099" style="position:absolute;left:46359;top:71200;width:2338;height:39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" filled="f" stroked="f">
                      <v:textbox inset="0,0,0,0">
                        <w:txbxContent>
                          <w:p w14:paraId="7446D12E" w14:textId="77777777" w:rsidR="00BE0642" w:rsidRDefault="00BE0642" w:rsidP="00BE0642">
                            <w:r>
                              <w:rPr>
                                <w:rFonts w:ascii="Calibri" w:eastAsia="Calibri" w:hAnsi="Calibri" w:cs="Calibri"/>
                                <w:color w:val="FFFFFF"/>
                                <w:w w:val="130"/>
                                <w:sz w:val="47"/>
                              </w:rPr>
                              <w:t>S</w:t>
                            </w:r>
                          </w:p>
                        </w:txbxContent>
                      </v:textbox>
                    </v:rect>
                    <v:rect id="Rectangle 86" o:spid="_x0000_s1100" style="position:absolute;left:14201;top:86241;width:706;height:28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" filled="f" stroked="f">
                      <v:textbox inset="0,0,0,0">
                        <w:txbxContent>
                          <w:p w14:paraId="66CA1F88" w14:textId="77777777" w:rsidR="00BE0642" w:rsidRDefault="00BE0642" w:rsidP="00BE0642">
                            <w:r>
                              <w:rPr>
                                <w:rFonts w:ascii="Calibri" w:eastAsia="Calibri" w:hAnsi="Calibri" w:cs="Calibri"/>
                                <w:color w:val="EFF2E6"/>
                                <w:sz w:val="34"/>
                              </w:rPr>
                              <w:t xml:space="preserve"> </w:t>
                            </w:r>
                          </w:p>
                        </w:txbxContent>
                      </v:textbox>
                    </v:rect>
                    <v:rect id="Rectangle 87" o:spid="_x0000_s1101" style="position:absolute;left:14958;top:88813;width:689;height:28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" filled="f" stroked="f">
                      <v:textbox inset="0,0,0,0">
                        <w:txbxContent>
                          <w:p w14:paraId="75155652" w14:textId="77777777" w:rsidR="00BE0642" w:rsidRDefault="00BE0642" w:rsidP="00BE0642">
                            <w:r>
                              <w:rPr>
                                <w:rFonts w:ascii="Calibri" w:eastAsia="Calibri" w:hAnsi="Calibri" w:cs="Calibri"/>
                                <w:color w:val="FFFFFF"/>
                                <w:sz w:val="34"/>
                              </w:rPr>
                              <w:t xml:space="preserve"> </w:t>
                            </w:r>
                          </w:p>
                        </w:txbxContent>
                      </v:textbox>
                    </v:rect>
                    <v:rect id="Rectangle 88" o:spid="_x0000_s1102" style="position:absolute;left:21538;top:88813;width:689;height:28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" filled="f" stroked="f">
                      <v:textbox inset="0,0,0,0">
                        <w:txbxContent>
                          <w:p w14:paraId="0B90F75F" w14:textId="77777777" w:rsidR="00BE0642" w:rsidRDefault="00BE0642" w:rsidP="00BE0642">
                            <w:r>
                              <w:rPr>
                                <w:rFonts w:ascii="Calibri" w:eastAsia="Calibri" w:hAnsi="Calibri" w:cs="Calibri"/>
                                <w:color w:val="FFFFFF"/>
                                <w:sz w:val="34"/>
                              </w:rPr>
                              <w:t xml:space="preserve"> </w:t>
                            </w:r>
                          </w:p>
                        </w:txbxContent>
                      </v:textbox>
                    </v:rect>
                    <v:rect id="Rectangle 89" o:spid="_x0000_s1103" style="position:absolute;left:16779;top:63666;width:0;height:96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" filled="f" stroked="f">
                      <v:textbox inset="0,0,0,0">
                        <w:txbxContent>
                          <w:p w14:paraId="5646AD3B" w14:textId="77777777" w:rsidR="00BE0642" w:rsidRDefault="00BE0642" w:rsidP="00BE0642">
                            <w:r>
                              <w:rPr>
                                <w:rFonts w:ascii="Arial" w:eastAsia="Arial" w:hAnsi="Arial" w:cs="Arial"/>
                                <w:color w:val="FFFFFF"/>
                                <w:sz w:val="123"/>
                              </w:rPr>
                              <w:t xml:space="preserve"> </w:t>
                            </w:r>
                          </w:p>
                        </w:txbxContent>
                      </v:textbox>
                    </v:rect>
                    <v:rect id="Rectangle 94" o:spid="_x0000_s1104" style="position:absolute;left:762;top:55925;width:54319;height:103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" filled="f" stroked="f">
                      <v:textbox inset="0,0,0,0">
                        <w:txbxContent>
                          <w:p w14:paraId="28615202" w14:textId="77777777" w:rsidR="00BE0642" w:rsidRDefault="00BE0642" w:rsidP="00BE0642">
                            <w:r>
                              <w:rPr>
                                <w:rFonts w:ascii="Calibri" w:eastAsia="Calibri" w:hAnsi="Calibri" w:cs="Calibri"/>
                                <w:b/>
                                <w:color w:val="FFFFFF"/>
                                <w:w w:val="110"/>
                                <w:sz w:val="123"/>
                              </w:rPr>
                              <w:t>INVITATION</w:t>
                            </w:r>
                          </w:p>
                        </w:txbxContent>
                      </v:textbox>
                    </v:rect>
                    <v:rect id="Rectangle 95" o:spid="_x0000_s1105" style="position:absolute;left:762;top:63259;width:13788;height:103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" filled="f" stroked="f">
                      <v:textbox inset="0,0,0,0">
                        <w:txbxContent>
                          <w:p w14:paraId="1D054D6C" w14:textId="77777777" w:rsidR="00BE0642" w:rsidRDefault="00BE0642" w:rsidP="00BE0642">
                            <w:r>
                              <w:rPr>
                                <w:rFonts w:ascii="Calibri" w:eastAsia="Calibri" w:hAnsi="Calibri" w:cs="Calibri"/>
                                <w:b/>
                                <w:color w:val="FFFFFF"/>
                                <w:spacing w:val="-75"/>
                                <w:w w:val="116"/>
                                <w:sz w:val="123"/>
                              </w:rPr>
                              <w:t>TO</w:t>
                            </w:r>
                          </w:p>
                        </w:txbxContent>
                      </v:textbox>
                    </v:rect>
                    <v:rect id="Rectangle 96" o:spid="_x0000_s1106" style="position:absolute;left:11940;top:63666;width:0;height:96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" filled="f" stroked="f">
                      <v:textbox inset="0,0,0,0">
                        <w:txbxContent>
                          <w:p w14:paraId="652BDBAA" w14:textId="77777777" w:rsidR="00BE0642" w:rsidRDefault="00BE0642" w:rsidP="00BE0642">
                            <w:r>
                              <w:rPr>
                                <w:rFonts w:ascii="Arial" w:eastAsia="Arial" w:hAnsi="Arial" w:cs="Arial"/>
                                <w:color w:val="FFFFFF"/>
                                <w:sz w:val="123"/>
                              </w:rPr>
                              <w:t xml:space="preserve"> </w:t>
                            </w:r>
                          </w:p>
                        </w:txbxContent>
                      </v:textbox>
                    </v:rect>
                    <v:rect id="Rectangle 97" o:spid="_x0000_s1107" style="position:absolute;left:11940;top:63259;width:39223;height:103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" filled="f" stroked="f">
                      <v:textbox inset="0,0,0,0">
                        <w:txbxContent>
                          <w:p w14:paraId="61CFA797" w14:textId="77777777" w:rsidR="00BE0642" w:rsidRDefault="00BE0642" w:rsidP="00BE0642">
                            <w:r>
                              <w:rPr>
                                <w:rFonts w:ascii="Calibri" w:eastAsia="Calibri" w:hAnsi="Calibri" w:cs="Calibri"/>
                                <w:b/>
                                <w:color w:val="FFFFFF"/>
                                <w:spacing w:val="-56"/>
                                <w:w w:val="116"/>
                                <w:sz w:val="123"/>
                              </w:rPr>
                              <w:t>TENDER</w:t>
                            </w:r>
                          </w:p>
                        </w:txbxContent>
                      </v:textbox>
                    </v:rect>
                    <v:rect id="Rectangle 98" o:spid="_x0000_s1108" style="position:absolute;left:763;top:77527;width:68286;height:41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" filled="f" stroked="f">
                      <v:textbox inset="0,0,0,0">
                        <w:txbxContent>
                          <w:p w14:paraId="72BA7E73" w14:textId="77777777" w:rsidR="00BE0642" w:rsidRDefault="00BE0642" w:rsidP="00BE0642">
                            <w:r>
                              <w:rPr>
                                <w:rFonts w:ascii="Arial" w:eastAsia="Arial" w:hAnsi="Arial" w:cs="Arial"/>
                                <w:b/>
                                <w:color w:val="FFFFFF"/>
                                <w:sz w:val="44"/>
                              </w:rPr>
                              <w:t>Deadline for submission: 13 April 2026</w:t>
                            </w:r>
                          </w:p>
                        </w:txbxContent>
                      </v:textbox>
                    </v:rect>
                    <v:rect id="Rectangle 99" o:spid="_x0000_s1109" style="position:absolute;left:763;top:84399;width:65063;height:37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" filled="f" stroked="f">
                      <v:textbox inset="0,0,0,0">
                        <w:txbxContent>
                          <w:p w14:paraId="33D674CC" w14:textId="77777777" w:rsidR="00BE0642" w:rsidRDefault="00BE0642" w:rsidP="00BE0642">
                            <w:r>
                              <w:rPr>
                                <w:rFonts w:ascii="Arial" w:eastAsia="Arial" w:hAnsi="Arial" w:cs="Arial"/>
                                <w:b/>
                                <w:color w:val="FFFFFF"/>
                                <w:sz w:val="40"/>
                              </w:rPr>
                              <w:t xml:space="preserve">All bids and queries to be addressed to: </w:t>
                            </w:r>
                          </w:p>
                        </w:txbxContent>
                      </v:textbox>
                    </v:rect>
                    <v:rect id="Rectangle 100" o:spid="_x0000_s1110" style="position:absolute;left:763;top:87551;width:78488;height:37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" filled="f" stroked="f">
                      <v:textbox inset="0,0,0,0">
                        <w:txbxContent>
                          <w:p w14:paraId="7F8AA730" w14:textId="77777777" w:rsidR="00BE0642" w:rsidRDefault="00BE0642" w:rsidP="00BE0642">
                            <w:r>
                              <w:rPr>
                                <w:rFonts w:ascii="Arial" w:eastAsia="Arial" w:hAnsi="Arial" w:cs="Arial"/>
                                <w:b/>
                                <w:color w:val="FFFFFF"/>
                                <w:sz w:val="40"/>
                              </w:rPr>
                              <w:t xml:space="preserve">procurement@humanappealusa.org quoting ref: </w:t>
                            </w:r>
                          </w:p>
                        </w:txbxContent>
                      </v:textbox>
                    </v:rect>
                    <v:rect id="Rectangle 101" o:spid="_x0000_s1111" style="position:absolute;left:763;top:90385;width:32640;height:37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" filled="f" stroked="f">
                      <v:textbox inset="0,0,0,0">
                        <w:txbxContent>
                          <w:p w14:paraId="0848AF97" w14:textId="77777777" w:rsidR="00BE0642" w:rsidRDefault="00BE0642" w:rsidP="00BE0642">
                            <w:r>
                              <w:rPr>
                                <w:rFonts w:ascii="Arial" w:eastAsia="Arial" w:hAnsi="Arial" w:cs="Arial"/>
                                <w:b/>
                                <w:color w:val="FFFFFF"/>
                                <w:sz w:val="40"/>
                              </w:rPr>
                              <w:t>HAUSA/AUDIT/26/01</w:t>
                            </w:r>
                          </w:p>
                        </w:txbxContent>
                      </v:textbox>
                    </v:rect>
                    <v:rect id="Rectangle 102" o:spid="_x0000_s1112" style="position:absolute;left:763;top:96348;width:7591;height:28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" filled="f" stroked="f">
                      <v:textbox inset="0,0,0,0">
                        <w:txbxContent>
                          <w:p w14:paraId="726EC53E" w14:textId="77777777" w:rsidR="00BE0642" w:rsidRDefault="00BE0642" w:rsidP="00BE0642">
                            <w:r>
                              <w:rPr>
                                <w:rFonts w:ascii="Calibri" w:eastAsia="Calibri" w:hAnsi="Calibri" w:cs="Calibri"/>
                                <w:color w:val="EFF2E6"/>
                                <w:spacing w:val="-9"/>
                                <w:w w:val="103"/>
                                <w:sz w:val="34"/>
                              </w:rPr>
                              <w:t>Issued</w:t>
                            </w:r>
                          </w:p>
                        </w:txbxContent>
                      </v:textbox>
                    </v:rect>
                    <v:rect id="Rectangle 103" o:spid="_x0000_s1113" style="position:absolute;left:6889;top:96417;width:0;height:26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" filled="f" stroked="f">
                      <v:textbox inset="0,0,0,0">
                        <w:txbxContent>
                          <w:p w14:paraId="5D5C583E" w14:textId="77777777" w:rsidR="00BE0642" w:rsidRDefault="00BE0642" w:rsidP="00BE0642">
                            <w:r>
                              <w:rPr>
                                <w:rFonts w:ascii="Arial" w:eastAsia="Arial" w:hAnsi="Arial" w:cs="Arial"/>
                                <w:color w:val="EFF2E6"/>
                                <w:sz w:val="34"/>
                              </w:rPr>
                              <w:t xml:space="preserve"> </w:t>
                            </w:r>
                          </w:p>
                        </w:txbxContent>
                      </v:textbox>
                    </v:rect>
                    <v:rect id="Rectangle 104" o:spid="_x0000_s1114" style="position:absolute;left:6889;top:96348;width:4073;height:28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" filled="f" stroked="f">
                      <v:textbox inset="0,0,0,0">
                        <w:txbxContent>
                          <w:p w14:paraId="615266C9" w14:textId="77777777" w:rsidR="00BE0642" w:rsidRDefault="00BE0642" w:rsidP="00BE0642">
                            <w:r>
                              <w:rPr>
                                <w:rFonts w:ascii="Calibri" w:eastAsia="Calibri" w:hAnsi="Calibri" w:cs="Calibri"/>
                                <w:color w:val="EFF2E6"/>
                                <w:spacing w:val="-9"/>
                                <w:w w:val="95"/>
                                <w:sz w:val="34"/>
                              </w:rPr>
                              <w:t>by:</w:t>
                            </w:r>
                            <w:r>
                              <w:rPr>
                                <w:rFonts w:ascii="Calibri" w:eastAsia="Calibri" w:hAnsi="Calibri" w:cs="Calibri"/>
                                <w:color w:val="EFF2E6"/>
                                <w:spacing w:val="7"/>
                                <w:w w:val="95"/>
                                <w:sz w:val="34"/>
                              </w:rPr>
                              <w:t xml:space="preserve"> </w:t>
                            </w:r>
                          </w:p>
                        </w:txbxContent>
                      </v:textbox>
                    </v:rect>
                    <v:rect id="Rectangle 105" o:spid="_x0000_s1115" style="position:absolute;left:9951;top:96348;width:8600;height:28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" filled="f" stroked="f">
                      <v:textbox inset="0,0,0,0">
                        <w:txbxContent>
                          <w:p w14:paraId="38991E0B" w14:textId="77777777" w:rsidR="00BE0642" w:rsidRDefault="00BE0642" w:rsidP="00BE0642">
                            <w:r>
                              <w:rPr>
                                <w:rFonts w:ascii="Calibri" w:eastAsia="Calibri" w:hAnsi="Calibri" w:cs="Calibri"/>
                                <w:color w:val="FFFFFF"/>
                                <w:spacing w:val="-9"/>
                                <w:w w:val="102"/>
                                <w:sz w:val="34"/>
                              </w:rPr>
                              <w:t>Human</w:t>
                            </w:r>
                          </w:p>
                        </w:txbxContent>
                      </v:textbox>
                    </v:rect>
                    <v:rect id="Rectangle 106" o:spid="_x0000_s1116" style="position:absolute;left:16822;top:96417;width:0;height:26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" filled="f" stroked="f">
                      <v:textbox inset="0,0,0,0">
                        <w:txbxContent>
                          <w:p w14:paraId="74BAA820" w14:textId="77777777" w:rsidR="00BE0642" w:rsidRDefault="00BE0642" w:rsidP="00BE0642">
                            <w:r>
                              <w:rPr>
                                <w:rFonts w:ascii="Arial" w:eastAsia="Arial" w:hAnsi="Arial" w:cs="Arial"/>
                                <w:color w:val="FFFFFF"/>
                                <w:sz w:val="34"/>
                              </w:rPr>
                              <w:t xml:space="preserve"> </w:t>
                            </w:r>
                          </w:p>
                        </w:txbxContent>
                      </v:textbox>
                    </v:rect>
                    <v:rect id="Rectangle 107" o:spid="_x0000_s1117" style="position:absolute;left:16822;top:96348;width:8212;height:28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" filled="f" stroked="f">
                      <v:textbox inset="0,0,0,0">
                        <w:txbxContent>
                          <w:p w14:paraId="601C2C0A" w14:textId="77777777" w:rsidR="00BE0642" w:rsidRDefault="00BE0642" w:rsidP="00BE0642">
                            <w:r>
                              <w:rPr>
                                <w:rFonts w:ascii="Calibri" w:eastAsia="Calibri" w:hAnsi="Calibri" w:cs="Calibri"/>
                                <w:color w:val="FFFFFF"/>
                                <w:spacing w:val="-9"/>
                                <w:w w:val="102"/>
                                <w:sz w:val="34"/>
                              </w:rPr>
                              <w:t>Appeal</w:t>
                            </w:r>
                          </w:p>
                        </w:txbxContent>
                      </v:textbox>
                    </v:rect>
                    <v:rect id="Rectangle 108" o:spid="_x0000_s1118" style="position:absolute;left:23402;top:96417;width:0;height:26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" filled="f" stroked="f">
                      <v:textbox inset="0,0,0,0">
                        <w:txbxContent>
                          <w:p w14:paraId="2C64383C" w14:textId="77777777" w:rsidR="00BE0642" w:rsidRDefault="00BE0642" w:rsidP="00BE0642">
                            <w:r>
                              <w:rPr>
                                <w:rFonts w:ascii="Arial" w:eastAsia="Arial" w:hAnsi="Arial" w:cs="Arial"/>
                                <w:color w:val="FFFFFF"/>
                                <w:sz w:val="34"/>
                              </w:rPr>
                              <w:t xml:space="preserve"> </w:t>
                            </w:r>
                          </w:p>
                        </w:txbxContent>
                      </v:textbox>
                    </v:rect>
                    <v:rect id="Rectangle 109" o:spid="_x0000_s1119" style="position:absolute;left:23402;top:96348;width:5812;height:28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" filled="f" stroked="f">
                      <v:textbox inset="0,0,0,0">
                        <w:txbxContent>
                          <w:p w14:paraId="4F00BDA8" w14:textId="77777777" w:rsidR="00BE0642" w:rsidRDefault="00BE0642" w:rsidP="00BE0642">
                            <w:r>
                              <w:rPr>
                                <w:rFonts w:ascii="Calibri" w:eastAsia="Calibri" w:hAnsi="Calibri" w:cs="Calibri"/>
                                <w:color w:val="FFFFFF"/>
                                <w:spacing w:val="-9"/>
                                <w:w w:val="108"/>
                                <w:sz w:val="34"/>
                              </w:rPr>
                              <w:t>USA</w:t>
                            </w:r>
                            <w:r>
                              <w:rPr>
                                <w:rFonts w:ascii="Calibri" w:eastAsia="Calibri" w:hAnsi="Calibri" w:cs="Calibri"/>
                                <w:color w:val="FFFFFF"/>
                                <w:spacing w:val="5"/>
                                <w:w w:val="108"/>
                                <w:sz w:val="34"/>
                              </w:rPr>
                              <w:t xml:space="preserve"> </w:t>
                            </w:r>
                          </w:p>
                        </w:txbxContent>
                      </v:textbox>
                    </v:rect>
                    <v:rect id="Rectangle 110" o:spid="_x0000_s1120" style="position:absolute;left:27772;top:96013;width:1541;height:32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" filled="f" stroked="f">
                      <v:textbox inset="0,0,0,0">
                        <w:txbxContent>
                          <w:p w14:paraId="31A3FF55" w14:textId="77777777" w:rsidR="00BE0642" w:rsidRDefault="00BE0642" w:rsidP="00BE0642">
                            <w:r>
                              <w:rPr>
                                <w:rFonts w:ascii="Arial" w:eastAsia="Arial" w:hAnsi="Arial" w:cs="Arial"/>
                                <w:color w:val="FFFFFF"/>
                                <w:sz w:val="34"/>
                              </w:rPr>
                              <w:t xml:space="preserve">| </w:t>
                            </w:r>
                          </w:p>
                        </w:txbxContent>
                      </v:textbox>
                    </v:rect>
                    <v:rect id="Rectangle 111" o:spid="_x0000_s1121" style="position:absolute;left:28929;top:96348;width:24944;height:28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" filled="f" stroked="f">
                      <v:textbox inset="0,0,0,0">
                        <w:txbxContent>
                          <w:p w14:paraId="0DA9FA6D" w14:textId="77777777" w:rsidR="00BE0642" w:rsidRDefault="00BE0642" w:rsidP="00BE0642">
                            <w:r>
                              <w:rPr>
                                <w:rFonts w:ascii="Calibri" w:eastAsia="Calibri" w:hAnsi="Calibri" w:cs="Calibri"/>
                                <w:color w:val="EFF2E6"/>
                                <w:spacing w:val="-9"/>
                                <w:w w:val="102"/>
                                <w:sz w:val="34"/>
                              </w:rPr>
                              <w:t>humanappealusa.org</w:t>
                            </w:r>
                          </w:p>
                        </w:txbxContent>
                      </v:textbox>
                    </v:rect>
                    <v:shape id="Picture 591" o:spid="_x0000_s1122" type="#_x0000_t75" style="position:absolute;left:121;width:77603;height:332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">
                      <v:imagedata r:id="rId19" o:title=""/>
                    </v:shape>
                    <w10:wrap type="topAndBottom" anchorx="page" anchory="page"/>
                  </v:group>
                </w:pict>
              </mc:Fallback>
            </mc:AlternateContent>
          </w:r>
          <w:r>
            <w:rPr>
              <w:rFonts w:ascii="Arial" w:eastAsia="Arial" w:hAnsi="Arial" w:cs="Arial"/>
              <w:color w:val="EFF2E6"/>
              <w:sz w:val="34"/>
            </w:rPr>
            <w:t xml:space="preserve"> </w:t>
          </w:r>
        </w:p>
      </w:sdtContent>
    </w:sdt>
    <w:p w14:paraId="2729FFA6" w14:textId="1B0A2636" w:rsidR="00B47A18" w:rsidRDefault="00B47A18">
      <w:pPr>
        <w:rPr>
          <w:rFonts w:ascii="Cairo" w:hAnsi="Cairo" w:cs="Cairo"/>
          <w:b/>
          <w:bCs/>
          <w:color w:val="7030A0"/>
          <w:sz w:val="28"/>
          <w:szCs w:val="28"/>
        </w:rPr>
      </w:pPr>
    </w:p>
    <w:sdt>
      <w:sdtPr>
        <w:rPr>
          <w:rFonts w:asciiTheme="minorHAnsi" w:eastAsiaTheme="minorEastAsia" w:hAnsiTheme="minorHAnsi" w:cstheme="minorBidi"/>
          <w:b w:val="0"/>
          <w:bCs w:val="0"/>
          <w:color w:val="auto"/>
          <w:sz w:val="22"/>
          <w:szCs w:val="22"/>
          <w:lang w:val="en-GB"/>
        </w:rPr>
        <w:id w:val="-283898"/>
        <w:docPartObj>
          <w:docPartGallery w:val="Table of Contents"/>
          <w:docPartUnique/>
        </w:docPartObj>
      </w:sdtPr>
      <w:sdtEndPr>
        <w:rPr>
          <w:lang w:val="en-US"/>
        </w:rPr>
      </w:sdtEndPr>
      <w:sdtContent>
        <w:p w14:paraId="11415774" w14:textId="38C1DB13" w:rsidR="00B47A18" w:rsidRDefault="00B47A18">
          <w:pPr>
            <w:pStyle w:val="TOCHeading"/>
          </w:pPr>
          <w:r>
            <w:rPr>
              <w:lang w:val="en-GB"/>
            </w:rPr>
            <w:t>Table of Contents</w:t>
          </w:r>
        </w:p>
        <w:p w14:paraId="71ECE26E" w14:textId="29B99E27" w:rsidR="00B47A18" w:rsidRDefault="00B47A18">
          <w:pPr>
            <w:pStyle w:val="TOC1"/>
            <w:tabs>
              <w:tab w:val="right" w:leader="dot" w:pos="8630"/>
            </w:tabs>
            <w:rPr>
              <w:noProof/>
              <w:kern w:val="2"/>
              <w:sz w:val="24"/>
              <w:szCs w:val="24"/>
              <w:lang w:val="en-GB" w:eastAsia="en-GB"/>
              <w14:ligatures w14:val="standardContextual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225265344" w:history="1">
            <w:r w:rsidRPr="00247BA0">
              <w:rPr>
                <w:rStyle w:val="Hyperlink"/>
                <w:rFonts w:ascii="Cairo" w:hAnsi="Cairo" w:cs="Cairo"/>
                <w:noProof/>
              </w:rPr>
              <w:t>1. Invitation to Tender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_Toc225265344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7B785FB" w14:textId="6398D991" w:rsidR="00B47A18" w:rsidRDefault="00B47A18">
          <w:pPr>
            <w:pStyle w:val="TOC1"/>
            <w:tabs>
              <w:tab w:val="right" w:leader="dot" w:pos="8630"/>
            </w:tabs>
            <w:rPr>
              <w:noProof/>
              <w:kern w:val="2"/>
              <w:sz w:val="24"/>
              <w:szCs w:val="24"/>
              <w:lang w:val="en-GB" w:eastAsia="en-GB"/>
              <w14:ligatures w14:val="standardContextual"/>
            </w:rPr>
          </w:pPr>
          <w:hyperlink w:anchor="_Toc225265345" w:history="1">
            <w:r w:rsidRPr="00247BA0">
              <w:rPr>
                <w:rStyle w:val="Hyperlink"/>
                <w:rFonts w:ascii="Cairo" w:hAnsi="Cairo" w:cs="Cairo"/>
                <w:noProof/>
              </w:rPr>
              <w:t>2. About Human Appeal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_Toc225265345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69BB6F0" w14:textId="0B0ADCB0" w:rsidR="00B47A18" w:rsidRDefault="00B47A18">
          <w:pPr>
            <w:pStyle w:val="TOC1"/>
            <w:tabs>
              <w:tab w:val="right" w:leader="dot" w:pos="8630"/>
            </w:tabs>
            <w:rPr>
              <w:noProof/>
              <w:kern w:val="2"/>
              <w:sz w:val="24"/>
              <w:szCs w:val="24"/>
              <w:lang w:val="en-GB" w:eastAsia="en-GB"/>
              <w14:ligatures w14:val="standardContextual"/>
            </w:rPr>
          </w:pPr>
          <w:hyperlink w:anchor="_Toc225265346" w:history="1">
            <w:r w:rsidRPr="00247BA0">
              <w:rPr>
                <w:rStyle w:val="Hyperlink"/>
                <w:rFonts w:ascii="Cairo" w:hAnsi="Cairo" w:cs="Cairo"/>
                <w:noProof/>
              </w:rPr>
              <w:t>3. Purpose of the Audit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_Toc225265346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EC5FD56" w14:textId="1B40FE18" w:rsidR="00B47A18" w:rsidRDefault="00B47A18">
          <w:pPr>
            <w:pStyle w:val="TOC1"/>
            <w:tabs>
              <w:tab w:val="right" w:leader="dot" w:pos="8630"/>
            </w:tabs>
            <w:rPr>
              <w:noProof/>
              <w:kern w:val="2"/>
              <w:sz w:val="24"/>
              <w:szCs w:val="24"/>
              <w:lang w:val="en-GB" w:eastAsia="en-GB"/>
              <w14:ligatures w14:val="standardContextual"/>
            </w:rPr>
          </w:pPr>
          <w:hyperlink w:anchor="_Toc225265347" w:history="1">
            <w:r w:rsidRPr="00247BA0">
              <w:rPr>
                <w:rStyle w:val="Hyperlink"/>
                <w:rFonts w:ascii="Cairo" w:hAnsi="Cairo" w:cs="Cairo"/>
                <w:noProof/>
              </w:rPr>
              <w:t>4. Scope of Work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_Toc225265347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C94B883" w14:textId="3FAFD002" w:rsidR="00B47A18" w:rsidRDefault="00B47A18">
          <w:pPr>
            <w:pStyle w:val="TOC1"/>
            <w:tabs>
              <w:tab w:val="right" w:leader="dot" w:pos="8630"/>
            </w:tabs>
            <w:rPr>
              <w:noProof/>
              <w:kern w:val="2"/>
              <w:sz w:val="24"/>
              <w:szCs w:val="24"/>
              <w:lang w:val="en-GB" w:eastAsia="en-GB"/>
              <w14:ligatures w14:val="standardContextual"/>
            </w:rPr>
          </w:pPr>
          <w:hyperlink w:anchor="_Toc225265348" w:history="1">
            <w:r w:rsidRPr="00247BA0">
              <w:rPr>
                <w:rStyle w:val="Hyperlink"/>
                <w:rFonts w:ascii="Cairo" w:hAnsi="Cairo" w:cs="Cairo"/>
                <w:noProof/>
              </w:rPr>
              <w:t>5. Timescale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_Toc225265348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077657D" w14:textId="5F24F5FC" w:rsidR="00B47A18" w:rsidRDefault="00B47A18">
          <w:pPr>
            <w:pStyle w:val="TOC1"/>
            <w:tabs>
              <w:tab w:val="right" w:leader="dot" w:pos="8630"/>
            </w:tabs>
            <w:rPr>
              <w:noProof/>
              <w:kern w:val="2"/>
              <w:sz w:val="24"/>
              <w:szCs w:val="24"/>
              <w:lang w:val="en-GB" w:eastAsia="en-GB"/>
              <w14:ligatures w14:val="standardContextual"/>
            </w:rPr>
          </w:pPr>
          <w:hyperlink w:anchor="_Toc225265349" w:history="1">
            <w:r w:rsidRPr="00247BA0">
              <w:rPr>
                <w:rStyle w:val="Hyperlink"/>
                <w:rFonts w:ascii="Cairo" w:hAnsi="Cairo" w:cs="Cairo"/>
                <w:noProof/>
              </w:rPr>
              <w:t>6. Contract Duration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_Toc225265349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F7D3578" w14:textId="4B77E22F" w:rsidR="00B47A18" w:rsidRDefault="00B47A18">
          <w:pPr>
            <w:pStyle w:val="TOC1"/>
            <w:tabs>
              <w:tab w:val="right" w:leader="dot" w:pos="8630"/>
            </w:tabs>
            <w:rPr>
              <w:noProof/>
              <w:kern w:val="2"/>
              <w:sz w:val="24"/>
              <w:szCs w:val="24"/>
              <w:lang w:val="en-GB" w:eastAsia="en-GB"/>
              <w14:ligatures w14:val="standardContextual"/>
            </w:rPr>
          </w:pPr>
          <w:hyperlink w:anchor="_Toc225265350" w:history="1">
            <w:r w:rsidRPr="00247BA0">
              <w:rPr>
                <w:rStyle w:val="Hyperlink"/>
                <w:rFonts w:ascii="Cairo" w:hAnsi="Cairo" w:cs="Cairo"/>
                <w:noProof/>
              </w:rPr>
              <w:t>7. Eligibility Requirements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_Toc225265350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178F3E5" w14:textId="45A0EFAA" w:rsidR="00B47A18" w:rsidRDefault="00B47A18">
          <w:pPr>
            <w:pStyle w:val="TOC1"/>
            <w:tabs>
              <w:tab w:val="right" w:leader="dot" w:pos="8630"/>
            </w:tabs>
            <w:rPr>
              <w:noProof/>
              <w:kern w:val="2"/>
              <w:sz w:val="24"/>
              <w:szCs w:val="24"/>
              <w:lang w:val="en-GB" w:eastAsia="en-GB"/>
              <w14:ligatures w14:val="standardContextual"/>
            </w:rPr>
          </w:pPr>
          <w:hyperlink w:anchor="_Toc225265351" w:history="1">
            <w:r w:rsidRPr="00247BA0">
              <w:rPr>
                <w:rStyle w:val="Hyperlink"/>
                <w:rFonts w:ascii="Cairo" w:hAnsi="Cairo" w:cs="Cairo"/>
                <w:noProof/>
              </w:rPr>
              <w:t>8. Selection Criteria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_Toc225265351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8314D9E" w14:textId="73FA1B38" w:rsidR="00B47A18" w:rsidRDefault="00B47A18">
          <w:pPr>
            <w:pStyle w:val="TOC1"/>
            <w:tabs>
              <w:tab w:val="right" w:leader="dot" w:pos="8630"/>
            </w:tabs>
            <w:rPr>
              <w:noProof/>
              <w:kern w:val="2"/>
              <w:sz w:val="24"/>
              <w:szCs w:val="24"/>
              <w:lang w:val="en-GB" w:eastAsia="en-GB"/>
              <w14:ligatures w14:val="standardContextual"/>
            </w:rPr>
          </w:pPr>
          <w:hyperlink w:anchor="_Toc225265352" w:history="1">
            <w:r w:rsidRPr="00247BA0">
              <w:rPr>
                <w:rStyle w:val="Hyperlink"/>
                <w:rFonts w:ascii="Cairo" w:hAnsi="Cairo" w:cs="Cairo"/>
                <w:noProof/>
              </w:rPr>
              <w:t>Technical Evaluation Scoring Sheet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_Toc225265352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67B6D6E" w14:textId="76B1AEC3" w:rsidR="00B47A18" w:rsidRDefault="00B47A18">
          <w:pPr>
            <w:pStyle w:val="TOC1"/>
            <w:tabs>
              <w:tab w:val="right" w:leader="dot" w:pos="8630"/>
            </w:tabs>
            <w:rPr>
              <w:noProof/>
              <w:kern w:val="2"/>
              <w:sz w:val="24"/>
              <w:szCs w:val="24"/>
              <w:lang w:val="en-GB" w:eastAsia="en-GB"/>
              <w14:ligatures w14:val="standardContextual"/>
            </w:rPr>
          </w:pPr>
          <w:hyperlink w:anchor="_Toc225265353" w:history="1">
            <w:r w:rsidRPr="00247BA0">
              <w:rPr>
                <w:rStyle w:val="Hyperlink"/>
                <w:rFonts w:ascii="Cairo" w:hAnsi="Cairo" w:cs="Cairo"/>
                <w:noProof/>
              </w:rPr>
              <w:t>9. Proposal Submission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_Toc225265353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821F64B" w14:textId="6D433CA4" w:rsidR="00B47A18" w:rsidRDefault="00B47A18">
          <w:pPr>
            <w:pStyle w:val="TOC1"/>
            <w:tabs>
              <w:tab w:val="right" w:leader="dot" w:pos="8630"/>
            </w:tabs>
            <w:rPr>
              <w:noProof/>
              <w:kern w:val="2"/>
              <w:sz w:val="24"/>
              <w:szCs w:val="24"/>
              <w:lang w:val="en-GB" w:eastAsia="en-GB"/>
              <w14:ligatures w14:val="standardContextual"/>
            </w:rPr>
          </w:pPr>
          <w:hyperlink w:anchor="_Toc225265354" w:history="1">
            <w:r w:rsidRPr="00247BA0">
              <w:rPr>
                <w:rStyle w:val="Hyperlink"/>
                <w:rFonts w:ascii="Cairo" w:hAnsi="Cairo" w:cs="Cairo"/>
                <w:noProof/>
              </w:rPr>
              <w:t xml:space="preserve">10. </w:t>
            </w:r>
            <w:r w:rsidRPr="00247BA0">
              <w:rPr>
                <w:rStyle w:val="Hyperlink"/>
                <w:rFonts w:ascii="Cairo" w:hAnsi="Cairo" w:cs="Cairo"/>
                <w:noProof/>
                <w:lang w:val="en-GB"/>
              </w:rPr>
              <w:t>Ethical Standards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_Toc225265354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9F27337" w14:textId="3C4372C8" w:rsidR="00B47A18" w:rsidRDefault="00B47A18">
          <w:pPr>
            <w:pStyle w:val="TOC1"/>
            <w:tabs>
              <w:tab w:val="right" w:leader="dot" w:pos="8630"/>
            </w:tabs>
            <w:rPr>
              <w:noProof/>
              <w:kern w:val="2"/>
              <w:sz w:val="24"/>
              <w:szCs w:val="24"/>
              <w:lang w:val="en-GB" w:eastAsia="en-GB"/>
              <w14:ligatures w14:val="standardContextual"/>
            </w:rPr>
          </w:pPr>
          <w:hyperlink w:anchor="_Toc225265355" w:history="1">
            <w:r w:rsidRPr="00247BA0">
              <w:rPr>
                <w:rStyle w:val="Hyperlink"/>
                <w:rFonts w:ascii="Cairo" w:hAnsi="Cairo" w:cs="Cairo"/>
                <w:noProof/>
              </w:rPr>
              <w:t>11.Submission Instructions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_Toc225265355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53AC1E5" w14:textId="7D9155F9" w:rsidR="00B47A18" w:rsidRPr="00B47A18" w:rsidRDefault="00B47A18">
          <w:pPr>
            <w:pStyle w:val="TOC1"/>
            <w:tabs>
              <w:tab w:val="right" w:leader="dot" w:pos="8630"/>
            </w:tabs>
            <w:rPr>
              <w:noProof/>
              <w:kern w:val="2"/>
              <w:sz w:val="24"/>
              <w:szCs w:val="24"/>
              <w:lang w:val="en-GB" w:eastAsia="en-GB"/>
              <w14:ligatures w14:val="standardContextual"/>
            </w:rPr>
          </w:pPr>
          <w:hyperlink w:anchor="_Toc225265356" w:history="1">
            <w:r w:rsidRPr="00B47A18">
              <w:rPr>
                <w:rStyle w:val="Hyperlink"/>
                <w:noProof/>
                <w:lang w:val="en-GB"/>
              </w:rPr>
              <w:t>APPENDIX A - Bidder Information Form</w:t>
            </w:r>
            <w:r w:rsidRPr="00B47A18">
              <w:rPr>
                <w:noProof/>
                <w:webHidden/>
              </w:rPr>
              <w:tab/>
            </w:r>
            <w:r w:rsidRPr="00B47A18">
              <w:rPr>
                <w:noProof/>
                <w:webHidden/>
              </w:rPr>
              <w:fldChar w:fldCharType="begin"/>
            </w:r>
            <w:r w:rsidRPr="00B47A18">
              <w:rPr>
                <w:noProof/>
                <w:webHidden/>
              </w:rPr>
              <w:instrText xml:space="preserve"> PAGEREF _Toc225265356 \h </w:instrText>
            </w:r>
            <w:r w:rsidRPr="00B47A18">
              <w:rPr>
                <w:noProof/>
                <w:webHidden/>
              </w:rPr>
            </w:r>
            <w:r w:rsidRPr="00B47A18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 w:rsidRPr="00B47A18">
              <w:rPr>
                <w:noProof/>
                <w:webHidden/>
              </w:rPr>
              <w:fldChar w:fldCharType="end"/>
            </w:r>
          </w:hyperlink>
        </w:p>
        <w:p w14:paraId="4A2D61E1" w14:textId="3ECE8FD0" w:rsidR="00B47A18" w:rsidRPr="00B47A18" w:rsidRDefault="00B47A18">
          <w:pPr>
            <w:pStyle w:val="TOC1"/>
            <w:tabs>
              <w:tab w:val="right" w:leader="dot" w:pos="8630"/>
            </w:tabs>
            <w:rPr>
              <w:noProof/>
              <w:kern w:val="2"/>
              <w:sz w:val="24"/>
              <w:szCs w:val="24"/>
              <w:lang w:val="en-GB" w:eastAsia="en-GB"/>
              <w14:ligatures w14:val="standardContextual"/>
            </w:rPr>
          </w:pPr>
          <w:hyperlink w:anchor="_Toc225265357" w:history="1">
            <w:r w:rsidRPr="00B47A18">
              <w:rPr>
                <w:rStyle w:val="Hyperlink"/>
                <w:noProof/>
                <w:lang w:val="en-GB"/>
              </w:rPr>
              <w:t>APPENDIX B - Financial Proposal Template</w:t>
            </w:r>
            <w:r w:rsidRPr="00B47A18">
              <w:rPr>
                <w:noProof/>
                <w:webHidden/>
              </w:rPr>
              <w:tab/>
            </w:r>
            <w:r w:rsidRPr="00B47A18">
              <w:rPr>
                <w:noProof/>
                <w:webHidden/>
              </w:rPr>
              <w:fldChar w:fldCharType="begin"/>
            </w:r>
            <w:r w:rsidRPr="00B47A18">
              <w:rPr>
                <w:noProof/>
                <w:webHidden/>
              </w:rPr>
              <w:instrText xml:space="preserve"> PAGEREF _Toc225265357 \h </w:instrText>
            </w:r>
            <w:r w:rsidRPr="00B47A18">
              <w:rPr>
                <w:noProof/>
                <w:webHidden/>
              </w:rPr>
            </w:r>
            <w:r w:rsidRPr="00B47A18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15</w:t>
            </w:r>
            <w:r w:rsidRPr="00B47A18">
              <w:rPr>
                <w:noProof/>
                <w:webHidden/>
              </w:rPr>
              <w:fldChar w:fldCharType="end"/>
            </w:r>
          </w:hyperlink>
        </w:p>
        <w:p w14:paraId="3F92C2FC" w14:textId="03E6F59A" w:rsidR="00B47A18" w:rsidRPr="00B47A18" w:rsidRDefault="00B47A18">
          <w:pPr>
            <w:pStyle w:val="TOC1"/>
            <w:tabs>
              <w:tab w:val="right" w:leader="dot" w:pos="8630"/>
            </w:tabs>
            <w:rPr>
              <w:noProof/>
              <w:kern w:val="2"/>
              <w:sz w:val="24"/>
              <w:szCs w:val="24"/>
              <w:lang w:val="en-GB" w:eastAsia="en-GB"/>
              <w14:ligatures w14:val="standardContextual"/>
            </w:rPr>
          </w:pPr>
          <w:hyperlink w:anchor="_Toc225265393" w:history="1">
            <w:r w:rsidRPr="00B47A18">
              <w:rPr>
                <w:rStyle w:val="Hyperlink"/>
                <w:noProof/>
                <w:lang w:val="en-GB"/>
              </w:rPr>
              <w:t>APPENDIX C - Audit Independence Questionnaire (Conflict Of Interest)</w:t>
            </w:r>
            <w:r w:rsidRPr="00B47A18">
              <w:rPr>
                <w:noProof/>
                <w:webHidden/>
              </w:rPr>
              <w:tab/>
            </w:r>
            <w:r w:rsidRPr="00B47A18">
              <w:rPr>
                <w:noProof/>
                <w:webHidden/>
              </w:rPr>
              <w:fldChar w:fldCharType="begin"/>
            </w:r>
            <w:r w:rsidRPr="00B47A18">
              <w:rPr>
                <w:noProof/>
                <w:webHidden/>
              </w:rPr>
              <w:instrText xml:space="preserve"> PAGEREF _Toc225265393 \h </w:instrText>
            </w:r>
            <w:r w:rsidRPr="00B47A18">
              <w:rPr>
                <w:noProof/>
                <w:webHidden/>
              </w:rPr>
            </w:r>
            <w:r w:rsidRPr="00B47A18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19</w:t>
            </w:r>
            <w:r w:rsidRPr="00B47A18">
              <w:rPr>
                <w:noProof/>
                <w:webHidden/>
              </w:rPr>
              <w:fldChar w:fldCharType="end"/>
            </w:r>
          </w:hyperlink>
        </w:p>
        <w:p w14:paraId="7C4F2492" w14:textId="255F0317" w:rsidR="00B47A18" w:rsidRDefault="00B47A18">
          <w:pPr>
            <w:pStyle w:val="TOC1"/>
            <w:tabs>
              <w:tab w:val="right" w:leader="dot" w:pos="8630"/>
            </w:tabs>
            <w:rPr>
              <w:noProof/>
              <w:kern w:val="2"/>
              <w:sz w:val="24"/>
              <w:szCs w:val="24"/>
              <w:lang w:val="en-GB" w:eastAsia="en-GB"/>
              <w14:ligatures w14:val="standardContextual"/>
            </w:rPr>
          </w:pPr>
          <w:hyperlink w:anchor="_Toc225265394" w:history="1">
            <w:r w:rsidRPr="00B47A18">
              <w:rPr>
                <w:rStyle w:val="Hyperlink"/>
                <w:noProof/>
                <w:lang w:val="en-GB"/>
              </w:rPr>
              <w:t>APPENDIX D – CONTRACT TEMPLATE (EXAMPLE/DRAFT)</w:t>
            </w:r>
            <w:r w:rsidRPr="00B47A18">
              <w:rPr>
                <w:noProof/>
                <w:webHidden/>
              </w:rPr>
              <w:tab/>
            </w:r>
            <w:r w:rsidRPr="00B47A18">
              <w:rPr>
                <w:noProof/>
                <w:webHidden/>
              </w:rPr>
              <w:fldChar w:fldCharType="begin"/>
            </w:r>
            <w:r w:rsidRPr="00B47A18">
              <w:rPr>
                <w:noProof/>
                <w:webHidden/>
              </w:rPr>
              <w:instrText xml:space="preserve"> PAGEREF _Toc225265394 \h </w:instrText>
            </w:r>
            <w:r w:rsidRPr="00B47A18">
              <w:rPr>
                <w:noProof/>
                <w:webHidden/>
              </w:rPr>
            </w:r>
            <w:r w:rsidRPr="00B47A18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22</w:t>
            </w:r>
            <w:r w:rsidRPr="00B47A18">
              <w:rPr>
                <w:noProof/>
                <w:webHidden/>
              </w:rPr>
              <w:fldChar w:fldCharType="end"/>
            </w:r>
          </w:hyperlink>
        </w:p>
        <w:p w14:paraId="3BE09520" w14:textId="1A17D012" w:rsidR="00B47A18" w:rsidRDefault="00B47A18">
          <w:pPr>
            <w:pStyle w:val="TOC1"/>
            <w:tabs>
              <w:tab w:val="right" w:leader="dot" w:pos="8630"/>
            </w:tabs>
            <w:rPr>
              <w:noProof/>
              <w:kern w:val="2"/>
              <w:sz w:val="24"/>
              <w:szCs w:val="24"/>
              <w:lang w:val="en-GB" w:eastAsia="en-GB"/>
              <w14:ligatures w14:val="standardContextual"/>
            </w:rPr>
          </w:pPr>
        </w:p>
        <w:p w14:paraId="12C4AFF2" w14:textId="250E82EF" w:rsidR="00B47A18" w:rsidRDefault="00B47A18">
          <w:r>
            <w:rPr>
              <w:b/>
              <w:bCs/>
            </w:rPr>
            <w:fldChar w:fldCharType="end"/>
          </w:r>
        </w:p>
      </w:sdtContent>
    </w:sdt>
    <w:p w14:paraId="50066F12" w14:textId="21DFF0EA" w:rsidR="00B47A18" w:rsidRDefault="00B47A18">
      <w:pPr>
        <w:rPr>
          <w:rFonts w:ascii="Cairo" w:hAnsi="Cairo" w:cs="Cairo"/>
          <w:b/>
          <w:bCs/>
          <w:color w:val="7030A0"/>
          <w:sz w:val="28"/>
          <w:szCs w:val="28"/>
        </w:rPr>
      </w:pPr>
    </w:p>
    <w:p w14:paraId="03779421" w14:textId="77777777" w:rsidR="00B47A18" w:rsidRDefault="00B47A18">
      <w:pPr>
        <w:rPr>
          <w:rFonts w:ascii="Cairo" w:hAnsi="Cairo" w:cs="Cairo"/>
          <w:b/>
          <w:bCs/>
          <w:color w:val="7030A0"/>
          <w:sz w:val="28"/>
          <w:szCs w:val="28"/>
        </w:rPr>
      </w:pPr>
      <w:r>
        <w:rPr>
          <w:rFonts w:ascii="Cairo" w:hAnsi="Cairo" w:cs="Cairo"/>
          <w:b/>
          <w:bCs/>
          <w:color w:val="7030A0"/>
          <w:sz w:val="28"/>
          <w:szCs w:val="28"/>
        </w:rPr>
        <w:br w:type="page"/>
      </w:r>
    </w:p>
    <w:p w14:paraId="748095DB" w14:textId="3691690B" w:rsidR="00C67BC2" w:rsidRPr="007D4B81" w:rsidRDefault="009731FD" w:rsidP="001C4285">
      <w:pPr>
        <w:jc w:val="center"/>
        <w:rPr>
          <w:rFonts w:ascii="Cairo" w:hAnsi="Cairo" w:cs="Cairo"/>
          <w:b/>
          <w:bCs/>
          <w:color w:val="7030A0"/>
          <w:sz w:val="28"/>
          <w:szCs w:val="28"/>
        </w:rPr>
      </w:pPr>
      <w:r w:rsidRPr="007D4B81">
        <w:rPr>
          <w:rFonts w:ascii="Cairo" w:hAnsi="Cairo" w:cs="Cairo"/>
          <w:b/>
          <w:bCs/>
          <w:color w:val="7030A0"/>
          <w:sz w:val="28"/>
          <w:szCs w:val="28"/>
        </w:rPr>
        <w:lastRenderedPageBreak/>
        <w:t>External Audit Services</w:t>
      </w:r>
      <w:r w:rsidR="001C4285" w:rsidRPr="007D4B81">
        <w:rPr>
          <w:rFonts w:ascii="Cairo" w:hAnsi="Cairo" w:cs="Cairo"/>
          <w:b/>
          <w:bCs/>
          <w:color w:val="7030A0"/>
          <w:sz w:val="28"/>
          <w:szCs w:val="28"/>
        </w:rPr>
        <w:t xml:space="preserve"> - </w:t>
      </w:r>
      <w:r w:rsidRPr="007D4B81">
        <w:rPr>
          <w:rFonts w:ascii="Cairo" w:hAnsi="Cairo" w:cs="Cairo"/>
          <w:b/>
          <w:bCs/>
          <w:color w:val="7030A0"/>
          <w:sz w:val="28"/>
          <w:szCs w:val="28"/>
        </w:rPr>
        <w:t>Human Appeal USA</w:t>
      </w:r>
    </w:p>
    <w:p w14:paraId="0401DBFD" w14:textId="77777777" w:rsidR="00C67BC2" w:rsidRPr="007D4B81" w:rsidRDefault="009731FD" w:rsidP="000251C2">
      <w:pPr>
        <w:pStyle w:val="Heading1"/>
        <w:shd w:val="clear" w:color="auto" w:fill="7030A0"/>
        <w:rPr>
          <w:rFonts w:ascii="Cairo" w:hAnsi="Cairo" w:cs="Cairo"/>
          <w:color w:val="FFFFFF" w:themeColor="background1"/>
        </w:rPr>
      </w:pPr>
      <w:bookmarkStart w:id="0" w:name="_Toc225265344"/>
      <w:r w:rsidRPr="007D4B81">
        <w:rPr>
          <w:rFonts w:ascii="Cairo" w:hAnsi="Cairo" w:cs="Cairo"/>
          <w:color w:val="FFFFFF" w:themeColor="background1"/>
        </w:rPr>
        <w:t>1. Invitation to Tender</w:t>
      </w:r>
      <w:bookmarkEnd w:id="0"/>
    </w:p>
    <w:p w14:paraId="7008E1E8" w14:textId="49ADADB1" w:rsidR="00FA66ED" w:rsidRPr="007D4B81" w:rsidRDefault="009731FD">
      <w:pPr>
        <w:rPr>
          <w:rFonts w:ascii="Cairo" w:hAnsi="Cairo" w:cs="Cairo"/>
        </w:rPr>
      </w:pPr>
      <w:r w:rsidRPr="007D4B81">
        <w:rPr>
          <w:rFonts w:ascii="Cairo" w:hAnsi="Cairo" w:cs="Cairo"/>
        </w:rPr>
        <w:t>Human Appeal USA invites qualified and experienced external audit firms to submit proposals</w:t>
      </w:r>
      <w:r w:rsidR="00FA66ED" w:rsidRPr="007D4B81">
        <w:rPr>
          <w:rFonts w:ascii="Cairo" w:hAnsi="Cairo" w:cs="Cairo"/>
        </w:rPr>
        <w:t xml:space="preserve"> </w:t>
      </w:r>
      <w:r w:rsidRPr="007D4B81">
        <w:rPr>
          <w:rFonts w:ascii="Cairo" w:hAnsi="Cairo" w:cs="Cairo"/>
        </w:rPr>
        <w:t>for the provision of independent external audit services for the organization’s financial statements</w:t>
      </w:r>
      <w:r w:rsidR="00FA66ED" w:rsidRPr="007D4B81">
        <w:rPr>
          <w:rFonts w:ascii="Cairo" w:hAnsi="Cairo" w:cs="Cairo"/>
        </w:rPr>
        <w:t xml:space="preserve"> </w:t>
      </w:r>
      <w:r w:rsidRPr="007D4B81">
        <w:rPr>
          <w:rFonts w:ascii="Cairo" w:hAnsi="Cairo" w:cs="Cairo"/>
        </w:rPr>
        <w:t xml:space="preserve">and operations. </w:t>
      </w:r>
    </w:p>
    <w:p w14:paraId="56611BE7" w14:textId="5214D9BA" w:rsidR="00C67BC2" w:rsidRPr="007D4B81" w:rsidRDefault="009731FD">
      <w:pPr>
        <w:rPr>
          <w:rFonts w:ascii="Cairo" w:hAnsi="Cairo" w:cs="Cairo"/>
        </w:rPr>
      </w:pPr>
      <w:r w:rsidRPr="007D4B81">
        <w:rPr>
          <w:rFonts w:ascii="Cairo" w:hAnsi="Cairo" w:cs="Cairo"/>
        </w:rPr>
        <w:t>The selected firm will conduct an independent audit of Human Appeal USA’s financial</w:t>
      </w:r>
      <w:r w:rsidRPr="007D4B81">
        <w:rPr>
          <w:rFonts w:ascii="Cairo" w:hAnsi="Cairo" w:cs="Cairo"/>
        </w:rPr>
        <w:br/>
        <w:t>accounts, ensuring compliance with applicable accounting standards, regulatory frameworks, and donor</w:t>
      </w:r>
      <w:r w:rsidR="00FA66ED" w:rsidRPr="007D4B81">
        <w:rPr>
          <w:rFonts w:ascii="Cairo" w:hAnsi="Cairo" w:cs="Cairo"/>
        </w:rPr>
        <w:t xml:space="preserve"> </w:t>
      </w:r>
      <w:r w:rsidRPr="007D4B81">
        <w:rPr>
          <w:rFonts w:ascii="Cairo" w:hAnsi="Cairo" w:cs="Cairo"/>
        </w:rPr>
        <w:t>reporting requirements.</w:t>
      </w:r>
    </w:p>
    <w:p w14:paraId="66784016" w14:textId="390D8A8B" w:rsidR="00C67BC2" w:rsidRPr="007D4B81" w:rsidRDefault="009731FD" w:rsidP="000251C2">
      <w:pPr>
        <w:pStyle w:val="Heading1"/>
        <w:shd w:val="clear" w:color="auto" w:fill="7030A0"/>
        <w:rPr>
          <w:rFonts w:ascii="Cairo" w:hAnsi="Cairo" w:cs="Cairo"/>
          <w:color w:val="FFFFFF" w:themeColor="background1"/>
        </w:rPr>
      </w:pPr>
      <w:bookmarkStart w:id="1" w:name="_Toc225265345"/>
      <w:r w:rsidRPr="007D4B81">
        <w:rPr>
          <w:rFonts w:ascii="Cairo" w:hAnsi="Cairo" w:cs="Cairo"/>
          <w:color w:val="FFFFFF" w:themeColor="background1"/>
        </w:rPr>
        <w:t>2. About Human Appeal</w:t>
      </w:r>
      <w:bookmarkEnd w:id="1"/>
    </w:p>
    <w:p w14:paraId="2E3F7DA9" w14:textId="53B73402" w:rsidR="00C67BC2" w:rsidRPr="007D4B81" w:rsidRDefault="009731FD">
      <w:pPr>
        <w:rPr>
          <w:rFonts w:ascii="Cairo" w:hAnsi="Cairo" w:cs="Cairo"/>
        </w:rPr>
      </w:pPr>
      <w:r w:rsidRPr="007D4B81">
        <w:rPr>
          <w:rFonts w:ascii="Cairo" w:hAnsi="Cairo" w:cs="Cairo"/>
        </w:rPr>
        <w:t>Human Appeal USA is part of the Human Appeal global humanitarian and development network,</w:t>
      </w:r>
      <w:r w:rsidR="00FA66ED" w:rsidRPr="007D4B81">
        <w:rPr>
          <w:rFonts w:ascii="Cairo" w:hAnsi="Cairo" w:cs="Cairo"/>
        </w:rPr>
        <w:t xml:space="preserve"> </w:t>
      </w:r>
      <w:r w:rsidRPr="007D4B81">
        <w:rPr>
          <w:rFonts w:ascii="Cairo" w:hAnsi="Cairo" w:cs="Cairo"/>
        </w:rPr>
        <w:t>an international non-profit organization dedicated to transforming lives through humanitarian</w:t>
      </w:r>
      <w:r w:rsidR="00FA66ED" w:rsidRPr="007D4B81">
        <w:rPr>
          <w:rFonts w:ascii="Cairo" w:hAnsi="Cairo" w:cs="Cairo"/>
        </w:rPr>
        <w:t xml:space="preserve"> </w:t>
      </w:r>
      <w:r w:rsidRPr="007D4B81">
        <w:rPr>
          <w:rFonts w:ascii="Cairo" w:hAnsi="Cairo" w:cs="Cairo"/>
        </w:rPr>
        <w:t>relief, sustainable development, and advocacy.</w:t>
      </w:r>
    </w:p>
    <w:p w14:paraId="6AC2436D" w14:textId="181BECDA" w:rsidR="00DC41AD" w:rsidRPr="007D4B81" w:rsidRDefault="00DC41AD" w:rsidP="00DC41AD">
      <w:pPr>
        <w:rPr>
          <w:rFonts w:ascii="Cairo" w:hAnsi="Cairo" w:cs="Cairo"/>
        </w:rPr>
      </w:pPr>
      <w:r w:rsidRPr="007D4B81">
        <w:rPr>
          <w:rFonts w:ascii="Cairo" w:hAnsi="Cairo" w:cs="Cairo"/>
        </w:rPr>
        <w:t>Human Appeal works across the globe to strengthen humanity’s fight against poverty, social injustice and natural disaster. Through the provision of immediate relief and the establishment of self-sustaining development programs, we aim to invest in real, effective solutions.</w:t>
      </w:r>
    </w:p>
    <w:p w14:paraId="54C484ED" w14:textId="12D17114" w:rsidR="00C67BC2" w:rsidRPr="007D4B81" w:rsidRDefault="009731FD">
      <w:pPr>
        <w:rPr>
          <w:rFonts w:ascii="Cairo" w:hAnsi="Cairo" w:cs="Cairo"/>
        </w:rPr>
      </w:pPr>
      <w:r w:rsidRPr="007D4B81">
        <w:rPr>
          <w:rFonts w:ascii="Cairo" w:hAnsi="Cairo" w:cs="Cairo"/>
        </w:rPr>
        <w:t xml:space="preserve">Human Appeal </w:t>
      </w:r>
      <w:r w:rsidR="00DC41AD" w:rsidRPr="007D4B81">
        <w:rPr>
          <w:rFonts w:ascii="Cairo" w:hAnsi="Cairo" w:cs="Cairo"/>
        </w:rPr>
        <w:t xml:space="preserve">USA has been established in 2022 and implements projects worldwide via Human Appeal UK who </w:t>
      </w:r>
      <w:r w:rsidRPr="007D4B81">
        <w:rPr>
          <w:rFonts w:ascii="Cairo" w:hAnsi="Cairo" w:cs="Cairo"/>
        </w:rPr>
        <w:t>now operates in more than 30 countries.</w:t>
      </w:r>
      <w:r w:rsidRPr="007D4B81">
        <w:rPr>
          <w:rFonts w:ascii="Cairo" w:hAnsi="Cairo" w:cs="Cairo"/>
        </w:rPr>
        <w:br/>
        <w:t>Programs include emergency relief, food security, healthcare, water and sanitation (WASH),</w:t>
      </w:r>
      <w:r w:rsidRPr="007D4B81">
        <w:rPr>
          <w:rFonts w:ascii="Cairo" w:hAnsi="Cairo" w:cs="Cairo"/>
        </w:rPr>
        <w:br/>
        <w:t>education, and livelihood support.</w:t>
      </w:r>
    </w:p>
    <w:p w14:paraId="087B4D23" w14:textId="77777777" w:rsidR="00B86102" w:rsidRPr="007D4B81" w:rsidRDefault="00B86102">
      <w:pPr>
        <w:rPr>
          <w:rFonts w:ascii="Cairo" w:hAnsi="Cairo" w:cs="Cairo"/>
          <w:b/>
          <w:bCs/>
        </w:rPr>
      </w:pPr>
      <w:r w:rsidRPr="007D4B81">
        <w:rPr>
          <w:rFonts w:ascii="Cairo" w:hAnsi="Cairo" w:cs="Cairo"/>
          <w:b/>
          <w:bCs/>
        </w:rPr>
        <w:br w:type="page"/>
      </w:r>
    </w:p>
    <w:p w14:paraId="75237EF6" w14:textId="1C807E55" w:rsidR="00C62B44" w:rsidRPr="007D4B81" w:rsidRDefault="00C62B44">
      <w:pPr>
        <w:rPr>
          <w:rFonts w:ascii="Cairo" w:hAnsi="Cairo" w:cs="Cairo"/>
          <w:b/>
          <w:bCs/>
        </w:rPr>
      </w:pPr>
      <w:r w:rsidRPr="007D4B81">
        <w:rPr>
          <w:rFonts w:ascii="Cairo" w:hAnsi="Cairo" w:cs="Cairo"/>
          <w:b/>
          <w:bCs/>
        </w:rPr>
        <w:lastRenderedPageBreak/>
        <w:t>Our Mission, Vision &amp; Values</w:t>
      </w:r>
    </w:p>
    <w:p w14:paraId="69B8DD62" w14:textId="1FF786D2" w:rsidR="00C62B44" w:rsidRPr="007D4B81" w:rsidRDefault="00C62B44">
      <w:pPr>
        <w:rPr>
          <w:rFonts w:ascii="Cairo" w:hAnsi="Cairo" w:cs="Cairo"/>
        </w:rPr>
      </w:pPr>
      <w:r w:rsidRPr="007D4B81">
        <w:rPr>
          <w:rFonts w:ascii="Cairo" w:hAnsi="Cairo" w:cs="Cairo"/>
          <w:noProof/>
        </w:rPr>
        <w:drawing>
          <wp:inline distT="0" distB="0" distL="0" distR="0" wp14:anchorId="75FBFBA1" wp14:editId="2DCF4193">
            <wp:extent cx="5486400" cy="1946275"/>
            <wp:effectExtent l="0" t="0" r="0" b="0"/>
            <wp:docPr id="59460606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4606068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1946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13C179" w14:textId="0060838A" w:rsidR="00C62B44" w:rsidRPr="007D4B81" w:rsidRDefault="00C62B44" w:rsidP="000E3FE7">
      <w:pPr>
        <w:rPr>
          <w:rFonts w:ascii="Cairo" w:hAnsi="Cairo" w:cs="Cairo"/>
          <w:b/>
          <w:bCs/>
        </w:rPr>
      </w:pPr>
      <w:r w:rsidRPr="007D4B81">
        <w:rPr>
          <w:rFonts w:ascii="Cairo" w:hAnsi="Cairo" w:cs="Cairo"/>
          <w:noProof/>
        </w:rPr>
        <w:t xml:space="preserve">Please vist </w:t>
      </w:r>
      <w:hyperlink r:id="rId21" w:history="1">
        <w:r w:rsidRPr="007D4B81">
          <w:rPr>
            <w:rStyle w:val="Hyperlink"/>
            <w:rFonts w:ascii="Cairo" w:hAnsi="Cairo" w:cs="Cairo"/>
            <w:noProof/>
          </w:rPr>
          <w:t>https://humanappealusa.org/about-us</w:t>
        </w:r>
      </w:hyperlink>
      <w:r w:rsidRPr="007D4B81">
        <w:rPr>
          <w:rFonts w:ascii="Cairo" w:hAnsi="Cairo" w:cs="Cairo"/>
          <w:noProof/>
        </w:rPr>
        <w:t xml:space="preserve"> to find out more about Our Work.</w:t>
      </w:r>
    </w:p>
    <w:p w14:paraId="2C954202" w14:textId="77777777" w:rsidR="00C62B44" w:rsidRPr="007D4B81" w:rsidRDefault="00C62B44" w:rsidP="000E3FE7">
      <w:pPr>
        <w:rPr>
          <w:rFonts w:ascii="Cairo" w:hAnsi="Cairo" w:cs="Cairo"/>
          <w:b/>
          <w:bCs/>
        </w:rPr>
      </w:pPr>
    </w:p>
    <w:p w14:paraId="6D94A668" w14:textId="6FEBFAA2" w:rsidR="00DC41AD" w:rsidRPr="007D4B81" w:rsidRDefault="00DC41AD" w:rsidP="000E3FE7">
      <w:pPr>
        <w:rPr>
          <w:rFonts w:ascii="Cairo" w:hAnsi="Cairo" w:cs="Cairo"/>
          <w:b/>
          <w:bCs/>
        </w:rPr>
      </w:pPr>
      <w:r w:rsidRPr="007D4B81">
        <w:rPr>
          <w:rFonts w:ascii="Cairo" w:hAnsi="Cairo" w:cs="Cairo"/>
          <w:b/>
          <w:bCs/>
        </w:rPr>
        <w:t>Total Revenue and Expenses</w:t>
      </w:r>
    </w:p>
    <w:p w14:paraId="53E318B5" w14:textId="5729D4FE" w:rsidR="00DC41AD" w:rsidRPr="007D4B81" w:rsidRDefault="00DC41AD" w:rsidP="00DC41AD">
      <w:pPr>
        <w:rPr>
          <w:rFonts w:ascii="Cairo" w:hAnsi="Cairo" w:cs="Cairo"/>
        </w:rPr>
      </w:pPr>
      <w:r w:rsidRPr="007D4B81">
        <w:rPr>
          <w:rFonts w:ascii="Cairo" w:hAnsi="Cairo" w:cs="Cairo"/>
        </w:rPr>
        <w:t xml:space="preserve">   </w:t>
      </w:r>
      <w:r w:rsidR="000E3FE7" w:rsidRPr="007D4B81">
        <w:rPr>
          <w:rFonts w:ascii="Cairo" w:hAnsi="Cairo" w:cs="Cairo"/>
          <w:noProof/>
        </w:rPr>
        <w:drawing>
          <wp:inline distT="0" distB="0" distL="0" distR="0" wp14:anchorId="7ADCED6F" wp14:editId="088DC160">
            <wp:extent cx="5326380" cy="1828800"/>
            <wp:effectExtent l="0" t="0" r="7620" b="0"/>
            <wp:docPr id="115312608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638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4A530B" w14:textId="5EF59C70" w:rsidR="00DC41AD" w:rsidRPr="007D4B81" w:rsidRDefault="008B1803">
      <w:pPr>
        <w:rPr>
          <w:rFonts w:ascii="Cairo" w:hAnsi="Cairo" w:cs="Cairo"/>
        </w:rPr>
      </w:pPr>
      <w:r w:rsidRPr="007D4B81">
        <w:rPr>
          <w:rFonts w:ascii="Cairo" w:hAnsi="Cairo" w:cs="Cairo"/>
        </w:rPr>
        <w:t xml:space="preserve">Here is a link to our annual reports: </w:t>
      </w:r>
      <w:hyperlink r:id="rId23" w:history="1">
        <w:r w:rsidRPr="007D4B81">
          <w:rPr>
            <w:rStyle w:val="Hyperlink"/>
            <w:rFonts w:ascii="Cairo" w:hAnsi="Cairo" w:cs="Cairo"/>
          </w:rPr>
          <w:t>https://humanappealusa.org/about-us/annual-reports</w:t>
        </w:r>
      </w:hyperlink>
      <w:r w:rsidRPr="007D4B81">
        <w:rPr>
          <w:rFonts w:ascii="Cairo" w:hAnsi="Cairo" w:cs="Cairo"/>
        </w:rPr>
        <w:t xml:space="preserve"> </w:t>
      </w:r>
    </w:p>
    <w:p w14:paraId="4853413D" w14:textId="044D20CC" w:rsidR="00C67BC2" w:rsidRPr="007D4B81" w:rsidRDefault="009731FD" w:rsidP="000251C2">
      <w:pPr>
        <w:pStyle w:val="Heading1"/>
        <w:shd w:val="clear" w:color="auto" w:fill="7030A0"/>
        <w:rPr>
          <w:rFonts w:ascii="Cairo" w:hAnsi="Cairo" w:cs="Cairo"/>
          <w:color w:val="FFFFFF" w:themeColor="background1"/>
        </w:rPr>
      </w:pPr>
      <w:bookmarkStart w:id="2" w:name="_Toc225265346"/>
      <w:r w:rsidRPr="007D4B81">
        <w:rPr>
          <w:rFonts w:ascii="Cairo" w:hAnsi="Cairo" w:cs="Cairo"/>
          <w:color w:val="FFFFFF" w:themeColor="background1"/>
        </w:rPr>
        <w:t>3. Purpose of the Audit</w:t>
      </w:r>
      <w:bookmarkEnd w:id="2"/>
    </w:p>
    <w:p w14:paraId="3CFAABEF" w14:textId="77777777" w:rsidR="00C67BC2" w:rsidRPr="007D4B81" w:rsidRDefault="009731FD">
      <w:pPr>
        <w:rPr>
          <w:rFonts w:ascii="Cairo" w:hAnsi="Cairo" w:cs="Cairo"/>
        </w:rPr>
      </w:pPr>
      <w:r w:rsidRPr="007D4B81">
        <w:rPr>
          <w:rFonts w:ascii="Cairo" w:hAnsi="Cairo" w:cs="Cairo"/>
        </w:rPr>
        <w:t>The audit will:</w:t>
      </w:r>
      <w:r w:rsidRPr="007D4B81">
        <w:rPr>
          <w:rFonts w:ascii="Cairo" w:hAnsi="Cairo" w:cs="Cairo"/>
        </w:rPr>
        <w:br/>
      </w:r>
      <w:r w:rsidRPr="007D4B81">
        <w:rPr>
          <w:rFonts w:ascii="Cairo" w:hAnsi="Cairo" w:cs="Cairo"/>
          <w:lang w:val="en-GB"/>
        </w:rPr>
        <w:t>• Provide independent assurance on the accuracy of financial statements.</w:t>
      </w:r>
      <w:r w:rsidRPr="007D4B81">
        <w:rPr>
          <w:rFonts w:ascii="Cairo" w:hAnsi="Cairo" w:cs="Cairo"/>
          <w:lang w:val="en-GB"/>
        </w:rPr>
        <w:br/>
        <w:t>• Ensure compliance with GAAP and nonprofit regulations in the United States.</w:t>
      </w:r>
      <w:r w:rsidRPr="007D4B81">
        <w:rPr>
          <w:rFonts w:ascii="Cairo" w:hAnsi="Cairo" w:cs="Cairo"/>
          <w:lang w:val="en-GB"/>
        </w:rPr>
        <w:br/>
        <w:t>• Verify donor and grant compliance.</w:t>
      </w:r>
      <w:r w:rsidRPr="007D4B81">
        <w:rPr>
          <w:rFonts w:ascii="Cairo" w:hAnsi="Cairo" w:cs="Cairo"/>
          <w:lang w:val="en-GB"/>
        </w:rPr>
        <w:br/>
        <w:t>• Strengthen internal financial controls and accountability mechanisms</w:t>
      </w:r>
      <w:r w:rsidRPr="007D4B81">
        <w:rPr>
          <w:rFonts w:ascii="Cairo" w:hAnsi="Cairo" w:cs="Cairo"/>
        </w:rPr>
        <w:t>.</w:t>
      </w:r>
    </w:p>
    <w:p w14:paraId="77A2C371" w14:textId="77777777" w:rsidR="00C67BC2" w:rsidRPr="007D4B81" w:rsidRDefault="009731FD" w:rsidP="000251C2">
      <w:pPr>
        <w:pStyle w:val="Heading1"/>
        <w:shd w:val="clear" w:color="auto" w:fill="7030A0"/>
        <w:rPr>
          <w:rFonts w:ascii="Cairo" w:hAnsi="Cairo" w:cs="Cairo"/>
          <w:color w:val="FFFFFF" w:themeColor="background1"/>
        </w:rPr>
      </w:pPr>
      <w:bookmarkStart w:id="3" w:name="_Toc225265347"/>
      <w:r w:rsidRPr="007D4B81">
        <w:rPr>
          <w:rFonts w:ascii="Cairo" w:hAnsi="Cairo" w:cs="Cairo"/>
          <w:color w:val="FFFFFF" w:themeColor="background1"/>
        </w:rPr>
        <w:lastRenderedPageBreak/>
        <w:t>4. Scope of Work</w:t>
      </w:r>
      <w:bookmarkEnd w:id="3"/>
    </w:p>
    <w:p w14:paraId="2C9AA106" w14:textId="77777777" w:rsidR="00C62B44" w:rsidRPr="007D4B81" w:rsidRDefault="00C62B44" w:rsidP="00C62B44">
      <w:pPr>
        <w:rPr>
          <w:rFonts w:ascii="Cairo" w:hAnsi="Cairo" w:cs="Cairo"/>
          <w:lang w:val="en-GB"/>
        </w:rPr>
      </w:pPr>
      <w:r w:rsidRPr="007D4B81">
        <w:rPr>
          <w:rFonts w:ascii="Cairo" w:hAnsi="Cairo" w:cs="Cairo"/>
          <w:lang w:val="en-GB"/>
        </w:rPr>
        <w:t>The selected audit firm will be required to perform the following services:</w:t>
      </w:r>
    </w:p>
    <w:p w14:paraId="4320409E" w14:textId="77777777" w:rsidR="00C62B44" w:rsidRPr="007D4B81" w:rsidRDefault="00C62B44" w:rsidP="00C62B44">
      <w:pPr>
        <w:spacing w:after="120" w:line="240" w:lineRule="auto"/>
        <w:rPr>
          <w:rFonts w:ascii="Cairo" w:hAnsi="Cairo" w:cs="Cairo"/>
          <w:b/>
          <w:bCs/>
          <w:lang w:val="en-GB"/>
        </w:rPr>
      </w:pPr>
      <w:r w:rsidRPr="007D4B81">
        <w:rPr>
          <w:rFonts w:ascii="Cairo" w:hAnsi="Cairo" w:cs="Cairo"/>
          <w:b/>
          <w:bCs/>
          <w:lang w:val="en-GB"/>
        </w:rPr>
        <w:t>4.1 Annual Financial Statement Audit</w:t>
      </w:r>
    </w:p>
    <w:p w14:paraId="475BB448" w14:textId="77777777" w:rsidR="00C62B44" w:rsidRPr="007D4B81" w:rsidRDefault="00C62B44" w:rsidP="00C62B44">
      <w:pPr>
        <w:spacing w:after="120" w:line="240" w:lineRule="auto"/>
        <w:rPr>
          <w:rFonts w:ascii="Cairo" w:hAnsi="Cairo" w:cs="Cairo"/>
          <w:lang w:val="en-GB"/>
        </w:rPr>
      </w:pPr>
      <w:r w:rsidRPr="007D4B81">
        <w:rPr>
          <w:rFonts w:ascii="Cairo" w:hAnsi="Cairo" w:cs="Cairo"/>
          <w:lang w:val="en-GB"/>
        </w:rPr>
        <w:t>Audit the financial statements of Human Appeal USA in accordance with:</w:t>
      </w:r>
    </w:p>
    <w:p w14:paraId="2420018E" w14:textId="77777777" w:rsidR="00C62B44" w:rsidRPr="007D4B81" w:rsidRDefault="00C62B44" w:rsidP="00B86102">
      <w:pPr>
        <w:numPr>
          <w:ilvl w:val="0"/>
          <w:numId w:val="16"/>
        </w:numPr>
        <w:spacing w:after="0" w:line="240" w:lineRule="auto"/>
        <w:ind w:left="714" w:hanging="357"/>
        <w:rPr>
          <w:rFonts w:ascii="Cairo" w:hAnsi="Cairo" w:cs="Cairo"/>
          <w:lang w:val="en-GB"/>
        </w:rPr>
      </w:pPr>
      <w:r w:rsidRPr="007D4B81">
        <w:rPr>
          <w:rFonts w:ascii="Cairo" w:hAnsi="Cairo" w:cs="Cairo"/>
          <w:lang w:val="en-GB"/>
        </w:rPr>
        <w:t>Generally Accepted Auditing Standards (GAAS)</w:t>
      </w:r>
    </w:p>
    <w:p w14:paraId="7AE85E6D" w14:textId="77777777" w:rsidR="00C62B44" w:rsidRPr="007D4B81" w:rsidRDefault="00C62B44" w:rsidP="00B86102">
      <w:pPr>
        <w:numPr>
          <w:ilvl w:val="0"/>
          <w:numId w:val="16"/>
        </w:numPr>
        <w:spacing w:after="0" w:line="240" w:lineRule="auto"/>
        <w:ind w:left="714" w:hanging="357"/>
        <w:rPr>
          <w:rFonts w:ascii="Cairo" w:hAnsi="Cairo" w:cs="Cairo"/>
          <w:lang w:val="en-GB"/>
        </w:rPr>
      </w:pPr>
      <w:r w:rsidRPr="007D4B81">
        <w:rPr>
          <w:rFonts w:ascii="Cairo" w:hAnsi="Cairo" w:cs="Cairo"/>
          <w:lang w:val="en-GB"/>
        </w:rPr>
        <w:t>Generally Accepted Accounting Principles (GAAP)</w:t>
      </w:r>
    </w:p>
    <w:p w14:paraId="3F7B847E" w14:textId="77777777" w:rsidR="00C62B44" w:rsidRPr="007D4B81" w:rsidRDefault="00C62B44" w:rsidP="00B86102">
      <w:pPr>
        <w:numPr>
          <w:ilvl w:val="0"/>
          <w:numId w:val="16"/>
        </w:numPr>
        <w:spacing w:after="0" w:line="240" w:lineRule="auto"/>
        <w:ind w:left="714" w:hanging="357"/>
        <w:rPr>
          <w:rFonts w:ascii="Cairo" w:hAnsi="Cairo" w:cs="Cairo"/>
          <w:lang w:val="en-GB"/>
        </w:rPr>
      </w:pPr>
      <w:r w:rsidRPr="007D4B81">
        <w:rPr>
          <w:rFonts w:ascii="Cairo" w:hAnsi="Cairo" w:cs="Cairo"/>
          <w:lang w:val="en-GB"/>
        </w:rPr>
        <w:t>Nonprofit accounting standards in the United States</w:t>
      </w:r>
    </w:p>
    <w:p w14:paraId="3677BECE" w14:textId="77777777" w:rsidR="00B86102" w:rsidRPr="007D4B81" w:rsidRDefault="00B86102" w:rsidP="00B86102">
      <w:pPr>
        <w:spacing w:after="0" w:line="240" w:lineRule="auto"/>
        <w:ind w:left="714"/>
        <w:rPr>
          <w:rFonts w:ascii="Cairo" w:hAnsi="Cairo" w:cs="Cairo"/>
          <w:lang w:val="en-GB"/>
        </w:rPr>
      </w:pPr>
    </w:p>
    <w:p w14:paraId="0096AA39" w14:textId="77777777" w:rsidR="00C62B44" w:rsidRPr="007D4B81" w:rsidRDefault="00C62B44" w:rsidP="00C62B44">
      <w:pPr>
        <w:spacing w:after="120" w:line="240" w:lineRule="auto"/>
        <w:rPr>
          <w:rFonts w:ascii="Cairo" w:hAnsi="Cairo" w:cs="Cairo"/>
          <w:b/>
          <w:bCs/>
          <w:lang w:val="en-GB"/>
        </w:rPr>
      </w:pPr>
      <w:r w:rsidRPr="007D4B81">
        <w:rPr>
          <w:rFonts w:ascii="Cairo" w:hAnsi="Cairo" w:cs="Cairo"/>
          <w:b/>
          <w:bCs/>
          <w:lang w:val="en-GB"/>
        </w:rPr>
        <w:t>4.2 Compliance and Regulatory Review</w:t>
      </w:r>
    </w:p>
    <w:p w14:paraId="2F0CF505" w14:textId="77777777" w:rsidR="00C62B44" w:rsidRPr="007D4B81" w:rsidRDefault="00C62B44" w:rsidP="00C62B44">
      <w:pPr>
        <w:spacing w:after="120" w:line="240" w:lineRule="auto"/>
        <w:rPr>
          <w:rFonts w:ascii="Cairo" w:hAnsi="Cairo" w:cs="Cairo"/>
          <w:lang w:val="en-GB"/>
        </w:rPr>
      </w:pPr>
      <w:r w:rsidRPr="007D4B81">
        <w:rPr>
          <w:rFonts w:ascii="Cairo" w:hAnsi="Cairo" w:cs="Cairo"/>
          <w:lang w:val="en-GB"/>
        </w:rPr>
        <w:t>The audit should ensure compliance with:</w:t>
      </w:r>
    </w:p>
    <w:p w14:paraId="1F209005" w14:textId="77777777" w:rsidR="00C62B44" w:rsidRPr="007D4B81" w:rsidRDefault="00C62B44" w:rsidP="00B86102">
      <w:pPr>
        <w:numPr>
          <w:ilvl w:val="0"/>
          <w:numId w:val="16"/>
        </w:numPr>
        <w:spacing w:after="0" w:line="240" w:lineRule="auto"/>
        <w:ind w:left="714" w:hanging="357"/>
        <w:rPr>
          <w:rFonts w:ascii="Cairo" w:hAnsi="Cairo" w:cs="Cairo"/>
          <w:lang w:val="en-GB"/>
        </w:rPr>
      </w:pPr>
      <w:r w:rsidRPr="007D4B81">
        <w:rPr>
          <w:rFonts w:ascii="Cairo" w:hAnsi="Cairo" w:cs="Cairo"/>
          <w:lang w:val="en-GB"/>
        </w:rPr>
        <w:t>IRS nonprofit regulations</w:t>
      </w:r>
    </w:p>
    <w:p w14:paraId="3F41CE92" w14:textId="77777777" w:rsidR="00C62B44" w:rsidRPr="007D4B81" w:rsidRDefault="00C62B44" w:rsidP="00B86102">
      <w:pPr>
        <w:numPr>
          <w:ilvl w:val="0"/>
          <w:numId w:val="16"/>
        </w:numPr>
        <w:spacing w:after="0" w:line="240" w:lineRule="auto"/>
        <w:ind w:left="714" w:hanging="357"/>
        <w:rPr>
          <w:rFonts w:ascii="Cairo" w:hAnsi="Cairo" w:cs="Cairo"/>
          <w:lang w:val="en-GB"/>
        </w:rPr>
      </w:pPr>
      <w:r w:rsidRPr="007D4B81">
        <w:rPr>
          <w:rFonts w:ascii="Cairo" w:hAnsi="Cairo" w:cs="Cairo"/>
          <w:lang w:val="en-GB"/>
        </w:rPr>
        <w:t>Applicable federal and state requirements</w:t>
      </w:r>
    </w:p>
    <w:p w14:paraId="5A9E8274" w14:textId="77777777" w:rsidR="00C62B44" w:rsidRPr="007D4B81" w:rsidRDefault="00C62B44" w:rsidP="00B86102">
      <w:pPr>
        <w:numPr>
          <w:ilvl w:val="0"/>
          <w:numId w:val="16"/>
        </w:numPr>
        <w:spacing w:after="0" w:line="240" w:lineRule="auto"/>
        <w:ind w:left="714" w:hanging="357"/>
        <w:rPr>
          <w:rFonts w:ascii="Cairo" w:hAnsi="Cairo" w:cs="Cairo"/>
          <w:lang w:val="en-GB"/>
        </w:rPr>
      </w:pPr>
      <w:r w:rsidRPr="007D4B81">
        <w:rPr>
          <w:rFonts w:ascii="Cairo" w:hAnsi="Cairo" w:cs="Cairo"/>
          <w:lang w:val="en-GB"/>
        </w:rPr>
        <w:t>Grant and donor compliance obligations</w:t>
      </w:r>
    </w:p>
    <w:p w14:paraId="6547574F" w14:textId="77777777" w:rsidR="00B86102" w:rsidRPr="007D4B81" w:rsidRDefault="00B86102" w:rsidP="00B86102">
      <w:pPr>
        <w:spacing w:after="0" w:line="240" w:lineRule="auto"/>
        <w:ind w:left="714"/>
        <w:rPr>
          <w:rFonts w:ascii="Cairo" w:hAnsi="Cairo" w:cs="Cairo"/>
          <w:lang w:val="en-GB"/>
        </w:rPr>
      </w:pPr>
    </w:p>
    <w:p w14:paraId="0DFF8259" w14:textId="77777777" w:rsidR="00C62B44" w:rsidRPr="007D4B81" w:rsidRDefault="00C62B44" w:rsidP="00C62B44">
      <w:pPr>
        <w:spacing w:after="120" w:line="240" w:lineRule="auto"/>
        <w:rPr>
          <w:rFonts w:ascii="Cairo" w:hAnsi="Cairo" w:cs="Cairo"/>
          <w:b/>
          <w:bCs/>
          <w:lang w:val="en-GB"/>
        </w:rPr>
      </w:pPr>
      <w:r w:rsidRPr="007D4B81">
        <w:rPr>
          <w:rFonts w:ascii="Cairo" w:hAnsi="Cairo" w:cs="Cairo"/>
          <w:b/>
          <w:bCs/>
          <w:lang w:val="en-GB"/>
        </w:rPr>
        <w:t>4.3 Internal Controls Review</w:t>
      </w:r>
    </w:p>
    <w:p w14:paraId="1E383A85" w14:textId="77777777" w:rsidR="00C62B44" w:rsidRPr="007D4B81" w:rsidRDefault="00C62B44" w:rsidP="00C62B44">
      <w:pPr>
        <w:spacing w:after="120" w:line="240" w:lineRule="auto"/>
        <w:rPr>
          <w:rFonts w:ascii="Cairo" w:hAnsi="Cairo" w:cs="Cairo"/>
          <w:lang w:val="en-GB"/>
        </w:rPr>
      </w:pPr>
      <w:r w:rsidRPr="007D4B81">
        <w:rPr>
          <w:rFonts w:ascii="Cairo" w:hAnsi="Cairo" w:cs="Cairo"/>
          <w:lang w:val="en-GB"/>
        </w:rPr>
        <w:t>Review and assess internal financial control systems, including:</w:t>
      </w:r>
    </w:p>
    <w:p w14:paraId="6E29BDE8" w14:textId="77777777" w:rsidR="00C62B44" w:rsidRPr="007D4B81" w:rsidRDefault="00C62B44" w:rsidP="00B86102">
      <w:pPr>
        <w:numPr>
          <w:ilvl w:val="0"/>
          <w:numId w:val="16"/>
        </w:numPr>
        <w:spacing w:after="0" w:line="240" w:lineRule="auto"/>
        <w:ind w:left="714" w:hanging="357"/>
        <w:rPr>
          <w:rFonts w:ascii="Cairo" w:hAnsi="Cairo" w:cs="Cairo"/>
          <w:lang w:val="en-GB"/>
        </w:rPr>
      </w:pPr>
      <w:r w:rsidRPr="007D4B81">
        <w:rPr>
          <w:rFonts w:ascii="Cairo" w:hAnsi="Cairo" w:cs="Cairo"/>
          <w:lang w:val="en-GB"/>
        </w:rPr>
        <w:t>Financial management procedures</w:t>
      </w:r>
    </w:p>
    <w:p w14:paraId="526752F5" w14:textId="77777777" w:rsidR="00C62B44" w:rsidRPr="007D4B81" w:rsidRDefault="00C62B44" w:rsidP="00B86102">
      <w:pPr>
        <w:numPr>
          <w:ilvl w:val="0"/>
          <w:numId w:val="16"/>
        </w:numPr>
        <w:spacing w:after="0" w:line="240" w:lineRule="auto"/>
        <w:ind w:left="714" w:hanging="357"/>
        <w:rPr>
          <w:rFonts w:ascii="Cairo" w:hAnsi="Cairo" w:cs="Cairo"/>
          <w:lang w:val="en-GB"/>
        </w:rPr>
      </w:pPr>
      <w:r w:rsidRPr="007D4B81">
        <w:rPr>
          <w:rFonts w:ascii="Cairo" w:hAnsi="Cairo" w:cs="Cairo"/>
          <w:lang w:val="en-GB"/>
        </w:rPr>
        <w:t>Procurement and expenditure controls</w:t>
      </w:r>
    </w:p>
    <w:p w14:paraId="60E66D93" w14:textId="77777777" w:rsidR="00C62B44" w:rsidRPr="007D4B81" w:rsidRDefault="00C62B44" w:rsidP="00B86102">
      <w:pPr>
        <w:numPr>
          <w:ilvl w:val="0"/>
          <w:numId w:val="16"/>
        </w:numPr>
        <w:spacing w:after="0" w:line="240" w:lineRule="auto"/>
        <w:ind w:left="714" w:hanging="357"/>
        <w:rPr>
          <w:rFonts w:ascii="Cairo" w:hAnsi="Cairo" w:cs="Cairo"/>
          <w:lang w:val="en-GB"/>
        </w:rPr>
      </w:pPr>
      <w:r w:rsidRPr="007D4B81">
        <w:rPr>
          <w:rFonts w:ascii="Cairo" w:hAnsi="Cairo" w:cs="Cairo"/>
          <w:lang w:val="en-GB"/>
        </w:rPr>
        <w:t>Risk management practices</w:t>
      </w:r>
    </w:p>
    <w:p w14:paraId="64974509" w14:textId="70533775" w:rsidR="00B86102" w:rsidRPr="007D4B81" w:rsidRDefault="00C62B44" w:rsidP="00B86102">
      <w:pPr>
        <w:spacing w:after="120" w:line="240" w:lineRule="auto"/>
        <w:rPr>
          <w:rFonts w:ascii="Cairo" w:hAnsi="Cairo" w:cs="Cairo"/>
          <w:lang w:val="en-GB"/>
        </w:rPr>
      </w:pPr>
      <w:r w:rsidRPr="007D4B81">
        <w:rPr>
          <w:rFonts w:ascii="Cairo" w:hAnsi="Cairo" w:cs="Cairo"/>
          <w:lang w:val="en-GB"/>
        </w:rPr>
        <w:t>Provide recommendations for improvement where appropriate.</w:t>
      </w:r>
    </w:p>
    <w:p w14:paraId="2BAEC123" w14:textId="77777777" w:rsidR="00C62B44" w:rsidRPr="007D4B81" w:rsidRDefault="00C62B44" w:rsidP="00C62B44">
      <w:pPr>
        <w:spacing w:after="120" w:line="240" w:lineRule="auto"/>
        <w:rPr>
          <w:rFonts w:ascii="Cairo" w:hAnsi="Cairo" w:cs="Cairo"/>
          <w:b/>
          <w:bCs/>
          <w:lang w:val="en-GB"/>
        </w:rPr>
      </w:pPr>
      <w:r w:rsidRPr="007D4B81">
        <w:rPr>
          <w:rFonts w:ascii="Cairo" w:hAnsi="Cairo" w:cs="Cairo"/>
          <w:b/>
          <w:bCs/>
          <w:lang w:val="en-GB"/>
        </w:rPr>
        <w:t>4.4 Management Letter</w:t>
      </w:r>
    </w:p>
    <w:p w14:paraId="6A341483" w14:textId="77777777" w:rsidR="00C62B44" w:rsidRPr="007D4B81" w:rsidRDefault="00C62B44" w:rsidP="00C62B44">
      <w:pPr>
        <w:spacing w:after="120" w:line="240" w:lineRule="auto"/>
        <w:rPr>
          <w:rFonts w:ascii="Cairo" w:hAnsi="Cairo" w:cs="Cairo"/>
          <w:lang w:val="en-GB"/>
        </w:rPr>
      </w:pPr>
      <w:r w:rsidRPr="007D4B81">
        <w:rPr>
          <w:rFonts w:ascii="Cairo" w:hAnsi="Cairo" w:cs="Cairo"/>
          <w:lang w:val="en-GB"/>
        </w:rPr>
        <w:t xml:space="preserve">Provide a </w:t>
      </w:r>
      <w:r w:rsidRPr="007D4B81">
        <w:rPr>
          <w:rFonts w:ascii="Cairo" w:hAnsi="Cairo" w:cs="Cairo"/>
          <w:b/>
          <w:bCs/>
          <w:lang w:val="en-GB"/>
        </w:rPr>
        <w:t>detailed management letter</w:t>
      </w:r>
      <w:r w:rsidRPr="007D4B81">
        <w:rPr>
          <w:rFonts w:ascii="Cairo" w:hAnsi="Cairo" w:cs="Cairo"/>
          <w:lang w:val="en-GB"/>
        </w:rPr>
        <w:t xml:space="preserve"> highlighting:</w:t>
      </w:r>
    </w:p>
    <w:p w14:paraId="6B03CA4B" w14:textId="77777777" w:rsidR="00C62B44" w:rsidRPr="007D4B81" w:rsidRDefault="00C62B44" w:rsidP="00B86102">
      <w:pPr>
        <w:numPr>
          <w:ilvl w:val="0"/>
          <w:numId w:val="16"/>
        </w:numPr>
        <w:spacing w:after="0" w:line="240" w:lineRule="auto"/>
        <w:ind w:left="714" w:hanging="357"/>
        <w:rPr>
          <w:rFonts w:ascii="Cairo" w:hAnsi="Cairo" w:cs="Cairo"/>
          <w:lang w:val="en-GB"/>
        </w:rPr>
      </w:pPr>
      <w:r w:rsidRPr="007D4B81">
        <w:rPr>
          <w:rFonts w:ascii="Cairo" w:hAnsi="Cairo" w:cs="Cairo"/>
          <w:lang w:val="en-GB"/>
        </w:rPr>
        <w:t>Weaknesses in financial systems</w:t>
      </w:r>
    </w:p>
    <w:p w14:paraId="0B747DE2" w14:textId="77777777" w:rsidR="00C62B44" w:rsidRPr="007D4B81" w:rsidRDefault="00C62B44" w:rsidP="00B86102">
      <w:pPr>
        <w:numPr>
          <w:ilvl w:val="0"/>
          <w:numId w:val="16"/>
        </w:numPr>
        <w:spacing w:after="0" w:line="240" w:lineRule="auto"/>
        <w:ind w:left="714" w:hanging="357"/>
        <w:rPr>
          <w:rFonts w:ascii="Cairo" w:hAnsi="Cairo" w:cs="Cairo"/>
          <w:lang w:val="en-GB"/>
        </w:rPr>
      </w:pPr>
      <w:r w:rsidRPr="007D4B81">
        <w:rPr>
          <w:rFonts w:ascii="Cairo" w:hAnsi="Cairo" w:cs="Cairo"/>
          <w:lang w:val="en-GB"/>
        </w:rPr>
        <w:t>Opportunities to improve internal controls</w:t>
      </w:r>
    </w:p>
    <w:p w14:paraId="0F0E0A77" w14:textId="77777777" w:rsidR="00C62B44" w:rsidRPr="007D4B81" w:rsidRDefault="00C62B44" w:rsidP="00B86102">
      <w:pPr>
        <w:numPr>
          <w:ilvl w:val="0"/>
          <w:numId w:val="16"/>
        </w:numPr>
        <w:spacing w:after="0" w:line="240" w:lineRule="auto"/>
        <w:ind w:left="714" w:hanging="357"/>
        <w:rPr>
          <w:rFonts w:ascii="Cairo" w:hAnsi="Cairo" w:cs="Cairo"/>
          <w:lang w:val="en-GB"/>
        </w:rPr>
      </w:pPr>
      <w:r w:rsidRPr="007D4B81">
        <w:rPr>
          <w:rFonts w:ascii="Cairo" w:hAnsi="Cairo" w:cs="Cairo"/>
          <w:lang w:val="en-GB"/>
        </w:rPr>
        <w:t>Compliance risks</w:t>
      </w:r>
    </w:p>
    <w:p w14:paraId="28B43606" w14:textId="262736AD" w:rsidR="00C62B44" w:rsidRPr="007D4B81" w:rsidRDefault="00C62B44" w:rsidP="00B86102">
      <w:pPr>
        <w:numPr>
          <w:ilvl w:val="0"/>
          <w:numId w:val="16"/>
        </w:numPr>
        <w:spacing w:after="0" w:line="240" w:lineRule="auto"/>
        <w:ind w:left="714" w:hanging="357"/>
        <w:rPr>
          <w:rFonts w:ascii="Cairo" w:hAnsi="Cairo" w:cs="Cairo"/>
          <w:lang w:val="en-GB"/>
        </w:rPr>
      </w:pPr>
      <w:r w:rsidRPr="007D4B81">
        <w:rPr>
          <w:rFonts w:ascii="Cairo" w:hAnsi="Cairo" w:cs="Cairo"/>
          <w:lang w:val="en-GB"/>
        </w:rPr>
        <w:t>Operational recommendation</w:t>
      </w:r>
      <w:r w:rsidR="00B86102" w:rsidRPr="007D4B81">
        <w:rPr>
          <w:rFonts w:ascii="Cairo" w:hAnsi="Cairo" w:cs="Cairo"/>
          <w:lang w:val="en-GB"/>
        </w:rPr>
        <w:t>s</w:t>
      </w:r>
    </w:p>
    <w:p w14:paraId="65E1E3D0" w14:textId="77777777" w:rsidR="00B86102" w:rsidRPr="007D4B81" w:rsidRDefault="00B86102" w:rsidP="00B86102">
      <w:pPr>
        <w:spacing w:after="0" w:line="240" w:lineRule="auto"/>
        <w:ind w:left="714"/>
        <w:rPr>
          <w:rFonts w:ascii="Cairo" w:hAnsi="Cairo" w:cs="Cairo"/>
          <w:lang w:val="en-GB"/>
        </w:rPr>
      </w:pPr>
    </w:p>
    <w:p w14:paraId="26930182" w14:textId="77777777" w:rsidR="00B86102" w:rsidRPr="007D4B81" w:rsidRDefault="00B86102">
      <w:pPr>
        <w:rPr>
          <w:rFonts w:ascii="Cairo" w:hAnsi="Cairo" w:cs="Cairo"/>
          <w:b/>
          <w:bCs/>
          <w:lang w:val="en-GB"/>
        </w:rPr>
      </w:pPr>
      <w:r w:rsidRPr="007D4B81">
        <w:rPr>
          <w:rFonts w:ascii="Cairo" w:hAnsi="Cairo" w:cs="Cairo"/>
          <w:b/>
          <w:bCs/>
          <w:lang w:val="en-GB"/>
        </w:rPr>
        <w:br w:type="page"/>
      </w:r>
    </w:p>
    <w:p w14:paraId="24893FE6" w14:textId="25ED95A7" w:rsidR="00C62B44" w:rsidRPr="007D4B81" w:rsidRDefault="00C62B44" w:rsidP="00C62B44">
      <w:pPr>
        <w:spacing w:after="120" w:line="240" w:lineRule="auto"/>
        <w:rPr>
          <w:rFonts w:ascii="Cairo" w:hAnsi="Cairo" w:cs="Cairo"/>
          <w:b/>
          <w:bCs/>
          <w:lang w:val="en-GB"/>
        </w:rPr>
      </w:pPr>
      <w:r w:rsidRPr="007D4B81">
        <w:rPr>
          <w:rFonts w:ascii="Cairo" w:hAnsi="Cairo" w:cs="Cairo"/>
          <w:b/>
          <w:bCs/>
          <w:lang w:val="en-GB"/>
        </w:rPr>
        <w:lastRenderedPageBreak/>
        <w:t>4.5 Deliverables</w:t>
      </w:r>
    </w:p>
    <w:p w14:paraId="40652B7A" w14:textId="77777777" w:rsidR="00C62B44" w:rsidRPr="007D4B81" w:rsidRDefault="00C62B44" w:rsidP="00C62B44">
      <w:pPr>
        <w:spacing w:after="120" w:line="240" w:lineRule="auto"/>
        <w:rPr>
          <w:rFonts w:ascii="Cairo" w:hAnsi="Cairo" w:cs="Cairo"/>
          <w:lang w:val="en-GB"/>
        </w:rPr>
      </w:pPr>
      <w:r w:rsidRPr="007D4B81">
        <w:rPr>
          <w:rFonts w:ascii="Cairo" w:hAnsi="Cairo" w:cs="Cairo"/>
          <w:lang w:val="en-GB"/>
        </w:rPr>
        <w:t>The firm must provide:</w:t>
      </w:r>
    </w:p>
    <w:p w14:paraId="0441C7C2" w14:textId="77777777" w:rsidR="00C62B44" w:rsidRPr="007D4B81" w:rsidRDefault="00C62B44" w:rsidP="00B86102">
      <w:pPr>
        <w:numPr>
          <w:ilvl w:val="0"/>
          <w:numId w:val="16"/>
        </w:numPr>
        <w:spacing w:after="0" w:line="240" w:lineRule="auto"/>
        <w:ind w:left="714" w:hanging="357"/>
        <w:rPr>
          <w:rFonts w:ascii="Cairo" w:hAnsi="Cairo" w:cs="Cairo"/>
          <w:lang w:val="en-GB"/>
        </w:rPr>
      </w:pPr>
      <w:r w:rsidRPr="007D4B81">
        <w:rPr>
          <w:rFonts w:ascii="Cairo" w:hAnsi="Cairo" w:cs="Cairo"/>
          <w:lang w:val="en-GB"/>
        </w:rPr>
        <w:t>Independent Auditor’s Report</w:t>
      </w:r>
    </w:p>
    <w:p w14:paraId="6A99082F" w14:textId="77777777" w:rsidR="00C62B44" w:rsidRPr="007D4B81" w:rsidRDefault="00C62B44" w:rsidP="00B86102">
      <w:pPr>
        <w:numPr>
          <w:ilvl w:val="0"/>
          <w:numId w:val="16"/>
        </w:numPr>
        <w:spacing w:after="0" w:line="240" w:lineRule="auto"/>
        <w:ind w:left="714" w:hanging="357"/>
        <w:rPr>
          <w:rFonts w:ascii="Cairo" w:hAnsi="Cairo" w:cs="Cairo"/>
          <w:lang w:val="en-GB"/>
        </w:rPr>
      </w:pPr>
      <w:r w:rsidRPr="007D4B81">
        <w:rPr>
          <w:rFonts w:ascii="Cairo" w:hAnsi="Cairo" w:cs="Cairo"/>
          <w:lang w:val="en-GB"/>
        </w:rPr>
        <w:t>Audited Financial Statements</w:t>
      </w:r>
    </w:p>
    <w:p w14:paraId="0BDBE172" w14:textId="77777777" w:rsidR="00C62B44" w:rsidRPr="007D4B81" w:rsidRDefault="00C62B44" w:rsidP="00B86102">
      <w:pPr>
        <w:numPr>
          <w:ilvl w:val="0"/>
          <w:numId w:val="16"/>
        </w:numPr>
        <w:spacing w:after="0" w:line="240" w:lineRule="auto"/>
        <w:ind w:left="714" w:hanging="357"/>
        <w:rPr>
          <w:rFonts w:ascii="Cairo" w:hAnsi="Cairo" w:cs="Cairo"/>
          <w:lang w:val="en-GB"/>
        </w:rPr>
      </w:pPr>
      <w:r w:rsidRPr="007D4B81">
        <w:rPr>
          <w:rFonts w:ascii="Cairo" w:hAnsi="Cairo" w:cs="Cairo"/>
          <w:lang w:val="en-GB"/>
        </w:rPr>
        <w:t>Management Letter</w:t>
      </w:r>
    </w:p>
    <w:p w14:paraId="0D649B3F" w14:textId="77777777" w:rsidR="00C62B44" w:rsidRPr="007D4B81" w:rsidRDefault="00C62B44" w:rsidP="00B86102">
      <w:pPr>
        <w:numPr>
          <w:ilvl w:val="0"/>
          <w:numId w:val="16"/>
        </w:numPr>
        <w:spacing w:after="0" w:line="240" w:lineRule="auto"/>
        <w:ind w:left="714" w:hanging="357"/>
        <w:rPr>
          <w:rFonts w:ascii="Cairo" w:hAnsi="Cairo" w:cs="Cairo"/>
          <w:lang w:val="en-GB"/>
        </w:rPr>
      </w:pPr>
      <w:r w:rsidRPr="007D4B81">
        <w:rPr>
          <w:rFonts w:ascii="Cairo" w:hAnsi="Cairo" w:cs="Cairo"/>
          <w:lang w:val="en-GB"/>
        </w:rPr>
        <w:t>Presentation to Board or Audit Committee (if required)</w:t>
      </w:r>
    </w:p>
    <w:p w14:paraId="6536B7B3" w14:textId="77777777" w:rsidR="00B86102" w:rsidRPr="007D4B81" w:rsidRDefault="00B86102" w:rsidP="00B86102">
      <w:pPr>
        <w:spacing w:after="0" w:line="240" w:lineRule="auto"/>
        <w:rPr>
          <w:rFonts w:ascii="Cairo" w:hAnsi="Cairo" w:cs="Cairo"/>
          <w:lang w:val="en-GB"/>
        </w:rPr>
      </w:pPr>
    </w:p>
    <w:p w14:paraId="2FCC5F20" w14:textId="5A952ECD" w:rsidR="00B86102" w:rsidRPr="007D4B81" w:rsidRDefault="00B86102" w:rsidP="000251C2">
      <w:pPr>
        <w:pStyle w:val="Heading1"/>
        <w:shd w:val="clear" w:color="auto" w:fill="7030A0"/>
        <w:rPr>
          <w:rFonts w:ascii="Cairo" w:hAnsi="Cairo" w:cs="Cairo"/>
          <w:color w:val="FFFFFF" w:themeColor="background1"/>
        </w:rPr>
      </w:pPr>
      <w:bookmarkStart w:id="4" w:name="_Toc225265348"/>
      <w:r w:rsidRPr="007D4B81">
        <w:rPr>
          <w:rFonts w:ascii="Cairo" w:hAnsi="Cairo" w:cs="Cairo"/>
          <w:color w:val="FFFFFF" w:themeColor="background1"/>
        </w:rPr>
        <w:t>5. Timescale</w:t>
      </w:r>
      <w:bookmarkEnd w:id="4"/>
    </w:p>
    <w:p w14:paraId="7C003A60" w14:textId="77777777" w:rsidR="00B86102" w:rsidRPr="007D4B81" w:rsidRDefault="00B86102" w:rsidP="00B86102">
      <w:pPr>
        <w:spacing w:after="0" w:line="240" w:lineRule="auto"/>
        <w:rPr>
          <w:rFonts w:ascii="Cairo" w:hAnsi="Cairo" w:cs="Cairo"/>
          <w:lang w:val="en-GB"/>
        </w:rPr>
      </w:pPr>
    </w:p>
    <w:p w14:paraId="4B73CE32" w14:textId="77777777" w:rsidR="00B86102" w:rsidRPr="007D4B81" w:rsidRDefault="00B86102" w:rsidP="00B86102">
      <w:pPr>
        <w:spacing w:after="0" w:line="240" w:lineRule="auto"/>
        <w:rPr>
          <w:rFonts w:ascii="Cairo" w:hAnsi="Cairo" w:cs="Cairo"/>
        </w:rPr>
      </w:pPr>
      <w:r w:rsidRPr="007D4B81">
        <w:rPr>
          <w:rFonts w:ascii="Cairo" w:hAnsi="Cairo" w:cs="Cairo"/>
        </w:rPr>
        <w:t xml:space="preserve">Below are key dates in the accounting year for the preparation of financial statements and audit reporting, we anticipate a similar pattern to each year in the future: </w:t>
      </w:r>
    </w:p>
    <w:tbl>
      <w:tblPr>
        <w:tblW w:w="10517" w:type="dxa"/>
        <w:tblCellSpacing w:w="15" w:type="dxa"/>
        <w:tblInd w:w="-617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18"/>
        <w:gridCol w:w="7147"/>
        <w:gridCol w:w="2552"/>
      </w:tblGrid>
      <w:tr w:rsidR="0073030F" w:rsidRPr="007D4B81" w14:paraId="247D8D28" w14:textId="77777777" w:rsidTr="00FA7D5B">
        <w:trPr>
          <w:trHeight w:val="927"/>
          <w:tblHeader/>
          <w:tblCellSpacing w:w="15" w:type="dxa"/>
        </w:trPr>
        <w:tc>
          <w:tcPr>
            <w:tcW w:w="773" w:type="dxa"/>
            <w:shd w:val="clear" w:color="auto" w:fill="7030A0"/>
            <w:vAlign w:val="center"/>
            <w:hideMark/>
          </w:tcPr>
          <w:p w14:paraId="67CAB44C" w14:textId="77777777" w:rsidR="0073030F" w:rsidRPr="007D4B81" w:rsidRDefault="0073030F" w:rsidP="0073030F">
            <w:pPr>
              <w:spacing w:after="0" w:line="240" w:lineRule="auto"/>
              <w:jc w:val="center"/>
              <w:rPr>
                <w:rFonts w:ascii="Cairo" w:eastAsia="Times New Roman" w:hAnsi="Cairo" w:cs="Cairo"/>
                <w:b/>
                <w:bCs/>
                <w:color w:val="FFFFFF" w:themeColor="background1"/>
                <w:sz w:val="24"/>
                <w:szCs w:val="24"/>
                <w:lang w:val="en-GB" w:eastAsia="en-GB"/>
              </w:rPr>
            </w:pPr>
            <w:r w:rsidRPr="007D4B81">
              <w:rPr>
                <w:rFonts w:ascii="Cairo" w:eastAsia="Times New Roman" w:hAnsi="Cairo" w:cs="Cairo"/>
                <w:b/>
                <w:bCs/>
                <w:color w:val="FFFFFF" w:themeColor="background1"/>
                <w:sz w:val="24"/>
                <w:szCs w:val="24"/>
                <w:lang w:val="en-GB" w:eastAsia="en-GB"/>
              </w:rPr>
              <w:t>Stage</w:t>
            </w:r>
          </w:p>
        </w:tc>
        <w:tc>
          <w:tcPr>
            <w:tcW w:w="7117" w:type="dxa"/>
            <w:shd w:val="clear" w:color="auto" w:fill="7030A0"/>
            <w:vAlign w:val="center"/>
            <w:hideMark/>
          </w:tcPr>
          <w:p w14:paraId="6673C676" w14:textId="77777777" w:rsidR="0073030F" w:rsidRPr="007D4B81" w:rsidRDefault="0073030F" w:rsidP="0073030F">
            <w:pPr>
              <w:spacing w:after="0" w:line="240" w:lineRule="auto"/>
              <w:jc w:val="center"/>
              <w:rPr>
                <w:rFonts w:ascii="Cairo" w:eastAsia="Times New Roman" w:hAnsi="Cairo" w:cs="Cairo"/>
                <w:b/>
                <w:bCs/>
                <w:color w:val="FFFFFF" w:themeColor="background1"/>
                <w:sz w:val="24"/>
                <w:szCs w:val="24"/>
                <w:lang w:val="en-GB" w:eastAsia="en-GB"/>
              </w:rPr>
            </w:pPr>
            <w:r w:rsidRPr="007D4B81">
              <w:rPr>
                <w:rFonts w:ascii="Cairo" w:eastAsia="Times New Roman" w:hAnsi="Cairo" w:cs="Cairo"/>
                <w:b/>
                <w:bCs/>
                <w:color w:val="FFFFFF" w:themeColor="background1"/>
                <w:sz w:val="24"/>
                <w:szCs w:val="24"/>
                <w:lang w:val="en-GB" w:eastAsia="en-GB"/>
              </w:rPr>
              <w:t>Activity</w:t>
            </w:r>
          </w:p>
        </w:tc>
        <w:tc>
          <w:tcPr>
            <w:tcW w:w="2507" w:type="dxa"/>
            <w:shd w:val="clear" w:color="auto" w:fill="7030A0"/>
            <w:vAlign w:val="center"/>
            <w:hideMark/>
          </w:tcPr>
          <w:p w14:paraId="1826873D" w14:textId="77777777" w:rsidR="00FA7D5B" w:rsidRPr="007D4B81" w:rsidRDefault="0073030F" w:rsidP="0073030F">
            <w:pPr>
              <w:spacing w:after="0" w:line="240" w:lineRule="auto"/>
              <w:jc w:val="center"/>
              <w:rPr>
                <w:rFonts w:ascii="Cairo" w:eastAsia="Times New Roman" w:hAnsi="Cairo" w:cs="Cairo"/>
                <w:b/>
                <w:bCs/>
                <w:color w:val="FFFFFF" w:themeColor="background1"/>
                <w:sz w:val="24"/>
                <w:szCs w:val="24"/>
                <w:lang w:val="en-GB" w:eastAsia="en-GB"/>
              </w:rPr>
            </w:pPr>
            <w:r w:rsidRPr="007D4B81">
              <w:rPr>
                <w:rFonts w:ascii="Cairo" w:eastAsia="Times New Roman" w:hAnsi="Cairo" w:cs="Cairo"/>
                <w:b/>
                <w:bCs/>
                <w:color w:val="FFFFFF" w:themeColor="background1"/>
                <w:sz w:val="24"/>
                <w:szCs w:val="24"/>
                <w:lang w:val="en-GB" w:eastAsia="en-GB"/>
              </w:rPr>
              <w:t xml:space="preserve">Recommended </w:t>
            </w:r>
          </w:p>
          <w:p w14:paraId="02918A91" w14:textId="060C124B" w:rsidR="0073030F" w:rsidRPr="007D4B81" w:rsidRDefault="0073030F" w:rsidP="0073030F">
            <w:pPr>
              <w:spacing w:after="0" w:line="240" w:lineRule="auto"/>
              <w:jc w:val="center"/>
              <w:rPr>
                <w:rFonts w:ascii="Cairo" w:eastAsia="Times New Roman" w:hAnsi="Cairo" w:cs="Cairo"/>
                <w:b/>
                <w:bCs/>
                <w:color w:val="FFFFFF" w:themeColor="background1"/>
                <w:sz w:val="24"/>
                <w:szCs w:val="24"/>
                <w:lang w:val="en-GB" w:eastAsia="en-GB"/>
              </w:rPr>
            </w:pPr>
            <w:r w:rsidRPr="007D4B81">
              <w:rPr>
                <w:rFonts w:ascii="Cairo" w:eastAsia="Times New Roman" w:hAnsi="Cairo" w:cs="Cairo"/>
                <w:b/>
                <w:bCs/>
                <w:color w:val="FFFFFF" w:themeColor="background1"/>
                <w:sz w:val="24"/>
                <w:szCs w:val="24"/>
                <w:lang w:val="en-GB" w:eastAsia="en-GB"/>
              </w:rPr>
              <w:t>Timing</w:t>
            </w:r>
          </w:p>
        </w:tc>
      </w:tr>
      <w:tr w:rsidR="00886E2D" w:rsidRPr="007D4B81" w14:paraId="7C2CCF05" w14:textId="77777777" w:rsidTr="00D922A3">
        <w:trPr>
          <w:trHeight w:val="445"/>
          <w:tblHeader/>
          <w:tblCellSpacing w:w="15" w:type="dxa"/>
        </w:trPr>
        <w:tc>
          <w:tcPr>
            <w:tcW w:w="773" w:type="dxa"/>
            <w:vAlign w:val="center"/>
          </w:tcPr>
          <w:p w14:paraId="0C5E7E35" w14:textId="564A6CD2" w:rsidR="00886E2D" w:rsidRPr="007D4B81" w:rsidRDefault="00886E2D" w:rsidP="00886E2D">
            <w:pPr>
              <w:spacing w:after="0" w:line="240" w:lineRule="auto"/>
              <w:jc w:val="center"/>
              <w:rPr>
                <w:rFonts w:ascii="Cairo" w:eastAsia="Times New Roman" w:hAnsi="Cairo" w:cs="Cairo"/>
                <w:b/>
                <w:bCs/>
                <w:sz w:val="24"/>
                <w:szCs w:val="24"/>
                <w:lang w:val="en-GB" w:eastAsia="en-GB"/>
              </w:rPr>
            </w:pPr>
            <w:r w:rsidRPr="007D4B81">
              <w:rPr>
                <w:rFonts w:ascii="Cairo" w:eastAsia="Times New Roman" w:hAnsi="Cairo" w:cs="Cairo"/>
                <w:b/>
                <w:bCs/>
                <w:sz w:val="24"/>
                <w:szCs w:val="24"/>
                <w:lang w:val="en-GB" w:eastAsia="en-GB"/>
              </w:rPr>
              <w:t>1</w:t>
            </w:r>
          </w:p>
        </w:tc>
        <w:tc>
          <w:tcPr>
            <w:tcW w:w="7117" w:type="dxa"/>
            <w:vAlign w:val="center"/>
          </w:tcPr>
          <w:p w14:paraId="201C81CF" w14:textId="2C3BF4F4" w:rsidR="00886E2D" w:rsidRPr="007D4B81" w:rsidRDefault="00886E2D" w:rsidP="00886E2D">
            <w:pPr>
              <w:spacing w:after="0" w:line="240" w:lineRule="auto"/>
              <w:rPr>
                <w:rFonts w:ascii="Cairo" w:eastAsia="Times New Roman" w:hAnsi="Cairo" w:cs="Cairo"/>
                <w:b/>
                <w:bCs/>
                <w:sz w:val="24"/>
                <w:szCs w:val="24"/>
                <w:lang w:val="en-GB" w:eastAsia="en-GB"/>
              </w:rPr>
            </w:pPr>
            <w:r w:rsidRPr="007D4B81">
              <w:rPr>
                <w:rFonts w:ascii="Cairo" w:eastAsia="Times New Roman" w:hAnsi="Cairo" w:cs="Cairo"/>
                <w:b/>
                <w:bCs/>
                <w:sz w:val="24"/>
                <w:szCs w:val="24"/>
                <w:lang w:val="en-GB" w:eastAsia="en-GB"/>
              </w:rPr>
              <w:t>Financial Year end</w:t>
            </w:r>
          </w:p>
        </w:tc>
        <w:tc>
          <w:tcPr>
            <w:tcW w:w="2507" w:type="dxa"/>
          </w:tcPr>
          <w:p w14:paraId="00ACB1C7" w14:textId="6029162B" w:rsidR="00886E2D" w:rsidRPr="007D4B81" w:rsidRDefault="00886E2D" w:rsidP="00886E2D">
            <w:pPr>
              <w:spacing w:after="0" w:line="240" w:lineRule="auto"/>
              <w:jc w:val="center"/>
              <w:rPr>
                <w:rFonts w:ascii="Cairo" w:eastAsia="Times New Roman" w:hAnsi="Cairo" w:cs="Cairo"/>
                <w:b/>
                <w:bCs/>
                <w:sz w:val="24"/>
                <w:szCs w:val="24"/>
                <w:lang w:val="en-GB" w:eastAsia="en-GB"/>
              </w:rPr>
            </w:pPr>
            <w:r w:rsidRPr="007D4B81">
              <w:rPr>
                <w:rFonts w:ascii="Cairo" w:hAnsi="Cairo" w:cs="Cairo"/>
                <w:b/>
                <w:bCs/>
                <w:sz w:val="24"/>
                <w:szCs w:val="24"/>
              </w:rPr>
              <w:t>12/31/2025</w:t>
            </w:r>
          </w:p>
        </w:tc>
      </w:tr>
      <w:tr w:rsidR="00886E2D" w:rsidRPr="007D4B81" w14:paraId="65860536" w14:textId="77777777" w:rsidTr="00D922A3">
        <w:trPr>
          <w:trHeight w:val="457"/>
          <w:tblCellSpacing w:w="15" w:type="dxa"/>
        </w:trPr>
        <w:tc>
          <w:tcPr>
            <w:tcW w:w="773" w:type="dxa"/>
            <w:shd w:val="clear" w:color="auto" w:fill="E5DFEC" w:themeFill="accent4" w:themeFillTint="33"/>
            <w:vAlign w:val="center"/>
            <w:hideMark/>
          </w:tcPr>
          <w:p w14:paraId="7F9CFF03" w14:textId="583F8E98" w:rsidR="00886E2D" w:rsidRPr="007D4B81" w:rsidRDefault="00886E2D" w:rsidP="00886E2D">
            <w:pPr>
              <w:spacing w:after="0" w:line="240" w:lineRule="auto"/>
              <w:jc w:val="center"/>
              <w:rPr>
                <w:rFonts w:ascii="Cairo" w:eastAsia="Times New Roman" w:hAnsi="Cairo" w:cs="Cairo"/>
                <w:b/>
                <w:bCs/>
                <w:sz w:val="24"/>
                <w:szCs w:val="24"/>
                <w:lang w:val="en-GB" w:eastAsia="en-GB"/>
              </w:rPr>
            </w:pPr>
            <w:r w:rsidRPr="007D4B81">
              <w:rPr>
                <w:rFonts w:ascii="Cairo" w:eastAsia="Times New Roman" w:hAnsi="Cairo" w:cs="Cairo"/>
                <w:b/>
                <w:bCs/>
                <w:sz w:val="24"/>
                <w:szCs w:val="24"/>
                <w:lang w:val="en-GB" w:eastAsia="en-GB"/>
              </w:rPr>
              <w:t>2</w:t>
            </w:r>
          </w:p>
        </w:tc>
        <w:tc>
          <w:tcPr>
            <w:tcW w:w="7117" w:type="dxa"/>
            <w:shd w:val="clear" w:color="auto" w:fill="E5DFEC" w:themeFill="accent4" w:themeFillTint="33"/>
            <w:vAlign w:val="center"/>
          </w:tcPr>
          <w:p w14:paraId="44F011DF" w14:textId="41135E99" w:rsidR="00886E2D" w:rsidRPr="007D4B81" w:rsidRDefault="00886E2D" w:rsidP="00886E2D">
            <w:pPr>
              <w:spacing w:after="0" w:line="240" w:lineRule="auto"/>
              <w:rPr>
                <w:rFonts w:ascii="Cairo" w:eastAsia="Times New Roman" w:hAnsi="Cairo" w:cs="Cairo"/>
                <w:sz w:val="24"/>
                <w:szCs w:val="24"/>
                <w:lang w:val="en-GB" w:eastAsia="en-GB"/>
              </w:rPr>
            </w:pPr>
            <w:r w:rsidRPr="007D4B81">
              <w:rPr>
                <w:rFonts w:ascii="Cairo" w:eastAsia="Times New Roman" w:hAnsi="Cairo" w:cs="Cairo"/>
                <w:b/>
                <w:bCs/>
                <w:sz w:val="24"/>
                <w:szCs w:val="24"/>
                <w:lang w:val="en-GB" w:eastAsia="en-GB"/>
              </w:rPr>
              <w:t>Interim Audit</w:t>
            </w:r>
            <w:r w:rsidRPr="007D4B81">
              <w:rPr>
                <w:rFonts w:ascii="Cairo" w:eastAsia="Times New Roman" w:hAnsi="Cairo" w:cs="Cairo"/>
                <w:sz w:val="24"/>
                <w:szCs w:val="24"/>
                <w:lang w:val="en-GB" w:eastAsia="en-GB"/>
              </w:rPr>
              <w:t xml:space="preserve"> (systems, controls, early testing)</w:t>
            </w:r>
          </w:p>
        </w:tc>
        <w:tc>
          <w:tcPr>
            <w:tcW w:w="2507" w:type="dxa"/>
            <w:shd w:val="clear" w:color="auto" w:fill="E5DFEC" w:themeFill="accent4" w:themeFillTint="33"/>
          </w:tcPr>
          <w:p w14:paraId="48EA748C" w14:textId="0DC3058B" w:rsidR="00886E2D" w:rsidRPr="007D4B81" w:rsidRDefault="00886E2D" w:rsidP="00886E2D">
            <w:pPr>
              <w:spacing w:after="0" w:line="240" w:lineRule="auto"/>
              <w:jc w:val="center"/>
              <w:rPr>
                <w:rFonts w:ascii="Cairo" w:eastAsia="Times New Roman" w:hAnsi="Cairo" w:cs="Cairo"/>
                <w:b/>
                <w:bCs/>
                <w:sz w:val="24"/>
                <w:szCs w:val="24"/>
                <w:lang w:val="en-GB" w:eastAsia="en-GB"/>
              </w:rPr>
            </w:pPr>
            <w:r w:rsidRPr="007D4B81">
              <w:rPr>
                <w:rFonts w:ascii="Cairo" w:hAnsi="Cairo" w:cs="Cairo"/>
                <w:b/>
                <w:bCs/>
                <w:sz w:val="24"/>
                <w:szCs w:val="24"/>
              </w:rPr>
              <w:t>6/30/2026</w:t>
            </w:r>
          </w:p>
        </w:tc>
      </w:tr>
      <w:tr w:rsidR="00886E2D" w:rsidRPr="007D4B81" w14:paraId="7490DC87" w14:textId="77777777" w:rsidTr="00D922A3">
        <w:trPr>
          <w:trHeight w:val="445"/>
          <w:tblCellSpacing w:w="15" w:type="dxa"/>
        </w:trPr>
        <w:tc>
          <w:tcPr>
            <w:tcW w:w="773" w:type="dxa"/>
            <w:vAlign w:val="center"/>
            <w:hideMark/>
          </w:tcPr>
          <w:p w14:paraId="6182C71A" w14:textId="69E22C26" w:rsidR="00886E2D" w:rsidRPr="007D4B81" w:rsidRDefault="00886E2D" w:rsidP="00886E2D">
            <w:pPr>
              <w:spacing w:after="0" w:line="240" w:lineRule="auto"/>
              <w:jc w:val="center"/>
              <w:rPr>
                <w:rFonts w:ascii="Cairo" w:eastAsia="Times New Roman" w:hAnsi="Cairo" w:cs="Cairo"/>
                <w:b/>
                <w:bCs/>
                <w:sz w:val="24"/>
                <w:szCs w:val="24"/>
                <w:lang w:val="en-GB" w:eastAsia="en-GB"/>
              </w:rPr>
            </w:pPr>
            <w:r w:rsidRPr="007D4B81">
              <w:rPr>
                <w:rFonts w:ascii="Cairo" w:eastAsia="Times New Roman" w:hAnsi="Cairo" w:cs="Cairo"/>
                <w:b/>
                <w:bCs/>
                <w:sz w:val="24"/>
                <w:szCs w:val="24"/>
                <w:lang w:val="en-GB" w:eastAsia="en-GB"/>
              </w:rPr>
              <w:t>3</w:t>
            </w:r>
          </w:p>
        </w:tc>
        <w:tc>
          <w:tcPr>
            <w:tcW w:w="7117" w:type="dxa"/>
            <w:vAlign w:val="center"/>
          </w:tcPr>
          <w:p w14:paraId="711D0C28" w14:textId="2180D4D4" w:rsidR="00886E2D" w:rsidRPr="007D4B81" w:rsidRDefault="00886E2D" w:rsidP="00886E2D">
            <w:pPr>
              <w:spacing w:after="0" w:line="240" w:lineRule="auto"/>
              <w:rPr>
                <w:rFonts w:ascii="Cairo" w:eastAsia="Times New Roman" w:hAnsi="Cairo" w:cs="Cairo"/>
                <w:sz w:val="24"/>
                <w:szCs w:val="24"/>
                <w:lang w:val="en-GB" w:eastAsia="en-GB"/>
              </w:rPr>
            </w:pPr>
            <w:r w:rsidRPr="007D4B81">
              <w:rPr>
                <w:rFonts w:ascii="Cairo" w:eastAsia="Times New Roman" w:hAnsi="Cairo" w:cs="Cairo"/>
                <w:b/>
                <w:bCs/>
                <w:sz w:val="24"/>
                <w:szCs w:val="24"/>
                <w:lang w:val="en-GB" w:eastAsia="en-GB"/>
              </w:rPr>
              <w:t>Timing of the Audit (Final Audit Fieldwork)</w:t>
            </w:r>
          </w:p>
        </w:tc>
        <w:tc>
          <w:tcPr>
            <w:tcW w:w="2507" w:type="dxa"/>
          </w:tcPr>
          <w:p w14:paraId="026840F6" w14:textId="7428DAE7" w:rsidR="00886E2D" w:rsidRPr="007D4B81" w:rsidRDefault="00886E2D" w:rsidP="00886E2D">
            <w:pPr>
              <w:spacing w:after="0" w:line="240" w:lineRule="auto"/>
              <w:jc w:val="center"/>
              <w:rPr>
                <w:rFonts w:ascii="Cairo" w:eastAsia="Times New Roman" w:hAnsi="Cairo" w:cs="Cairo"/>
                <w:b/>
                <w:bCs/>
                <w:sz w:val="24"/>
                <w:szCs w:val="24"/>
                <w:lang w:val="en-GB" w:eastAsia="en-GB"/>
              </w:rPr>
            </w:pPr>
            <w:r w:rsidRPr="007D4B81">
              <w:rPr>
                <w:rFonts w:ascii="Cairo" w:hAnsi="Cairo" w:cs="Cairo"/>
                <w:b/>
                <w:bCs/>
                <w:sz w:val="24"/>
                <w:szCs w:val="24"/>
              </w:rPr>
              <w:t>8/31/2026</w:t>
            </w:r>
          </w:p>
        </w:tc>
      </w:tr>
      <w:tr w:rsidR="00886E2D" w:rsidRPr="007D4B81" w14:paraId="0C533ACE" w14:textId="77777777" w:rsidTr="00D922A3">
        <w:trPr>
          <w:trHeight w:val="457"/>
          <w:tblCellSpacing w:w="15" w:type="dxa"/>
        </w:trPr>
        <w:tc>
          <w:tcPr>
            <w:tcW w:w="773" w:type="dxa"/>
            <w:shd w:val="clear" w:color="auto" w:fill="E5DFEC" w:themeFill="accent4" w:themeFillTint="33"/>
            <w:vAlign w:val="center"/>
            <w:hideMark/>
          </w:tcPr>
          <w:p w14:paraId="74692BF7" w14:textId="27FB3869" w:rsidR="00886E2D" w:rsidRPr="007D4B81" w:rsidRDefault="00886E2D" w:rsidP="00886E2D">
            <w:pPr>
              <w:spacing w:after="0" w:line="240" w:lineRule="auto"/>
              <w:jc w:val="center"/>
              <w:rPr>
                <w:rFonts w:ascii="Cairo" w:eastAsia="Times New Roman" w:hAnsi="Cairo" w:cs="Cairo"/>
                <w:b/>
                <w:bCs/>
                <w:sz w:val="24"/>
                <w:szCs w:val="24"/>
                <w:lang w:val="en-GB" w:eastAsia="en-GB"/>
              </w:rPr>
            </w:pPr>
            <w:r w:rsidRPr="007D4B81">
              <w:rPr>
                <w:rFonts w:ascii="Cairo" w:eastAsia="Times New Roman" w:hAnsi="Cairo" w:cs="Cairo"/>
                <w:b/>
                <w:bCs/>
                <w:sz w:val="24"/>
                <w:szCs w:val="24"/>
                <w:lang w:val="en-GB" w:eastAsia="en-GB"/>
              </w:rPr>
              <w:t>4</w:t>
            </w:r>
          </w:p>
        </w:tc>
        <w:tc>
          <w:tcPr>
            <w:tcW w:w="7117" w:type="dxa"/>
            <w:shd w:val="clear" w:color="auto" w:fill="E5DFEC" w:themeFill="accent4" w:themeFillTint="33"/>
            <w:vAlign w:val="center"/>
          </w:tcPr>
          <w:p w14:paraId="01C89C7E" w14:textId="6A62AE9C" w:rsidR="00886E2D" w:rsidRPr="007D4B81" w:rsidRDefault="00886E2D" w:rsidP="00886E2D">
            <w:pPr>
              <w:spacing w:after="0" w:line="240" w:lineRule="auto"/>
              <w:rPr>
                <w:rFonts w:ascii="Cairo" w:eastAsia="Times New Roman" w:hAnsi="Cairo" w:cs="Cairo"/>
                <w:sz w:val="24"/>
                <w:szCs w:val="24"/>
                <w:lang w:val="en-GB" w:eastAsia="en-GB"/>
              </w:rPr>
            </w:pPr>
            <w:r w:rsidRPr="007D4B81">
              <w:rPr>
                <w:rFonts w:ascii="Cairo" w:eastAsia="Times New Roman" w:hAnsi="Cairo" w:cs="Cairo"/>
                <w:b/>
                <w:bCs/>
                <w:sz w:val="24"/>
                <w:szCs w:val="24"/>
                <w:lang w:val="en-GB" w:eastAsia="en-GB"/>
              </w:rPr>
              <w:t>Draft financial statements available for audit</w:t>
            </w:r>
          </w:p>
        </w:tc>
        <w:tc>
          <w:tcPr>
            <w:tcW w:w="2507" w:type="dxa"/>
            <w:shd w:val="clear" w:color="auto" w:fill="E5DFEC" w:themeFill="accent4" w:themeFillTint="33"/>
          </w:tcPr>
          <w:p w14:paraId="082847B2" w14:textId="0DBA9F53" w:rsidR="00886E2D" w:rsidRPr="007D4B81" w:rsidRDefault="00886E2D" w:rsidP="00886E2D">
            <w:pPr>
              <w:spacing w:after="0" w:line="240" w:lineRule="auto"/>
              <w:jc w:val="center"/>
              <w:rPr>
                <w:rFonts w:ascii="Cairo" w:eastAsia="Times New Roman" w:hAnsi="Cairo" w:cs="Cairo"/>
                <w:b/>
                <w:bCs/>
                <w:sz w:val="24"/>
                <w:szCs w:val="24"/>
                <w:lang w:val="en-GB" w:eastAsia="en-GB"/>
              </w:rPr>
            </w:pPr>
            <w:r w:rsidRPr="007D4B81">
              <w:rPr>
                <w:rFonts w:ascii="Cairo" w:hAnsi="Cairo" w:cs="Cairo"/>
                <w:b/>
                <w:bCs/>
                <w:sz w:val="24"/>
                <w:szCs w:val="24"/>
              </w:rPr>
              <w:t>05/15/2026</w:t>
            </w:r>
          </w:p>
        </w:tc>
      </w:tr>
      <w:tr w:rsidR="00886E2D" w:rsidRPr="007D4B81" w14:paraId="0A80D76B" w14:textId="77777777" w:rsidTr="00D922A3">
        <w:trPr>
          <w:trHeight w:val="915"/>
          <w:tblCellSpacing w:w="15" w:type="dxa"/>
        </w:trPr>
        <w:tc>
          <w:tcPr>
            <w:tcW w:w="773" w:type="dxa"/>
            <w:vAlign w:val="center"/>
            <w:hideMark/>
          </w:tcPr>
          <w:p w14:paraId="7003B1B6" w14:textId="5A374AA0" w:rsidR="00886E2D" w:rsidRPr="007D4B81" w:rsidRDefault="00886E2D" w:rsidP="00886E2D">
            <w:pPr>
              <w:spacing w:after="0" w:line="240" w:lineRule="auto"/>
              <w:jc w:val="center"/>
              <w:rPr>
                <w:rFonts w:ascii="Cairo" w:eastAsia="Times New Roman" w:hAnsi="Cairo" w:cs="Cairo"/>
                <w:b/>
                <w:bCs/>
                <w:sz w:val="24"/>
                <w:szCs w:val="24"/>
                <w:lang w:val="en-GB" w:eastAsia="en-GB"/>
              </w:rPr>
            </w:pPr>
            <w:r w:rsidRPr="007D4B81">
              <w:rPr>
                <w:rFonts w:ascii="Cairo" w:eastAsia="Times New Roman" w:hAnsi="Cairo" w:cs="Cairo"/>
                <w:b/>
                <w:bCs/>
                <w:sz w:val="24"/>
                <w:szCs w:val="24"/>
                <w:lang w:val="en-GB" w:eastAsia="en-GB"/>
              </w:rPr>
              <w:t>5</w:t>
            </w:r>
          </w:p>
        </w:tc>
        <w:tc>
          <w:tcPr>
            <w:tcW w:w="7117" w:type="dxa"/>
            <w:vAlign w:val="center"/>
            <w:hideMark/>
          </w:tcPr>
          <w:p w14:paraId="58C58F9A" w14:textId="77777777" w:rsidR="00886E2D" w:rsidRPr="007D4B81" w:rsidRDefault="00886E2D" w:rsidP="00886E2D">
            <w:pPr>
              <w:spacing w:after="0" w:line="240" w:lineRule="auto"/>
              <w:rPr>
                <w:rFonts w:ascii="Cairo" w:eastAsia="Times New Roman" w:hAnsi="Cairo" w:cs="Cairo"/>
                <w:sz w:val="24"/>
                <w:szCs w:val="24"/>
                <w:lang w:val="en-GB" w:eastAsia="en-GB"/>
              </w:rPr>
            </w:pPr>
            <w:r w:rsidRPr="007D4B81">
              <w:rPr>
                <w:rFonts w:ascii="Cairo" w:eastAsia="Times New Roman" w:hAnsi="Cairo" w:cs="Cairo"/>
                <w:b/>
                <w:bCs/>
                <w:sz w:val="24"/>
                <w:szCs w:val="24"/>
                <w:lang w:val="en-GB" w:eastAsia="en-GB"/>
              </w:rPr>
              <w:t>Auditors meet with the Audit &amp; Finance Committee to present audit findings</w:t>
            </w:r>
          </w:p>
        </w:tc>
        <w:tc>
          <w:tcPr>
            <w:tcW w:w="2507" w:type="dxa"/>
            <w:hideMark/>
          </w:tcPr>
          <w:p w14:paraId="2E22DCE4" w14:textId="607C07F9" w:rsidR="00886E2D" w:rsidRPr="007D4B81" w:rsidRDefault="00886E2D" w:rsidP="00886E2D">
            <w:pPr>
              <w:spacing w:after="0" w:line="240" w:lineRule="auto"/>
              <w:jc w:val="center"/>
              <w:rPr>
                <w:rFonts w:ascii="Cairo" w:eastAsia="Times New Roman" w:hAnsi="Cairo" w:cs="Cairo"/>
                <w:b/>
                <w:bCs/>
                <w:sz w:val="24"/>
                <w:szCs w:val="24"/>
                <w:lang w:val="en-GB" w:eastAsia="en-GB"/>
              </w:rPr>
            </w:pPr>
            <w:r w:rsidRPr="007D4B81">
              <w:rPr>
                <w:rFonts w:ascii="Cairo" w:hAnsi="Cairo" w:cs="Cairo"/>
                <w:b/>
                <w:bCs/>
                <w:sz w:val="24"/>
                <w:szCs w:val="24"/>
              </w:rPr>
              <w:t>9/30/2026</w:t>
            </w:r>
          </w:p>
        </w:tc>
      </w:tr>
      <w:tr w:rsidR="00886E2D" w:rsidRPr="007D4B81" w14:paraId="4D9213F4" w14:textId="77777777" w:rsidTr="00D922A3">
        <w:trPr>
          <w:trHeight w:val="915"/>
          <w:tblCellSpacing w:w="15" w:type="dxa"/>
        </w:trPr>
        <w:tc>
          <w:tcPr>
            <w:tcW w:w="773" w:type="dxa"/>
            <w:shd w:val="clear" w:color="auto" w:fill="E5DFEC" w:themeFill="accent4" w:themeFillTint="33"/>
            <w:vAlign w:val="center"/>
            <w:hideMark/>
          </w:tcPr>
          <w:p w14:paraId="0BD4ED61" w14:textId="4F2B7128" w:rsidR="00886E2D" w:rsidRPr="007D4B81" w:rsidRDefault="00886E2D" w:rsidP="00886E2D">
            <w:pPr>
              <w:spacing w:after="0" w:line="240" w:lineRule="auto"/>
              <w:jc w:val="center"/>
              <w:rPr>
                <w:rFonts w:ascii="Cairo" w:eastAsia="Times New Roman" w:hAnsi="Cairo" w:cs="Cairo"/>
                <w:b/>
                <w:bCs/>
                <w:sz w:val="24"/>
                <w:szCs w:val="24"/>
                <w:lang w:val="en-GB" w:eastAsia="en-GB"/>
              </w:rPr>
            </w:pPr>
            <w:r w:rsidRPr="007D4B81">
              <w:rPr>
                <w:rFonts w:ascii="Cairo" w:eastAsia="Times New Roman" w:hAnsi="Cairo" w:cs="Cairo"/>
                <w:b/>
                <w:bCs/>
                <w:sz w:val="24"/>
                <w:szCs w:val="24"/>
                <w:lang w:val="en-GB" w:eastAsia="en-GB"/>
              </w:rPr>
              <w:t>6</w:t>
            </w:r>
          </w:p>
        </w:tc>
        <w:tc>
          <w:tcPr>
            <w:tcW w:w="7117" w:type="dxa"/>
            <w:shd w:val="clear" w:color="auto" w:fill="E5DFEC" w:themeFill="accent4" w:themeFillTint="33"/>
            <w:vAlign w:val="center"/>
            <w:hideMark/>
          </w:tcPr>
          <w:p w14:paraId="02A35CFC" w14:textId="77777777" w:rsidR="00886E2D" w:rsidRPr="007D4B81" w:rsidRDefault="00886E2D" w:rsidP="00886E2D">
            <w:pPr>
              <w:spacing w:after="0" w:line="240" w:lineRule="auto"/>
              <w:rPr>
                <w:rFonts w:ascii="Cairo" w:eastAsia="Times New Roman" w:hAnsi="Cairo" w:cs="Cairo"/>
                <w:sz w:val="24"/>
                <w:szCs w:val="24"/>
                <w:lang w:val="en-GB" w:eastAsia="en-GB"/>
              </w:rPr>
            </w:pPr>
            <w:r w:rsidRPr="007D4B81">
              <w:rPr>
                <w:rFonts w:ascii="Cairo" w:eastAsia="Times New Roman" w:hAnsi="Cairo" w:cs="Cairo"/>
                <w:b/>
                <w:bCs/>
                <w:sz w:val="24"/>
                <w:szCs w:val="24"/>
                <w:lang w:val="en-GB" w:eastAsia="en-GB"/>
              </w:rPr>
              <w:t>Annual Report &amp; Financial Statements sign-off by Trustees &amp; Auditors</w:t>
            </w:r>
          </w:p>
        </w:tc>
        <w:tc>
          <w:tcPr>
            <w:tcW w:w="2507" w:type="dxa"/>
            <w:shd w:val="clear" w:color="auto" w:fill="E5DFEC" w:themeFill="accent4" w:themeFillTint="33"/>
            <w:hideMark/>
          </w:tcPr>
          <w:p w14:paraId="5032F29B" w14:textId="7F471AA9" w:rsidR="00886E2D" w:rsidRPr="007D4B81" w:rsidRDefault="00886E2D" w:rsidP="00886E2D">
            <w:pPr>
              <w:spacing w:after="0" w:line="240" w:lineRule="auto"/>
              <w:jc w:val="center"/>
              <w:rPr>
                <w:rFonts w:ascii="Cairo" w:eastAsia="Times New Roman" w:hAnsi="Cairo" w:cs="Cairo"/>
                <w:b/>
                <w:bCs/>
                <w:sz w:val="24"/>
                <w:szCs w:val="24"/>
                <w:lang w:val="en-GB" w:eastAsia="en-GB"/>
              </w:rPr>
            </w:pPr>
            <w:r w:rsidRPr="007D4B81">
              <w:rPr>
                <w:rFonts w:ascii="Cairo" w:hAnsi="Cairo" w:cs="Cairo"/>
                <w:b/>
                <w:bCs/>
                <w:sz w:val="24"/>
                <w:szCs w:val="24"/>
              </w:rPr>
              <w:t>10/16/2026</w:t>
            </w:r>
          </w:p>
        </w:tc>
      </w:tr>
    </w:tbl>
    <w:p w14:paraId="68638CED" w14:textId="77777777" w:rsidR="00B86102" w:rsidRPr="007D4B81" w:rsidRDefault="00B86102" w:rsidP="00B86102">
      <w:pPr>
        <w:spacing w:after="0" w:line="240" w:lineRule="auto"/>
        <w:rPr>
          <w:rFonts w:ascii="Cairo" w:hAnsi="Cairo" w:cs="Cairo"/>
          <w:lang w:val="en-GB"/>
        </w:rPr>
      </w:pPr>
    </w:p>
    <w:p w14:paraId="7A89107F" w14:textId="07EEDCDF" w:rsidR="00C67BC2" w:rsidRPr="007D4B81" w:rsidRDefault="00B86102" w:rsidP="000251C2">
      <w:pPr>
        <w:pStyle w:val="Heading1"/>
        <w:shd w:val="clear" w:color="auto" w:fill="7030A0"/>
        <w:rPr>
          <w:rFonts w:ascii="Cairo" w:hAnsi="Cairo" w:cs="Cairo"/>
          <w:color w:val="FFFFFF" w:themeColor="background1"/>
        </w:rPr>
      </w:pPr>
      <w:bookmarkStart w:id="5" w:name="_Toc225265349"/>
      <w:r w:rsidRPr="007D4B81">
        <w:rPr>
          <w:rFonts w:ascii="Cairo" w:hAnsi="Cairo" w:cs="Cairo"/>
          <w:color w:val="FFFFFF" w:themeColor="background1"/>
        </w:rPr>
        <w:t>6</w:t>
      </w:r>
      <w:r w:rsidR="009731FD" w:rsidRPr="007D4B81">
        <w:rPr>
          <w:rFonts w:ascii="Cairo" w:hAnsi="Cairo" w:cs="Cairo"/>
          <w:color w:val="FFFFFF" w:themeColor="background1"/>
        </w:rPr>
        <w:t>. Contract Duration</w:t>
      </w:r>
      <w:bookmarkEnd w:id="5"/>
    </w:p>
    <w:p w14:paraId="774ADAF5" w14:textId="77777777" w:rsidR="00C67BC2" w:rsidRPr="007D4B81" w:rsidRDefault="009731FD">
      <w:pPr>
        <w:rPr>
          <w:rFonts w:ascii="Cairo" w:hAnsi="Cairo" w:cs="Cairo"/>
        </w:rPr>
      </w:pPr>
      <w:r w:rsidRPr="007D4B81">
        <w:rPr>
          <w:rFonts w:ascii="Cairo" w:hAnsi="Cairo" w:cs="Cairo"/>
        </w:rPr>
        <w:t>Initial engagement: 3 years (annual audits)</w:t>
      </w:r>
      <w:r w:rsidRPr="007D4B81">
        <w:rPr>
          <w:rFonts w:ascii="Cairo" w:hAnsi="Cairo" w:cs="Cairo"/>
        </w:rPr>
        <w:br/>
        <w:t>Possible extension: Up to 2 additional years subject to satisfactory performance.</w:t>
      </w:r>
    </w:p>
    <w:p w14:paraId="0DBEEEE7" w14:textId="0D30CDB8" w:rsidR="00C67BC2" w:rsidRPr="007D4B81" w:rsidRDefault="00B86102" w:rsidP="000251C2">
      <w:pPr>
        <w:pStyle w:val="Heading1"/>
        <w:shd w:val="clear" w:color="auto" w:fill="7030A0"/>
        <w:rPr>
          <w:rFonts w:ascii="Cairo" w:hAnsi="Cairo" w:cs="Cairo"/>
          <w:color w:val="FFFFFF" w:themeColor="background1"/>
        </w:rPr>
      </w:pPr>
      <w:bookmarkStart w:id="6" w:name="_Toc225265350"/>
      <w:r w:rsidRPr="007D4B81">
        <w:rPr>
          <w:rFonts w:ascii="Cairo" w:hAnsi="Cairo" w:cs="Cairo"/>
          <w:color w:val="FFFFFF" w:themeColor="background1"/>
        </w:rPr>
        <w:lastRenderedPageBreak/>
        <w:t>7</w:t>
      </w:r>
      <w:r w:rsidR="009731FD" w:rsidRPr="007D4B81">
        <w:rPr>
          <w:rFonts w:ascii="Cairo" w:hAnsi="Cairo" w:cs="Cairo"/>
          <w:color w:val="FFFFFF" w:themeColor="background1"/>
        </w:rPr>
        <w:t>. Eligibility Requirements</w:t>
      </w:r>
      <w:bookmarkEnd w:id="6"/>
    </w:p>
    <w:p w14:paraId="56D5402E" w14:textId="77777777" w:rsidR="00550979" w:rsidRPr="007D4B81" w:rsidRDefault="00550979" w:rsidP="00550979">
      <w:pPr>
        <w:pStyle w:val="ListParagraph"/>
        <w:numPr>
          <w:ilvl w:val="0"/>
          <w:numId w:val="69"/>
        </w:numPr>
        <w:rPr>
          <w:rFonts w:ascii="Cairo" w:hAnsi="Cairo" w:cs="Cairo"/>
        </w:rPr>
      </w:pPr>
      <w:r w:rsidRPr="007D4B81">
        <w:rPr>
          <w:rFonts w:ascii="Cairo" w:hAnsi="Cairo" w:cs="Cairo"/>
        </w:rPr>
        <w:t>Licensed Certified Public Accounting (CPA) firm in the United States.</w:t>
      </w:r>
    </w:p>
    <w:p w14:paraId="4E0C0D89" w14:textId="77777777" w:rsidR="00550979" w:rsidRPr="007D4B81" w:rsidRDefault="00550979" w:rsidP="00550979">
      <w:pPr>
        <w:pStyle w:val="ListParagraph"/>
        <w:numPr>
          <w:ilvl w:val="0"/>
          <w:numId w:val="69"/>
        </w:numPr>
        <w:rPr>
          <w:rFonts w:ascii="Cairo" w:hAnsi="Cairo" w:cs="Cairo"/>
        </w:rPr>
      </w:pPr>
      <w:r w:rsidRPr="007D4B81">
        <w:rPr>
          <w:rFonts w:ascii="Cairo" w:hAnsi="Cairo" w:cs="Cairo"/>
        </w:rPr>
        <w:t>Registered with the Public Company Accounting Oversight Board (PCAOB) or relevant regulatory bodies if applicable.</w:t>
      </w:r>
    </w:p>
    <w:p w14:paraId="3F701F08" w14:textId="77777777" w:rsidR="00550979" w:rsidRPr="007D4B81" w:rsidRDefault="00550979" w:rsidP="00550979">
      <w:pPr>
        <w:pStyle w:val="ListParagraph"/>
        <w:numPr>
          <w:ilvl w:val="0"/>
          <w:numId w:val="69"/>
        </w:numPr>
        <w:rPr>
          <w:rFonts w:ascii="Cairo" w:hAnsi="Cairo" w:cs="Cairo"/>
        </w:rPr>
      </w:pPr>
      <w:r w:rsidRPr="007D4B81">
        <w:rPr>
          <w:rFonts w:ascii="Cairo" w:hAnsi="Cairo" w:cs="Cairo"/>
        </w:rPr>
        <w:t>Minimum 5–10 years of audit experience.</w:t>
      </w:r>
    </w:p>
    <w:p w14:paraId="4B633CB7" w14:textId="77777777" w:rsidR="00550979" w:rsidRPr="007D4B81" w:rsidRDefault="00550979" w:rsidP="00550979">
      <w:pPr>
        <w:pStyle w:val="ListParagraph"/>
        <w:numPr>
          <w:ilvl w:val="0"/>
          <w:numId w:val="69"/>
        </w:numPr>
        <w:rPr>
          <w:rFonts w:ascii="Cairo" w:hAnsi="Cairo" w:cs="Cairo"/>
        </w:rPr>
      </w:pPr>
      <w:r w:rsidRPr="007D4B81">
        <w:rPr>
          <w:rFonts w:ascii="Cairo" w:hAnsi="Cairo" w:cs="Cairo"/>
        </w:rPr>
        <w:t>Demonstrated expertise in nonprofit and INGO auditing.</w:t>
      </w:r>
    </w:p>
    <w:p w14:paraId="391D04E8" w14:textId="77777777" w:rsidR="00550979" w:rsidRPr="007D4B81" w:rsidRDefault="00550979" w:rsidP="00550979">
      <w:pPr>
        <w:pStyle w:val="ListParagraph"/>
        <w:numPr>
          <w:ilvl w:val="0"/>
          <w:numId w:val="69"/>
        </w:numPr>
        <w:rPr>
          <w:rFonts w:ascii="Cairo" w:hAnsi="Cairo" w:cs="Cairo"/>
        </w:rPr>
      </w:pPr>
      <w:r w:rsidRPr="007D4B81">
        <w:rPr>
          <w:rFonts w:ascii="Cairo" w:hAnsi="Cairo" w:cs="Cairo"/>
        </w:rPr>
        <w:t>Proven experience auditing organizations with international operations and multi-country programs.</w:t>
      </w:r>
    </w:p>
    <w:p w14:paraId="575B180C" w14:textId="4A5AEC5B" w:rsidR="00C67BC2" w:rsidRPr="007D4B81" w:rsidRDefault="00B86102" w:rsidP="000251C2">
      <w:pPr>
        <w:pStyle w:val="Heading1"/>
        <w:shd w:val="clear" w:color="auto" w:fill="7030A0"/>
        <w:rPr>
          <w:rFonts w:ascii="Cairo" w:hAnsi="Cairo" w:cs="Cairo"/>
          <w:color w:val="FFFFFF" w:themeColor="background1"/>
        </w:rPr>
      </w:pPr>
      <w:bookmarkStart w:id="7" w:name="_Toc225265351"/>
      <w:r w:rsidRPr="007D4B81">
        <w:rPr>
          <w:rFonts w:ascii="Cairo" w:hAnsi="Cairo" w:cs="Cairo"/>
          <w:color w:val="FFFFFF" w:themeColor="background1"/>
        </w:rPr>
        <w:t>8</w:t>
      </w:r>
      <w:r w:rsidR="009731FD" w:rsidRPr="007D4B81">
        <w:rPr>
          <w:rFonts w:ascii="Cairo" w:hAnsi="Cairo" w:cs="Cairo"/>
          <w:color w:val="FFFFFF" w:themeColor="background1"/>
        </w:rPr>
        <w:t>. Selection Criteria</w:t>
      </w:r>
      <w:bookmarkEnd w:id="7"/>
    </w:p>
    <w:p w14:paraId="5CB66B16" w14:textId="77777777" w:rsidR="00C67BC2" w:rsidRPr="007D4B81" w:rsidRDefault="009731FD">
      <w:pPr>
        <w:rPr>
          <w:rFonts w:ascii="Cairo" w:hAnsi="Cairo" w:cs="Cairo"/>
        </w:rPr>
      </w:pPr>
      <w:r w:rsidRPr="007D4B81">
        <w:rPr>
          <w:rFonts w:ascii="Cairo" w:hAnsi="Cairo" w:cs="Cairo"/>
        </w:rPr>
        <w:t>Proposals will be evaluated based on technical capability, nonprofit audit experience,</w:t>
      </w:r>
      <w:r w:rsidRPr="007D4B81">
        <w:rPr>
          <w:rFonts w:ascii="Cairo" w:hAnsi="Cairo" w:cs="Cairo"/>
        </w:rPr>
        <w:br/>
        <w:t>team qualifications, methodology, and financial competitiveness.</w:t>
      </w:r>
    </w:p>
    <w:p w14:paraId="3AF2931A" w14:textId="70ADA9E5" w:rsidR="00593243" w:rsidRPr="007D4B81" w:rsidRDefault="00593243" w:rsidP="00593243">
      <w:pPr>
        <w:pStyle w:val="Heading1"/>
        <w:rPr>
          <w:rFonts w:ascii="Cairo" w:hAnsi="Cairo" w:cs="Cairo"/>
        </w:rPr>
      </w:pPr>
      <w:bookmarkStart w:id="8" w:name="_Toc225265352"/>
      <w:r w:rsidRPr="007D4B81">
        <w:rPr>
          <w:rFonts w:ascii="Cairo" w:hAnsi="Cairo" w:cs="Cairo"/>
        </w:rPr>
        <w:t>Technical Evaluation Scoring Sheet</w:t>
      </w:r>
      <w:bookmarkEnd w:id="8"/>
    </w:p>
    <w:tbl>
      <w:tblPr>
        <w:tblW w:w="0" w:type="auto"/>
        <w:jc w:val="center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</w:tblBorders>
        <w:tblLook w:val="04A0" w:firstRow="1" w:lastRow="0" w:firstColumn="1" w:lastColumn="0" w:noHBand="0" w:noVBand="1"/>
      </w:tblPr>
      <w:tblGrid>
        <w:gridCol w:w="4678"/>
        <w:gridCol w:w="1559"/>
      </w:tblGrid>
      <w:tr w:rsidR="00593243" w:rsidRPr="007D4B81" w14:paraId="5E154F3A" w14:textId="77777777" w:rsidTr="00FA7D5B">
        <w:trPr>
          <w:trHeight w:val="454"/>
          <w:jc w:val="center"/>
        </w:trPr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7030A0"/>
            <w:vAlign w:val="center"/>
          </w:tcPr>
          <w:p w14:paraId="7769DCDD" w14:textId="77777777" w:rsidR="00593243" w:rsidRPr="007D4B81" w:rsidRDefault="00593243" w:rsidP="00C074FE">
            <w:pPr>
              <w:spacing w:after="120" w:line="240" w:lineRule="auto"/>
              <w:rPr>
                <w:rFonts w:ascii="Cairo" w:hAnsi="Cairo" w:cs="Cairo"/>
                <w:b/>
                <w:bCs/>
                <w:color w:val="FFFFFF" w:themeColor="background1"/>
              </w:rPr>
            </w:pPr>
            <w:r w:rsidRPr="007D4B81">
              <w:rPr>
                <w:rFonts w:ascii="Cairo" w:hAnsi="Cairo" w:cs="Cairo"/>
                <w:b/>
                <w:bCs/>
                <w:color w:val="FFFFFF" w:themeColor="background1"/>
              </w:rPr>
              <w:t>Criteria</w:t>
            </w:r>
          </w:p>
        </w:tc>
        <w:tc>
          <w:tcPr>
            <w:tcW w:w="1559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7030A0"/>
            <w:vAlign w:val="center"/>
          </w:tcPr>
          <w:p w14:paraId="334AF7E8" w14:textId="77777777" w:rsidR="00593243" w:rsidRPr="007D4B81" w:rsidRDefault="00593243" w:rsidP="00C074FE">
            <w:pPr>
              <w:spacing w:after="120" w:line="240" w:lineRule="auto"/>
              <w:jc w:val="center"/>
              <w:rPr>
                <w:rFonts w:ascii="Cairo" w:hAnsi="Cairo" w:cs="Cairo"/>
                <w:b/>
                <w:bCs/>
                <w:color w:val="FFFFFF" w:themeColor="background1"/>
              </w:rPr>
            </w:pPr>
            <w:r w:rsidRPr="007D4B81">
              <w:rPr>
                <w:rFonts w:ascii="Cairo" w:hAnsi="Cairo" w:cs="Cairo"/>
                <w:b/>
                <w:bCs/>
                <w:color w:val="FFFFFF" w:themeColor="background1"/>
              </w:rPr>
              <w:t>Weight (%)</w:t>
            </w:r>
          </w:p>
        </w:tc>
      </w:tr>
      <w:tr w:rsidR="00593243" w:rsidRPr="007D4B81" w14:paraId="0F6BD685" w14:textId="77777777" w:rsidTr="00FA7D5B">
        <w:trPr>
          <w:trHeight w:val="454"/>
          <w:jc w:val="center"/>
        </w:trPr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F4A548" w14:textId="77777777" w:rsidR="00593243" w:rsidRPr="007D4B81" w:rsidRDefault="00593243" w:rsidP="00593243">
            <w:pPr>
              <w:spacing w:after="0" w:line="240" w:lineRule="auto"/>
              <w:rPr>
                <w:rFonts w:ascii="Cairo" w:hAnsi="Cairo" w:cs="Cairo"/>
                <w:b/>
                <w:bCs/>
              </w:rPr>
            </w:pPr>
            <w:r w:rsidRPr="007D4B81">
              <w:rPr>
                <w:rFonts w:ascii="Cairo" w:hAnsi="Cairo" w:cs="Cairo"/>
                <w:b/>
                <w:bCs/>
              </w:rPr>
              <w:t>NGO Experience</w:t>
            </w:r>
          </w:p>
          <w:p w14:paraId="728D5D00" w14:textId="3477DAE3" w:rsidR="00593243" w:rsidRPr="007D4B81" w:rsidRDefault="00593243" w:rsidP="00593243">
            <w:pPr>
              <w:spacing w:after="0" w:line="240" w:lineRule="auto"/>
              <w:rPr>
                <w:rFonts w:ascii="Cairo" w:hAnsi="Cairo" w:cs="Cairo"/>
              </w:rPr>
            </w:pPr>
            <w:r w:rsidRPr="007D4B81">
              <w:rPr>
                <w:rFonts w:ascii="Cairo" w:hAnsi="Cairo" w:cs="Cairo"/>
              </w:rPr>
              <w:t>(Knowledge of nonprofit accounting standards &amp; Experience auditing INGOs of similar size)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35CFA6" w14:textId="29521C9D" w:rsidR="00593243" w:rsidRPr="007D4B81" w:rsidRDefault="00593243" w:rsidP="00C074FE">
            <w:pPr>
              <w:spacing w:after="120" w:line="240" w:lineRule="auto"/>
              <w:jc w:val="center"/>
              <w:rPr>
                <w:rFonts w:ascii="Cairo" w:hAnsi="Cairo" w:cs="Cairo"/>
                <w:b/>
                <w:bCs/>
              </w:rPr>
            </w:pPr>
            <w:r w:rsidRPr="007D4B81">
              <w:rPr>
                <w:rFonts w:ascii="Cairo" w:hAnsi="Cairo" w:cs="Cairo"/>
                <w:b/>
                <w:bCs/>
              </w:rPr>
              <w:t>30</w:t>
            </w:r>
            <w:r w:rsidR="00550979" w:rsidRPr="007D4B81">
              <w:rPr>
                <w:rFonts w:ascii="Cairo" w:hAnsi="Cairo" w:cs="Cairo"/>
                <w:b/>
                <w:bCs/>
              </w:rPr>
              <w:t>%</w:t>
            </w:r>
          </w:p>
        </w:tc>
      </w:tr>
      <w:tr w:rsidR="00593243" w:rsidRPr="007D4B81" w14:paraId="42062816" w14:textId="77777777" w:rsidTr="00FA7D5B">
        <w:trPr>
          <w:trHeight w:val="454"/>
          <w:jc w:val="center"/>
        </w:trPr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115D2C" w14:textId="77777777" w:rsidR="00593243" w:rsidRPr="007D4B81" w:rsidRDefault="00593243" w:rsidP="00C074FE">
            <w:pPr>
              <w:spacing w:after="120" w:line="240" w:lineRule="auto"/>
              <w:rPr>
                <w:rFonts w:ascii="Cairo" w:hAnsi="Cairo" w:cs="Cairo"/>
                <w:b/>
                <w:bCs/>
              </w:rPr>
            </w:pPr>
            <w:r w:rsidRPr="007D4B81">
              <w:rPr>
                <w:rFonts w:ascii="Cairo" w:hAnsi="Cairo" w:cs="Cairo"/>
                <w:b/>
                <w:bCs/>
              </w:rPr>
              <w:t>Audit methodology and technical approach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3024F2" w14:textId="5A631651" w:rsidR="00593243" w:rsidRPr="007D4B81" w:rsidRDefault="00593243" w:rsidP="00C074FE">
            <w:pPr>
              <w:spacing w:after="120" w:line="240" w:lineRule="auto"/>
              <w:jc w:val="center"/>
              <w:rPr>
                <w:rFonts w:ascii="Cairo" w:hAnsi="Cairo" w:cs="Cairo"/>
                <w:b/>
                <w:bCs/>
              </w:rPr>
            </w:pPr>
            <w:r w:rsidRPr="007D4B81">
              <w:rPr>
                <w:rFonts w:ascii="Cairo" w:hAnsi="Cairo" w:cs="Cairo"/>
                <w:b/>
                <w:bCs/>
              </w:rPr>
              <w:t>20</w:t>
            </w:r>
            <w:r w:rsidR="00550979" w:rsidRPr="007D4B81">
              <w:rPr>
                <w:rFonts w:ascii="Cairo" w:hAnsi="Cairo" w:cs="Cairo"/>
                <w:b/>
                <w:bCs/>
              </w:rPr>
              <w:t>%</w:t>
            </w:r>
          </w:p>
        </w:tc>
      </w:tr>
      <w:tr w:rsidR="00593243" w:rsidRPr="007D4B81" w14:paraId="5BC99236" w14:textId="77777777" w:rsidTr="00FA7D5B">
        <w:trPr>
          <w:trHeight w:val="454"/>
          <w:jc w:val="center"/>
        </w:trPr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3CBB79" w14:textId="77777777" w:rsidR="00593243" w:rsidRPr="007D4B81" w:rsidRDefault="00593243" w:rsidP="00C074FE">
            <w:pPr>
              <w:spacing w:after="120" w:line="240" w:lineRule="auto"/>
              <w:rPr>
                <w:rFonts w:ascii="Cairo" w:hAnsi="Cairo" w:cs="Cairo"/>
                <w:b/>
                <w:bCs/>
              </w:rPr>
            </w:pPr>
            <w:r w:rsidRPr="007D4B81">
              <w:rPr>
                <w:rFonts w:ascii="Cairo" w:hAnsi="Cairo" w:cs="Cairo"/>
                <w:b/>
                <w:bCs/>
              </w:rPr>
              <w:t>Qualifications of audit team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F0BE84" w14:textId="265C078E" w:rsidR="00593243" w:rsidRPr="007D4B81" w:rsidRDefault="00593243" w:rsidP="00C074FE">
            <w:pPr>
              <w:spacing w:after="120" w:line="240" w:lineRule="auto"/>
              <w:jc w:val="center"/>
              <w:rPr>
                <w:rFonts w:ascii="Cairo" w:hAnsi="Cairo" w:cs="Cairo"/>
                <w:b/>
                <w:bCs/>
              </w:rPr>
            </w:pPr>
            <w:r w:rsidRPr="007D4B81">
              <w:rPr>
                <w:rFonts w:ascii="Cairo" w:hAnsi="Cairo" w:cs="Cairo"/>
                <w:b/>
                <w:bCs/>
              </w:rPr>
              <w:t>15</w:t>
            </w:r>
            <w:r w:rsidR="00550979" w:rsidRPr="007D4B81">
              <w:rPr>
                <w:rFonts w:ascii="Cairo" w:hAnsi="Cairo" w:cs="Cairo"/>
                <w:b/>
                <w:bCs/>
              </w:rPr>
              <w:t>%</w:t>
            </w:r>
          </w:p>
        </w:tc>
      </w:tr>
      <w:tr w:rsidR="00593243" w:rsidRPr="007D4B81" w14:paraId="59F8E10A" w14:textId="77777777" w:rsidTr="00FA7D5B">
        <w:trPr>
          <w:trHeight w:val="454"/>
          <w:jc w:val="center"/>
        </w:trPr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859057" w14:textId="77777777" w:rsidR="00593243" w:rsidRPr="007D4B81" w:rsidRDefault="00593243" w:rsidP="00C074FE">
            <w:pPr>
              <w:spacing w:after="120" w:line="240" w:lineRule="auto"/>
              <w:rPr>
                <w:rFonts w:ascii="Cairo" w:hAnsi="Cairo" w:cs="Cairo"/>
                <w:b/>
                <w:bCs/>
              </w:rPr>
            </w:pPr>
            <w:r w:rsidRPr="007D4B81">
              <w:rPr>
                <w:rFonts w:ascii="Cairo" w:hAnsi="Cairo" w:cs="Cairo"/>
                <w:b/>
                <w:bCs/>
              </w:rPr>
              <w:t>Cost competitiveness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FF15EC" w14:textId="339A9C2B" w:rsidR="00593243" w:rsidRPr="007D4B81" w:rsidRDefault="00593243" w:rsidP="00C074FE">
            <w:pPr>
              <w:spacing w:after="120" w:line="240" w:lineRule="auto"/>
              <w:jc w:val="center"/>
              <w:rPr>
                <w:rFonts w:ascii="Cairo" w:hAnsi="Cairo" w:cs="Cairo"/>
                <w:b/>
                <w:bCs/>
              </w:rPr>
            </w:pPr>
            <w:r w:rsidRPr="007D4B81">
              <w:rPr>
                <w:rFonts w:ascii="Cairo" w:hAnsi="Cairo" w:cs="Cairo"/>
                <w:b/>
                <w:bCs/>
              </w:rPr>
              <w:t>30</w:t>
            </w:r>
            <w:r w:rsidR="00550979" w:rsidRPr="007D4B81">
              <w:rPr>
                <w:rFonts w:ascii="Cairo" w:hAnsi="Cairo" w:cs="Cairo"/>
                <w:b/>
                <w:bCs/>
              </w:rPr>
              <w:t>%</w:t>
            </w:r>
          </w:p>
        </w:tc>
      </w:tr>
      <w:tr w:rsidR="00593243" w:rsidRPr="007D4B81" w14:paraId="5B14B562" w14:textId="77777777" w:rsidTr="00FA7D5B">
        <w:trPr>
          <w:trHeight w:val="454"/>
          <w:jc w:val="center"/>
        </w:trPr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DE2276" w14:textId="77777777" w:rsidR="00593243" w:rsidRPr="007D4B81" w:rsidRDefault="00593243" w:rsidP="00C074FE">
            <w:pPr>
              <w:spacing w:after="120" w:line="240" w:lineRule="auto"/>
              <w:rPr>
                <w:rFonts w:ascii="Cairo" w:hAnsi="Cairo" w:cs="Cairo"/>
                <w:b/>
                <w:bCs/>
              </w:rPr>
            </w:pPr>
            <w:r w:rsidRPr="007D4B81">
              <w:rPr>
                <w:rFonts w:ascii="Cairo" w:hAnsi="Cairo" w:cs="Cairo"/>
                <w:b/>
                <w:bCs/>
              </w:rPr>
              <w:t>References and past performance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DCDCF0" w14:textId="4D65DF55" w:rsidR="00593243" w:rsidRPr="007D4B81" w:rsidRDefault="00593243" w:rsidP="00C074FE">
            <w:pPr>
              <w:spacing w:after="120" w:line="240" w:lineRule="auto"/>
              <w:jc w:val="center"/>
              <w:rPr>
                <w:rFonts w:ascii="Cairo" w:hAnsi="Cairo" w:cs="Cairo"/>
                <w:b/>
                <w:bCs/>
              </w:rPr>
            </w:pPr>
            <w:r w:rsidRPr="007D4B81">
              <w:rPr>
                <w:rFonts w:ascii="Cairo" w:hAnsi="Cairo" w:cs="Cairo"/>
                <w:b/>
                <w:bCs/>
              </w:rPr>
              <w:t>5</w:t>
            </w:r>
            <w:r w:rsidR="00550979" w:rsidRPr="007D4B81">
              <w:rPr>
                <w:rFonts w:ascii="Cairo" w:hAnsi="Cairo" w:cs="Cairo"/>
                <w:b/>
                <w:bCs/>
              </w:rPr>
              <w:t>%</w:t>
            </w:r>
          </w:p>
        </w:tc>
      </w:tr>
    </w:tbl>
    <w:p w14:paraId="5B9692C2" w14:textId="77777777" w:rsidR="00550979" w:rsidRPr="007D4B81" w:rsidRDefault="00550979">
      <w:pPr>
        <w:rPr>
          <w:rFonts w:ascii="Cairo" w:hAnsi="Cairo" w:cs="Cairo"/>
        </w:rPr>
      </w:pPr>
    </w:p>
    <w:p w14:paraId="1D0EC5BB" w14:textId="05ECD430" w:rsidR="00550979" w:rsidRPr="007D4B81" w:rsidRDefault="00550979">
      <w:pPr>
        <w:rPr>
          <w:rFonts w:ascii="Cairo" w:hAnsi="Cairo" w:cs="Cairo"/>
        </w:rPr>
      </w:pPr>
      <w:r w:rsidRPr="007D4B81">
        <w:rPr>
          <w:rFonts w:ascii="Cairo" w:hAnsi="Cairo" w:cs="Cairo"/>
        </w:rPr>
        <w:t>Shortlisted Firms will be select</w:t>
      </w:r>
      <w:r w:rsidR="0031106A" w:rsidRPr="007D4B81">
        <w:rPr>
          <w:rFonts w:ascii="Cairo" w:hAnsi="Cairo" w:cs="Cairo"/>
        </w:rPr>
        <w:t>ed</w:t>
      </w:r>
      <w:r w:rsidRPr="007D4B81">
        <w:rPr>
          <w:rFonts w:ascii="Cairo" w:hAnsi="Cairo" w:cs="Cairo"/>
        </w:rPr>
        <w:t xml:space="preserve"> for a second stage interview where a meeting will take place to go through their proposals and a Q&amp;A session.</w:t>
      </w:r>
    </w:p>
    <w:p w14:paraId="5D3705F4" w14:textId="601E4CBF" w:rsidR="00C67BC2" w:rsidRPr="007D4B81" w:rsidRDefault="00B86102" w:rsidP="000251C2">
      <w:pPr>
        <w:pStyle w:val="Heading1"/>
        <w:shd w:val="clear" w:color="auto" w:fill="7030A0"/>
        <w:rPr>
          <w:rFonts w:ascii="Cairo" w:hAnsi="Cairo" w:cs="Cairo"/>
          <w:color w:val="FFFFFF" w:themeColor="background1"/>
        </w:rPr>
      </w:pPr>
      <w:bookmarkStart w:id="9" w:name="_Toc225265353"/>
      <w:r w:rsidRPr="007D4B81">
        <w:rPr>
          <w:rFonts w:ascii="Cairo" w:hAnsi="Cairo" w:cs="Cairo"/>
          <w:color w:val="FFFFFF" w:themeColor="background1"/>
        </w:rPr>
        <w:lastRenderedPageBreak/>
        <w:t>9</w:t>
      </w:r>
      <w:r w:rsidR="009731FD" w:rsidRPr="007D4B81">
        <w:rPr>
          <w:rFonts w:ascii="Cairo" w:hAnsi="Cairo" w:cs="Cairo"/>
          <w:color w:val="FFFFFF" w:themeColor="background1"/>
        </w:rPr>
        <w:t>. Proposal Submission</w:t>
      </w:r>
      <w:bookmarkEnd w:id="9"/>
    </w:p>
    <w:p w14:paraId="5A3B1ADB" w14:textId="03EEA6FF" w:rsidR="00B86102" w:rsidRPr="007D4B81" w:rsidRDefault="009731FD" w:rsidP="00B86102">
      <w:pPr>
        <w:rPr>
          <w:rFonts w:ascii="Cairo" w:hAnsi="Cairo" w:cs="Cairo"/>
        </w:rPr>
      </w:pPr>
      <w:r w:rsidRPr="007D4B81">
        <w:rPr>
          <w:rFonts w:ascii="Cairo" w:hAnsi="Cairo" w:cs="Cairo"/>
        </w:rPr>
        <w:t>Bidders must submit</w:t>
      </w:r>
      <w:r w:rsidR="00B86102" w:rsidRPr="007D4B81">
        <w:rPr>
          <w:rFonts w:ascii="Cairo" w:hAnsi="Cairo" w:cs="Cairo"/>
        </w:rPr>
        <w:t xml:space="preserve"> the following 5 elements</w:t>
      </w:r>
      <w:r w:rsidRPr="007D4B81">
        <w:rPr>
          <w:rFonts w:ascii="Cairo" w:hAnsi="Cairo" w:cs="Cairo"/>
        </w:rPr>
        <w:t>:</w:t>
      </w:r>
    </w:p>
    <w:p w14:paraId="13002646" w14:textId="77777777" w:rsidR="00B86102" w:rsidRPr="007D4B81" w:rsidRDefault="009731FD" w:rsidP="00B86102">
      <w:pPr>
        <w:pStyle w:val="ListParagraph"/>
        <w:numPr>
          <w:ilvl w:val="0"/>
          <w:numId w:val="66"/>
        </w:numPr>
        <w:rPr>
          <w:rFonts w:ascii="Cairo" w:hAnsi="Cairo" w:cs="Cairo"/>
        </w:rPr>
      </w:pPr>
      <w:r w:rsidRPr="007D4B81">
        <w:rPr>
          <w:rFonts w:ascii="Cairo" w:hAnsi="Cairo" w:cs="Cairo"/>
        </w:rPr>
        <w:t>Technical Proposal</w:t>
      </w:r>
    </w:p>
    <w:p w14:paraId="4C0B8644" w14:textId="77777777" w:rsidR="00B86102" w:rsidRPr="007D4B81" w:rsidRDefault="009731FD" w:rsidP="00B86102">
      <w:pPr>
        <w:pStyle w:val="ListParagraph"/>
        <w:numPr>
          <w:ilvl w:val="0"/>
          <w:numId w:val="66"/>
        </w:numPr>
        <w:rPr>
          <w:rFonts w:ascii="Cairo" w:hAnsi="Cairo" w:cs="Cairo"/>
        </w:rPr>
      </w:pPr>
      <w:r w:rsidRPr="007D4B81">
        <w:rPr>
          <w:rFonts w:ascii="Cairo" w:hAnsi="Cairo" w:cs="Cairo"/>
        </w:rPr>
        <w:t>Financial Proposal</w:t>
      </w:r>
    </w:p>
    <w:p w14:paraId="64D4033A" w14:textId="77777777" w:rsidR="00B86102" w:rsidRPr="007D4B81" w:rsidRDefault="009731FD" w:rsidP="00B86102">
      <w:pPr>
        <w:pStyle w:val="ListParagraph"/>
        <w:numPr>
          <w:ilvl w:val="0"/>
          <w:numId w:val="66"/>
        </w:numPr>
        <w:rPr>
          <w:rFonts w:ascii="Cairo" w:hAnsi="Cairo" w:cs="Cairo"/>
        </w:rPr>
      </w:pPr>
      <w:r w:rsidRPr="007D4B81">
        <w:rPr>
          <w:rFonts w:ascii="Cairo" w:hAnsi="Cairo" w:cs="Cairo"/>
        </w:rPr>
        <w:t>Firm profile and references</w:t>
      </w:r>
    </w:p>
    <w:p w14:paraId="042B5B51" w14:textId="77777777" w:rsidR="00B86102" w:rsidRPr="007D4B81" w:rsidRDefault="009731FD" w:rsidP="00B86102">
      <w:pPr>
        <w:pStyle w:val="ListParagraph"/>
        <w:numPr>
          <w:ilvl w:val="0"/>
          <w:numId w:val="66"/>
        </w:numPr>
        <w:rPr>
          <w:rFonts w:ascii="Cairo" w:hAnsi="Cairo" w:cs="Cairo"/>
        </w:rPr>
      </w:pPr>
      <w:r w:rsidRPr="007D4B81">
        <w:rPr>
          <w:rFonts w:ascii="Cairo" w:hAnsi="Cairo" w:cs="Cairo"/>
        </w:rPr>
        <w:t>Audit methodology</w:t>
      </w:r>
    </w:p>
    <w:p w14:paraId="22EC4F1D" w14:textId="019D21EE" w:rsidR="00C67BC2" w:rsidRPr="007D4B81" w:rsidRDefault="009731FD" w:rsidP="00B86102">
      <w:pPr>
        <w:pStyle w:val="ListParagraph"/>
        <w:numPr>
          <w:ilvl w:val="0"/>
          <w:numId w:val="66"/>
        </w:numPr>
        <w:rPr>
          <w:rFonts w:ascii="Cairo" w:hAnsi="Cairo" w:cs="Cairo"/>
        </w:rPr>
      </w:pPr>
      <w:r w:rsidRPr="007D4B81">
        <w:rPr>
          <w:rFonts w:ascii="Cairo" w:hAnsi="Cairo" w:cs="Cairo"/>
        </w:rPr>
        <w:t>Proposed audit team</w:t>
      </w:r>
    </w:p>
    <w:p w14:paraId="445AAA8F" w14:textId="2A8C227A" w:rsidR="00B86102" w:rsidRPr="007D4B81" w:rsidRDefault="00B86102">
      <w:pPr>
        <w:rPr>
          <w:rFonts w:ascii="Cairo" w:hAnsi="Cairo" w:cs="Cairo"/>
        </w:rPr>
      </w:pPr>
      <w:r w:rsidRPr="007D4B81">
        <w:rPr>
          <w:rFonts w:ascii="Cairo" w:hAnsi="Cairo" w:cs="Cairo"/>
        </w:rPr>
        <w:t>Here is a breakdown of those 5 elements:</w:t>
      </w:r>
    </w:p>
    <w:p w14:paraId="2A437A30" w14:textId="2DDC42E5" w:rsidR="00B86102" w:rsidRPr="007D4B81" w:rsidRDefault="00B86102" w:rsidP="00B86102">
      <w:pPr>
        <w:spacing w:after="0" w:line="240" w:lineRule="auto"/>
        <w:rPr>
          <w:rFonts w:ascii="Cairo" w:hAnsi="Cairo" w:cs="Cairo"/>
          <w:b/>
          <w:bCs/>
          <w:lang w:val="en-GB"/>
        </w:rPr>
      </w:pPr>
      <w:r w:rsidRPr="007D4B81">
        <w:rPr>
          <w:rFonts w:ascii="Cairo" w:hAnsi="Cairo" w:cs="Cairo"/>
          <w:b/>
          <w:bCs/>
          <w:lang w:val="en-GB"/>
        </w:rPr>
        <w:t>9.1 Firm Profile</w:t>
      </w:r>
    </w:p>
    <w:p w14:paraId="79B35A0D" w14:textId="77777777" w:rsidR="00B86102" w:rsidRPr="007D4B81" w:rsidRDefault="00B86102" w:rsidP="00B86102">
      <w:pPr>
        <w:numPr>
          <w:ilvl w:val="0"/>
          <w:numId w:val="19"/>
        </w:numPr>
        <w:spacing w:after="0" w:line="240" w:lineRule="auto"/>
        <w:rPr>
          <w:rFonts w:ascii="Cairo" w:hAnsi="Cairo" w:cs="Cairo"/>
          <w:lang w:val="en-GB"/>
        </w:rPr>
      </w:pPr>
      <w:r w:rsidRPr="007D4B81">
        <w:rPr>
          <w:rFonts w:ascii="Cairo" w:hAnsi="Cairo" w:cs="Cairo"/>
          <w:lang w:val="en-GB"/>
        </w:rPr>
        <w:t>Legal name and registration</w:t>
      </w:r>
    </w:p>
    <w:p w14:paraId="7092A406" w14:textId="77777777" w:rsidR="00B86102" w:rsidRPr="007D4B81" w:rsidRDefault="00B86102" w:rsidP="00B86102">
      <w:pPr>
        <w:numPr>
          <w:ilvl w:val="0"/>
          <w:numId w:val="19"/>
        </w:numPr>
        <w:spacing w:after="0" w:line="240" w:lineRule="auto"/>
        <w:rPr>
          <w:rFonts w:ascii="Cairo" w:hAnsi="Cairo" w:cs="Cairo"/>
          <w:lang w:val="en-GB"/>
        </w:rPr>
      </w:pPr>
      <w:r w:rsidRPr="007D4B81">
        <w:rPr>
          <w:rFonts w:ascii="Cairo" w:hAnsi="Cairo" w:cs="Cairo"/>
          <w:lang w:val="en-GB"/>
        </w:rPr>
        <w:t>Office locations</w:t>
      </w:r>
    </w:p>
    <w:p w14:paraId="44AB6B65" w14:textId="77777777" w:rsidR="00B86102" w:rsidRPr="007D4B81" w:rsidRDefault="00B86102" w:rsidP="00B86102">
      <w:pPr>
        <w:numPr>
          <w:ilvl w:val="0"/>
          <w:numId w:val="19"/>
        </w:numPr>
        <w:spacing w:after="0" w:line="240" w:lineRule="auto"/>
        <w:rPr>
          <w:rFonts w:ascii="Cairo" w:hAnsi="Cairo" w:cs="Cairo"/>
          <w:lang w:val="en-GB"/>
        </w:rPr>
      </w:pPr>
      <w:r w:rsidRPr="007D4B81">
        <w:rPr>
          <w:rFonts w:ascii="Cairo" w:hAnsi="Cairo" w:cs="Cairo"/>
          <w:lang w:val="en-GB"/>
        </w:rPr>
        <w:t>Years of operation</w:t>
      </w:r>
    </w:p>
    <w:p w14:paraId="7F43ED36" w14:textId="77777777" w:rsidR="00B86102" w:rsidRPr="007D4B81" w:rsidRDefault="00B86102" w:rsidP="00B86102">
      <w:pPr>
        <w:numPr>
          <w:ilvl w:val="0"/>
          <w:numId w:val="19"/>
        </w:numPr>
        <w:spacing w:after="0" w:line="240" w:lineRule="auto"/>
        <w:rPr>
          <w:rFonts w:ascii="Cairo" w:hAnsi="Cairo" w:cs="Cairo"/>
          <w:lang w:val="en-GB"/>
        </w:rPr>
      </w:pPr>
      <w:r w:rsidRPr="007D4B81">
        <w:rPr>
          <w:rFonts w:ascii="Cairo" w:hAnsi="Cairo" w:cs="Cairo"/>
          <w:lang w:val="en-GB"/>
        </w:rPr>
        <w:t>Organizational structure</w:t>
      </w:r>
    </w:p>
    <w:p w14:paraId="4C1C8A45" w14:textId="77777777" w:rsidR="00B86102" w:rsidRPr="007D4B81" w:rsidRDefault="00B86102" w:rsidP="00B86102">
      <w:pPr>
        <w:spacing w:after="0" w:line="240" w:lineRule="auto"/>
        <w:rPr>
          <w:rFonts w:ascii="Cairo" w:hAnsi="Cairo" w:cs="Cairo"/>
          <w:b/>
          <w:bCs/>
          <w:lang w:val="en-GB"/>
        </w:rPr>
      </w:pPr>
    </w:p>
    <w:p w14:paraId="6BF0238E" w14:textId="5687893C" w:rsidR="00B86102" w:rsidRPr="007D4B81" w:rsidRDefault="00B86102" w:rsidP="00B86102">
      <w:pPr>
        <w:spacing w:after="0" w:line="240" w:lineRule="auto"/>
        <w:rPr>
          <w:rFonts w:ascii="Cairo" w:hAnsi="Cairo" w:cs="Cairo"/>
          <w:b/>
          <w:bCs/>
          <w:lang w:val="en-GB"/>
        </w:rPr>
      </w:pPr>
      <w:r w:rsidRPr="007D4B81">
        <w:rPr>
          <w:rFonts w:ascii="Cairo" w:hAnsi="Cairo" w:cs="Cairo"/>
          <w:b/>
          <w:bCs/>
          <w:lang w:val="en-GB"/>
        </w:rPr>
        <w:t>9.2 Relevant Experience</w:t>
      </w:r>
    </w:p>
    <w:p w14:paraId="7690F100" w14:textId="77777777" w:rsidR="00B86102" w:rsidRPr="007D4B81" w:rsidRDefault="00B86102" w:rsidP="00B86102">
      <w:pPr>
        <w:spacing w:after="0" w:line="240" w:lineRule="auto"/>
        <w:rPr>
          <w:rFonts w:ascii="Cairo" w:hAnsi="Cairo" w:cs="Cairo"/>
          <w:lang w:val="en-GB"/>
        </w:rPr>
      </w:pPr>
      <w:r w:rsidRPr="007D4B81">
        <w:rPr>
          <w:rFonts w:ascii="Cairo" w:hAnsi="Cairo" w:cs="Cairo"/>
          <w:lang w:val="en-GB"/>
        </w:rPr>
        <w:t>Provide examples of:</w:t>
      </w:r>
    </w:p>
    <w:p w14:paraId="317A74ED" w14:textId="77777777" w:rsidR="00B86102" w:rsidRPr="007D4B81" w:rsidRDefault="00B86102" w:rsidP="00B86102">
      <w:pPr>
        <w:numPr>
          <w:ilvl w:val="0"/>
          <w:numId w:val="20"/>
        </w:numPr>
        <w:spacing w:after="0" w:line="240" w:lineRule="auto"/>
        <w:rPr>
          <w:rFonts w:ascii="Cairo" w:hAnsi="Cairo" w:cs="Cairo"/>
          <w:lang w:val="en-GB"/>
        </w:rPr>
      </w:pPr>
      <w:r w:rsidRPr="007D4B81">
        <w:rPr>
          <w:rFonts w:ascii="Cairo" w:hAnsi="Cairo" w:cs="Cairo"/>
          <w:lang w:val="en-GB"/>
        </w:rPr>
        <w:t xml:space="preserve">Audits conducted for </w:t>
      </w:r>
      <w:r w:rsidRPr="007D4B81">
        <w:rPr>
          <w:rFonts w:ascii="Cairo" w:hAnsi="Cairo" w:cs="Cairo"/>
          <w:b/>
          <w:bCs/>
          <w:lang w:val="en-GB"/>
        </w:rPr>
        <w:t>INGOs or international nonprofits</w:t>
      </w:r>
    </w:p>
    <w:p w14:paraId="41E47F8A" w14:textId="77777777" w:rsidR="00B86102" w:rsidRPr="007D4B81" w:rsidRDefault="00B86102" w:rsidP="00B86102">
      <w:pPr>
        <w:numPr>
          <w:ilvl w:val="0"/>
          <w:numId w:val="20"/>
        </w:numPr>
        <w:spacing w:after="0" w:line="240" w:lineRule="auto"/>
        <w:rPr>
          <w:rFonts w:ascii="Cairo" w:hAnsi="Cairo" w:cs="Cairo"/>
          <w:lang w:val="en-GB"/>
        </w:rPr>
      </w:pPr>
      <w:r w:rsidRPr="007D4B81">
        <w:rPr>
          <w:rFonts w:ascii="Cairo" w:hAnsi="Cairo" w:cs="Cairo"/>
          <w:lang w:val="en-GB"/>
        </w:rPr>
        <w:t xml:space="preserve">Audits of organizations with </w:t>
      </w:r>
      <w:r w:rsidRPr="007D4B81">
        <w:rPr>
          <w:rFonts w:ascii="Cairo" w:hAnsi="Cairo" w:cs="Cairo"/>
          <w:b/>
          <w:bCs/>
          <w:lang w:val="en-GB"/>
        </w:rPr>
        <w:t>multi-country operations</w:t>
      </w:r>
    </w:p>
    <w:p w14:paraId="75FDA9FF" w14:textId="77777777" w:rsidR="00B86102" w:rsidRPr="007D4B81" w:rsidRDefault="00B86102" w:rsidP="00B86102">
      <w:pPr>
        <w:numPr>
          <w:ilvl w:val="0"/>
          <w:numId w:val="20"/>
        </w:numPr>
        <w:spacing w:after="0" w:line="240" w:lineRule="auto"/>
        <w:rPr>
          <w:rFonts w:ascii="Cairo" w:hAnsi="Cairo" w:cs="Cairo"/>
          <w:lang w:val="en-GB"/>
        </w:rPr>
      </w:pPr>
      <w:r w:rsidRPr="007D4B81">
        <w:rPr>
          <w:rFonts w:ascii="Cairo" w:hAnsi="Cairo" w:cs="Cairo"/>
          <w:lang w:val="en-GB"/>
        </w:rPr>
        <w:t>References from nonprofit clients</w:t>
      </w:r>
    </w:p>
    <w:p w14:paraId="2DD58227" w14:textId="77777777" w:rsidR="00B86102" w:rsidRPr="007D4B81" w:rsidRDefault="00B86102" w:rsidP="00B86102">
      <w:pPr>
        <w:spacing w:after="0" w:line="240" w:lineRule="auto"/>
        <w:rPr>
          <w:rFonts w:ascii="Cairo" w:hAnsi="Cairo" w:cs="Cairo"/>
          <w:b/>
          <w:bCs/>
          <w:lang w:val="en-GB"/>
        </w:rPr>
      </w:pPr>
    </w:p>
    <w:p w14:paraId="1F6F85D0" w14:textId="696555AD" w:rsidR="00B86102" w:rsidRPr="007D4B81" w:rsidRDefault="00B86102" w:rsidP="00B86102">
      <w:pPr>
        <w:spacing w:after="0" w:line="240" w:lineRule="auto"/>
        <w:rPr>
          <w:rFonts w:ascii="Cairo" w:hAnsi="Cairo" w:cs="Cairo"/>
          <w:b/>
          <w:bCs/>
          <w:lang w:val="en-GB"/>
        </w:rPr>
      </w:pPr>
      <w:r w:rsidRPr="007D4B81">
        <w:rPr>
          <w:rFonts w:ascii="Cairo" w:hAnsi="Cairo" w:cs="Cairo"/>
          <w:b/>
          <w:bCs/>
          <w:lang w:val="en-GB"/>
        </w:rPr>
        <w:t>9.3 Audit Methodology</w:t>
      </w:r>
    </w:p>
    <w:p w14:paraId="146D3EE1" w14:textId="77777777" w:rsidR="00B86102" w:rsidRPr="007D4B81" w:rsidRDefault="00B86102" w:rsidP="00B86102">
      <w:pPr>
        <w:spacing w:after="0" w:line="240" w:lineRule="auto"/>
        <w:rPr>
          <w:rFonts w:ascii="Cairo" w:hAnsi="Cairo" w:cs="Cairo"/>
          <w:lang w:val="en-GB"/>
        </w:rPr>
      </w:pPr>
      <w:r w:rsidRPr="007D4B81">
        <w:rPr>
          <w:rFonts w:ascii="Cairo" w:hAnsi="Cairo" w:cs="Cairo"/>
          <w:lang w:val="en-GB"/>
        </w:rPr>
        <w:t>Explain:</w:t>
      </w:r>
    </w:p>
    <w:p w14:paraId="3E11E7B3" w14:textId="77777777" w:rsidR="00B86102" w:rsidRPr="007D4B81" w:rsidRDefault="00B86102" w:rsidP="00B86102">
      <w:pPr>
        <w:numPr>
          <w:ilvl w:val="0"/>
          <w:numId w:val="21"/>
        </w:numPr>
        <w:spacing w:after="0" w:line="240" w:lineRule="auto"/>
        <w:rPr>
          <w:rFonts w:ascii="Cairo" w:hAnsi="Cairo" w:cs="Cairo"/>
          <w:lang w:val="en-GB"/>
        </w:rPr>
      </w:pPr>
      <w:r w:rsidRPr="007D4B81">
        <w:rPr>
          <w:rFonts w:ascii="Cairo" w:hAnsi="Cairo" w:cs="Cairo"/>
          <w:lang w:val="en-GB"/>
        </w:rPr>
        <w:t>Audit approach</w:t>
      </w:r>
    </w:p>
    <w:p w14:paraId="4FF28D13" w14:textId="77777777" w:rsidR="00B86102" w:rsidRPr="007D4B81" w:rsidRDefault="00B86102" w:rsidP="00B86102">
      <w:pPr>
        <w:numPr>
          <w:ilvl w:val="0"/>
          <w:numId w:val="21"/>
        </w:numPr>
        <w:spacing w:after="0" w:line="240" w:lineRule="auto"/>
        <w:rPr>
          <w:rFonts w:ascii="Cairo" w:hAnsi="Cairo" w:cs="Cairo"/>
          <w:lang w:val="en-GB"/>
        </w:rPr>
      </w:pPr>
      <w:r w:rsidRPr="007D4B81">
        <w:rPr>
          <w:rFonts w:ascii="Cairo" w:hAnsi="Cairo" w:cs="Cairo"/>
          <w:lang w:val="en-GB"/>
        </w:rPr>
        <w:t>Risk assessment methodology</w:t>
      </w:r>
    </w:p>
    <w:p w14:paraId="271B03F2" w14:textId="77777777" w:rsidR="00B86102" w:rsidRPr="007D4B81" w:rsidRDefault="00B86102" w:rsidP="00B86102">
      <w:pPr>
        <w:numPr>
          <w:ilvl w:val="0"/>
          <w:numId w:val="21"/>
        </w:numPr>
        <w:spacing w:after="0" w:line="240" w:lineRule="auto"/>
        <w:rPr>
          <w:rFonts w:ascii="Cairo" w:hAnsi="Cairo" w:cs="Cairo"/>
          <w:lang w:val="en-GB"/>
        </w:rPr>
      </w:pPr>
      <w:r w:rsidRPr="007D4B81">
        <w:rPr>
          <w:rFonts w:ascii="Cairo" w:hAnsi="Cairo" w:cs="Cairo"/>
          <w:lang w:val="en-GB"/>
        </w:rPr>
        <w:t>Use of technology and data analytics</w:t>
      </w:r>
    </w:p>
    <w:p w14:paraId="52731FEC" w14:textId="77777777" w:rsidR="00B86102" w:rsidRPr="007D4B81" w:rsidRDefault="00B86102" w:rsidP="00B86102">
      <w:pPr>
        <w:numPr>
          <w:ilvl w:val="0"/>
          <w:numId w:val="21"/>
        </w:numPr>
        <w:spacing w:after="0" w:line="240" w:lineRule="auto"/>
        <w:rPr>
          <w:rFonts w:ascii="Cairo" w:hAnsi="Cairo" w:cs="Cairo"/>
          <w:lang w:val="en-GB"/>
        </w:rPr>
      </w:pPr>
      <w:r w:rsidRPr="007D4B81">
        <w:rPr>
          <w:rFonts w:ascii="Cairo" w:hAnsi="Cairo" w:cs="Cairo"/>
          <w:lang w:val="en-GB"/>
        </w:rPr>
        <w:t>Quality assurance procedures</w:t>
      </w:r>
    </w:p>
    <w:p w14:paraId="51D2A68E" w14:textId="77777777" w:rsidR="00B86102" w:rsidRPr="007D4B81" w:rsidRDefault="00B86102" w:rsidP="00B86102">
      <w:pPr>
        <w:spacing w:after="0" w:line="240" w:lineRule="auto"/>
        <w:rPr>
          <w:rFonts w:ascii="Cairo" w:hAnsi="Cairo" w:cs="Cairo"/>
          <w:b/>
          <w:bCs/>
          <w:lang w:val="en-GB"/>
        </w:rPr>
      </w:pPr>
    </w:p>
    <w:p w14:paraId="259C85BD" w14:textId="3714040A" w:rsidR="00B86102" w:rsidRPr="007D4B81" w:rsidRDefault="00B86102" w:rsidP="00B86102">
      <w:pPr>
        <w:spacing w:after="0" w:line="240" w:lineRule="auto"/>
        <w:rPr>
          <w:rFonts w:ascii="Cairo" w:hAnsi="Cairo" w:cs="Cairo"/>
          <w:b/>
          <w:bCs/>
          <w:lang w:val="en-GB"/>
        </w:rPr>
      </w:pPr>
      <w:r w:rsidRPr="007D4B81">
        <w:rPr>
          <w:rFonts w:ascii="Cairo" w:hAnsi="Cairo" w:cs="Cairo"/>
          <w:b/>
          <w:bCs/>
          <w:lang w:val="en-GB"/>
        </w:rPr>
        <w:t>9.4 Team Composition</w:t>
      </w:r>
    </w:p>
    <w:p w14:paraId="00C377CF" w14:textId="77777777" w:rsidR="00B86102" w:rsidRPr="007D4B81" w:rsidRDefault="00B86102" w:rsidP="00B86102">
      <w:pPr>
        <w:spacing w:after="0" w:line="240" w:lineRule="auto"/>
        <w:rPr>
          <w:rFonts w:ascii="Cairo" w:hAnsi="Cairo" w:cs="Cairo"/>
          <w:lang w:val="en-GB"/>
        </w:rPr>
      </w:pPr>
      <w:r w:rsidRPr="007D4B81">
        <w:rPr>
          <w:rFonts w:ascii="Cairo" w:hAnsi="Cairo" w:cs="Cairo"/>
          <w:lang w:val="en-GB"/>
        </w:rPr>
        <w:t>Provide details on:</w:t>
      </w:r>
    </w:p>
    <w:p w14:paraId="65D7F300" w14:textId="77777777" w:rsidR="00B86102" w:rsidRPr="007D4B81" w:rsidRDefault="00B86102" w:rsidP="00B86102">
      <w:pPr>
        <w:numPr>
          <w:ilvl w:val="0"/>
          <w:numId w:val="22"/>
        </w:numPr>
        <w:spacing w:after="0" w:line="240" w:lineRule="auto"/>
        <w:rPr>
          <w:rFonts w:ascii="Cairo" w:hAnsi="Cairo" w:cs="Cairo"/>
          <w:lang w:val="en-GB"/>
        </w:rPr>
      </w:pPr>
      <w:r w:rsidRPr="007D4B81">
        <w:rPr>
          <w:rFonts w:ascii="Cairo" w:hAnsi="Cairo" w:cs="Cairo"/>
          <w:lang w:val="en-GB"/>
        </w:rPr>
        <w:t>Lead audit partner</w:t>
      </w:r>
    </w:p>
    <w:p w14:paraId="289226B0" w14:textId="77777777" w:rsidR="00B86102" w:rsidRPr="007D4B81" w:rsidRDefault="00B86102" w:rsidP="00B86102">
      <w:pPr>
        <w:numPr>
          <w:ilvl w:val="0"/>
          <w:numId w:val="22"/>
        </w:numPr>
        <w:spacing w:after="0" w:line="240" w:lineRule="auto"/>
        <w:rPr>
          <w:rFonts w:ascii="Cairo" w:hAnsi="Cairo" w:cs="Cairo"/>
          <w:lang w:val="en-GB"/>
        </w:rPr>
      </w:pPr>
      <w:r w:rsidRPr="007D4B81">
        <w:rPr>
          <w:rFonts w:ascii="Cairo" w:hAnsi="Cairo" w:cs="Cairo"/>
          <w:lang w:val="en-GB"/>
        </w:rPr>
        <w:lastRenderedPageBreak/>
        <w:t>Audit team qualifications</w:t>
      </w:r>
    </w:p>
    <w:p w14:paraId="09E2EB28" w14:textId="77777777" w:rsidR="00B86102" w:rsidRPr="007D4B81" w:rsidRDefault="00B86102" w:rsidP="00B86102">
      <w:pPr>
        <w:numPr>
          <w:ilvl w:val="0"/>
          <w:numId w:val="22"/>
        </w:numPr>
        <w:spacing w:after="0" w:line="240" w:lineRule="auto"/>
        <w:rPr>
          <w:rFonts w:ascii="Cairo" w:hAnsi="Cairo" w:cs="Cairo"/>
          <w:lang w:val="en-GB"/>
        </w:rPr>
      </w:pPr>
      <w:r w:rsidRPr="007D4B81">
        <w:rPr>
          <w:rFonts w:ascii="Cairo" w:hAnsi="Cairo" w:cs="Cairo"/>
          <w:lang w:val="en-GB"/>
        </w:rPr>
        <w:t>Relevant certifications</w:t>
      </w:r>
    </w:p>
    <w:p w14:paraId="24D9F495" w14:textId="77777777" w:rsidR="00B86102" w:rsidRPr="007D4B81" w:rsidRDefault="00B86102" w:rsidP="00B86102">
      <w:pPr>
        <w:spacing w:after="0" w:line="240" w:lineRule="auto"/>
        <w:rPr>
          <w:rFonts w:ascii="Cairo" w:hAnsi="Cairo" w:cs="Cairo"/>
          <w:b/>
          <w:bCs/>
          <w:lang w:val="en-GB"/>
        </w:rPr>
      </w:pPr>
    </w:p>
    <w:p w14:paraId="6164205E" w14:textId="0FC98891" w:rsidR="00B86102" w:rsidRPr="007D4B81" w:rsidRDefault="00B86102" w:rsidP="00B86102">
      <w:pPr>
        <w:spacing w:after="0" w:line="240" w:lineRule="auto"/>
        <w:rPr>
          <w:rFonts w:ascii="Cairo" w:hAnsi="Cairo" w:cs="Cairo"/>
          <w:b/>
          <w:bCs/>
          <w:lang w:val="en-GB"/>
        </w:rPr>
      </w:pPr>
      <w:r w:rsidRPr="007D4B81">
        <w:rPr>
          <w:rFonts w:ascii="Cairo" w:hAnsi="Cairo" w:cs="Cairo"/>
          <w:b/>
          <w:bCs/>
          <w:lang w:val="en-GB"/>
        </w:rPr>
        <w:t>9.5 Financial Proposal</w:t>
      </w:r>
    </w:p>
    <w:p w14:paraId="593A90E3" w14:textId="77777777" w:rsidR="00B86102" w:rsidRPr="007D4B81" w:rsidRDefault="00B86102" w:rsidP="00B86102">
      <w:pPr>
        <w:spacing w:after="0" w:line="240" w:lineRule="auto"/>
        <w:rPr>
          <w:rFonts w:ascii="Cairo" w:hAnsi="Cairo" w:cs="Cairo"/>
          <w:lang w:val="en-GB"/>
        </w:rPr>
      </w:pPr>
      <w:r w:rsidRPr="007D4B81">
        <w:rPr>
          <w:rFonts w:ascii="Cairo" w:hAnsi="Cairo" w:cs="Cairo"/>
          <w:lang w:val="en-GB"/>
        </w:rPr>
        <w:t>Provide:</w:t>
      </w:r>
    </w:p>
    <w:p w14:paraId="36D52D08" w14:textId="77777777" w:rsidR="00B86102" w:rsidRPr="007D4B81" w:rsidRDefault="00B86102" w:rsidP="00B86102">
      <w:pPr>
        <w:numPr>
          <w:ilvl w:val="0"/>
          <w:numId w:val="23"/>
        </w:numPr>
        <w:spacing w:after="0" w:line="240" w:lineRule="auto"/>
        <w:rPr>
          <w:rFonts w:ascii="Cairo" w:hAnsi="Cairo" w:cs="Cairo"/>
          <w:lang w:val="en-GB"/>
        </w:rPr>
      </w:pPr>
      <w:r w:rsidRPr="007D4B81">
        <w:rPr>
          <w:rFonts w:ascii="Cairo" w:hAnsi="Cairo" w:cs="Cairo"/>
          <w:lang w:val="en-GB"/>
        </w:rPr>
        <w:t>Annual audit fees</w:t>
      </w:r>
    </w:p>
    <w:p w14:paraId="2B2D5A35" w14:textId="77777777" w:rsidR="00B86102" w:rsidRPr="007D4B81" w:rsidRDefault="00B86102" w:rsidP="00B86102">
      <w:pPr>
        <w:numPr>
          <w:ilvl w:val="0"/>
          <w:numId w:val="23"/>
        </w:numPr>
        <w:spacing w:after="0" w:line="240" w:lineRule="auto"/>
        <w:rPr>
          <w:rFonts w:ascii="Cairo" w:hAnsi="Cairo" w:cs="Cairo"/>
          <w:lang w:val="en-GB"/>
        </w:rPr>
      </w:pPr>
      <w:r w:rsidRPr="007D4B81">
        <w:rPr>
          <w:rFonts w:ascii="Cairo" w:hAnsi="Cairo" w:cs="Cairo"/>
          <w:lang w:val="en-GB"/>
        </w:rPr>
        <w:t>Breakdown of costs</w:t>
      </w:r>
    </w:p>
    <w:p w14:paraId="05EA75FB" w14:textId="77777777" w:rsidR="00B86102" w:rsidRPr="007D4B81" w:rsidRDefault="00B86102" w:rsidP="00B86102">
      <w:pPr>
        <w:numPr>
          <w:ilvl w:val="0"/>
          <w:numId w:val="23"/>
        </w:numPr>
        <w:spacing w:after="0" w:line="240" w:lineRule="auto"/>
        <w:rPr>
          <w:rFonts w:ascii="Cairo" w:hAnsi="Cairo" w:cs="Cairo"/>
          <w:lang w:val="en-GB"/>
        </w:rPr>
      </w:pPr>
      <w:r w:rsidRPr="007D4B81">
        <w:rPr>
          <w:rFonts w:ascii="Cairo" w:hAnsi="Cairo" w:cs="Cairo"/>
          <w:lang w:val="en-GB"/>
        </w:rPr>
        <w:t>Any additional services or optional services</w:t>
      </w:r>
    </w:p>
    <w:p w14:paraId="4CB4DB6F" w14:textId="071DF775" w:rsidR="00550979" w:rsidRPr="007D4B81" w:rsidRDefault="00B86102" w:rsidP="000251C2">
      <w:pPr>
        <w:pStyle w:val="Heading1"/>
        <w:shd w:val="clear" w:color="auto" w:fill="7030A0"/>
        <w:rPr>
          <w:rFonts w:ascii="Cairo" w:hAnsi="Cairo" w:cs="Cairo"/>
          <w:color w:val="FFFFFF" w:themeColor="background1"/>
        </w:rPr>
      </w:pPr>
      <w:bookmarkStart w:id="10" w:name="_Toc225265354"/>
      <w:r w:rsidRPr="007D4B81">
        <w:rPr>
          <w:rFonts w:ascii="Cairo" w:hAnsi="Cairo" w:cs="Cairo"/>
          <w:color w:val="FFFFFF" w:themeColor="background1"/>
        </w:rPr>
        <w:t xml:space="preserve">10. </w:t>
      </w:r>
      <w:r w:rsidR="00550979" w:rsidRPr="007D4B81">
        <w:rPr>
          <w:rFonts w:ascii="Cairo" w:hAnsi="Cairo" w:cs="Cairo"/>
          <w:color w:val="FFFFFF" w:themeColor="background1"/>
          <w:lang w:val="en-GB"/>
        </w:rPr>
        <w:t>Ethical Standards</w:t>
      </w:r>
      <w:bookmarkEnd w:id="10"/>
    </w:p>
    <w:p w14:paraId="515319EC" w14:textId="77777777" w:rsidR="00550979" w:rsidRPr="007D4B81" w:rsidRDefault="00550979" w:rsidP="00550979">
      <w:pPr>
        <w:rPr>
          <w:rFonts w:ascii="Cairo" w:hAnsi="Cairo" w:cs="Cairo"/>
          <w:lang w:val="en-GB"/>
        </w:rPr>
      </w:pPr>
      <w:r w:rsidRPr="007D4B81">
        <w:rPr>
          <w:rFonts w:ascii="Cairo" w:hAnsi="Cairo" w:cs="Cairo"/>
          <w:lang w:val="en-GB"/>
        </w:rPr>
        <w:t>Human Appeal USA maintains strict standards of ethical conduct.</w:t>
      </w:r>
    </w:p>
    <w:p w14:paraId="7C166273" w14:textId="77777777" w:rsidR="00550979" w:rsidRPr="007D4B81" w:rsidRDefault="00550979" w:rsidP="00550979">
      <w:pPr>
        <w:spacing w:after="0" w:line="240" w:lineRule="auto"/>
        <w:rPr>
          <w:rFonts w:ascii="Cairo" w:hAnsi="Cairo" w:cs="Cairo"/>
          <w:lang w:val="en-GB"/>
        </w:rPr>
      </w:pPr>
      <w:r w:rsidRPr="007D4B81">
        <w:rPr>
          <w:rFonts w:ascii="Cairo" w:hAnsi="Cairo" w:cs="Cairo"/>
          <w:lang w:val="en-GB"/>
        </w:rPr>
        <w:t>Audit firms must demonstrate:</w:t>
      </w:r>
    </w:p>
    <w:p w14:paraId="01CBCF51" w14:textId="77777777" w:rsidR="00550979" w:rsidRPr="007D4B81" w:rsidRDefault="00550979" w:rsidP="00550979">
      <w:pPr>
        <w:numPr>
          <w:ilvl w:val="0"/>
          <w:numId w:val="25"/>
        </w:numPr>
        <w:spacing w:after="0" w:line="240" w:lineRule="auto"/>
        <w:rPr>
          <w:rFonts w:ascii="Cairo" w:hAnsi="Cairo" w:cs="Cairo"/>
          <w:lang w:val="en-GB"/>
        </w:rPr>
      </w:pPr>
      <w:r w:rsidRPr="007D4B81">
        <w:rPr>
          <w:rFonts w:ascii="Cairo" w:hAnsi="Cairo" w:cs="Cairo"/>
          <w:lang w:val="en-GB"/>
        </w:rPr>
        <w:t>Independence</w:t>
      </w:r>
    </w:p>
    <w:p w14:paraId="02DCFB85" w14:textId="77777777" w:rsidR="00550979" w:rsidRPr="007D4B81" w:rsidRDefault="00550979" w:rsidP="00550979">
      <w:pPr>
        <w:numPr>
          <w:ilvl w:val="0"/>
          <w:numId w:val="25"/>
        </w:numPr>
        <w:spacing w:after="0" w:line="240" w:lineRule="auto"/>
        <w:rPr>
          <w:rFonts w:ascii="Cairo" w:hAnsi="Cairo" w:cs="Cairo"/>
          <w:lang w:val="en-GB"/>
        </w:rPr>
      </w:pPr>
      <w:r w:rsidRPr="007D4B81">
        <w:rPr>
          <w:rFonts w:ascii="Cairo" w:hAnsi="Cairo" w:cs="Cairo"/>
          <w:lang w:val="en-GB"/>
        </w:rPr>
        <w:t>Absence of conflict of interest</w:t>
      </w:r>
    </w:p>
    <w:p w14:paraId="72A9CD6C" w14:textId="77777777" w:rsidR="00550979" w:rsidRPr="007D4B81" w:rsidRDefault="00550979" w:rsidP="00550979">
      <w:pPr>
        <w:numPr>
          <w:ilvl w:val="0"/>
          <w:numId w:val="25"/>
        </w:numPr>
        <w:spacing w:after="0" w:line="240" w:lineRule="auto"/>
        <w:rPr>
          <w:rFonts w:ascii="Cairo" w:hAnsi="Cairo" w:cs="Cairo"/>
          <w:lang w:val="en-GB"/>
        </w:rPr>
      </w:pPr>
      <w:r w:rsidRPr="007D4B81">
        <w:rPr>
          <w:rFonts w:ascii="Cairo" w:hAnsi="Cairo" w:cs="Cairo"/>
          <w:lang w:val="en-GB"/>
        </w:rPr>
        <w:t>Commitment to professional integrity</w:t>
      </w:r>
    </w:p>
    <w:p w14:paraId="773A8A3C" w14:textId="77777777" w:rsidR="00550979" w:rsidRPr="007D4B81" w:rsidRDefault="00550979" w:rsidP="00550979">
      <w:pPr>
        <w:numPr>
          <w:ilvl w:val="0"/>
          <w:numId w:val="25"/>
        </w:numPr>
        <w:spacing w:after="0" w:line="240" w:lineRule="auto"/>
        <w:rPr>
          <w:rFonts w:ascii="Cairo" w:hAnsi="Cairo" w:cs="Cairo"/>
          <w:lang w:val="en-GB"/>
        </w:rPr>
      </w:pPr>
      <w:r w:rsidRPr="007D4B81">
        <w:rPr>
          <w:rFonts w:ascii="Cairo" w:hAnsi="Cairo" w:cs="Cairo"/>
          <w:lang w:val="en-GB"/>
        </w:rPr>
        <w:t>Compliance with international auditing standards</w:t>
      </w:r>
    </w:p>
    <w:p w14:paraId="552CF9DF" w14:textId="18DF4909" w:rsidR="00550979" w:rsidRPr="007D4B81" w:rsidRDefault="00550979" w:rsidP="00550979">
      <w:pPr>
        <w:pStyle w:val="ListParagraph"/>
        <w:numPr>
          <w:ilvl w:val="0"/>
          <w:numId w:val="25"/>
        </w:numPr>
        <w:rPr>
          <w:rFonts w:ascii="Cairo" w:hAnsi="Cairo" w:cs="Cairo"/>
        </w:rPr>
      </w:pPr>
      <w:r w:rsidRPr="007D4B81">
        <w:rPr>
          <w:rFonts w:ascii="Cairo" w:hAnsi="Cairo" w:cs="Cairo"/>
        </w:rPr>
        <w:t>Cultural and values fit: Human Appeal expects the appointed auditors to understand and have empathy for the ethics and values of Human Appeal.</w:t>
      </w:r>
    </w:p>
    <w:p w14:paraId="7A12311A" w14:textId="75CED1AA" w:rsidR="00B86102" w:rsidRPr="007D4B81" w:rsidRDefault="00550979" w:rsidP="000251C2">
      <w:pPr>
        <w:pStyle w:val="Heading1"/>
        <w:shd w:val="clear" w:color="auto" w:fill="7030A0"/>
        <w:rPr>
          <w:rFonts w:ascii="Cairo" w:hAnsi="Cairo" w:cs="Cairo"/>
          <w:color w:val="FFFFFF" w:themeColor="background1"/>
        </w:rPr>
      </w:pPr>
      <w:bookmarkStart w:id="11" w:name="_Toc225265355"/>
      <w:r w:rsidRPr="007D4B81">
        <w:rPr>
          <w:rFonts w:ascii="Cairo" w:hAnsi="Cairo" w:cs="Cairo"/>
          <w:color w:val="FFFFFF" w:themeColor="background1"/>
        </w:rPr>
        <w:t>11.</w:t>
      </w:r>
      <w:r w:rsidR="00B86102" w:rsidRPr="007D4B81">
        <w:rPr>
          <w:rFonts w:ascii="Cairo" w:hAnsi="Cairo" w:cs="Cairo"/>
          <w:color w:val="FFFFFF" w:themeColor="background1"/>
        </w:rPr>
        <w:t>Submission Instructions</w:t>
      </w:r>
      <w:bookmarkEnd w:id="11"/>
    </w:p>
    <w:p w14:paraId="26F2A9CF" w14:textId="77777777" w:rsidR="00B86102" w:rsidRPr="007D4B81" w:rsidRDefault="00B86102" w:rsidP="00B86102">
      <w:pPr>
        <w:spacing w:after="0" w:line="240" w:lineRule="auto"/>
        <w:rPr>
          <w:rFonts w:ascii="Cairo" w:hAnsi="Cairo" w:cs="Cairo"/>
          <w:lang w:val="en-GB"/>
        </w:rPr>
      </w:pPr>
      <w:r w:rsidRPr="007D4B81">
        <w:rPr>
          <w:rFonts w:ascii="Cairo" w:hAnsi="Cairo" w:cs="Cairo"/>
          <w:lang w:val="en-GB"/>
        </w:rPr>
        <w:t>Proposals should be submitted electronically and must include:</w:t>
      </w:r>
    </w:p>
    <w:p w14:paraId="6159E51D" w14:textId="77777777" w:rsidR="00594926" w:rsidRPr="007D4B81" w:rsidRDefault="00594926" w:rsidP="005070F6">
      <w:pPr>
        <w:numPr>
          <w:ilvl w:val="0"/>
          <w:numId w:val="83"/>
        </w:numPr>
        <w:spacing w:after="0" w:line="240" w:lineRule="auto"/>
        <w:rPr>
          <w:rFonts w:ascii="Cairo" w:hAnsi="Cairo" w:cs="Cairo"/>
          <w:lang w:val="en-GB"/>
        </w:rPr>
      </w:pPr>
      <w:r w:rsidRPr="007D4B81">
        <w:rPr>
          <w:rFonts w:ascii="Cairo" w:hAnsi="Cairo" w:cs="Cairo"/>
          <w:lang w:val="en-GB"/>
        </w:rPr>
        <w:t xml:space="preserve">Annex A Bidder Information </w:t>
      </w:r>
    </w:p>
    <w:p w14:paraId="46692B50" w14:textId="7A66D81F" w:rsidR="00B86102" w:rsidRPr="007D4B81" w:rsidRDefault="00B86102" w:rsidP="005070F6">
      <w:pPr>
        <w:numPr>
          <w:ilvl w:val="0"/>
          <w:numId w:val="83"/>
        </w:numPr>
        <w:spacing w:after="0" w:line="240" w:lineRule="auto"/>
        <w:rPr>
          <w:rFonts w:ascii="Cairo" w:hAnsi="Cairo" w:cs="Cairo"/>
          <w:lang w:val="en-GB"/>
        </w:rPr>
      </w:pPr>
      <w:r w:rsidRPr="007D4B81">
        <w:rPr>
          <w:rFonts w:ascii="Cairo" w:hAnsi="Cairo" w:cs="Cairo"/>
          <w:lang w:val="en-GB"/>
        </w:rPr>
        <w:t>Technical proposal</w:t>
      </w:r>
      <w:r w:rsidR="00594926" w:rsidRPr="007D4B81">
        <w:rPr>
          <w:rFonts w:ascii="Cairo" w:hAnsi="Cairo" w:cs="Cairo"/>
          <w:lang w:val="en-GB"/>
        </w:rPr>
        <w:t xml:space="preserve"> (A presentation </w:t>
      </w:r>
      <w:r w:rsidR="005070F6" w:rsidRPr="007D4B81">
        <w:rPr>
          <w:rFonts w:ascii="Cairo" w:hAnsi="Cairo" w:cs="Cairo"/>
          <w:lang w:val="en-GB"/>
        </w:rPr>
        <w:t>on</w:t>
      </w:r>
      <w:r w:rsidR="00594926" w:rsidRPr="007D4B81">
        <w:rPr>
          <w:rFonts w:ascii="Cairo" w:hAnsi="Cairo" w:cs="Cairo"/>
          <w:lang w:val="en-GB"/>
        </w:rPr>
        <w:t xml:space="preserve"> your own format)</w:t>
      </w:r>
    </w:p>
    <w:p w14:paraId="4BAF6FFB" w14:textId="60142C9F" w:rsidR="00B86102" w:rsidRPr="007D4B81" w:rsidRDefault="00594926" w:rsidP="005070F6">
      <w:pPr>
        <w:numPr>
          <w:ilvl w:val="0"/>
          <w:numId w:val="83"/>
        </w:numPr>
        <w:spacing w:after="0" w:line="240" w:lineRule="auto"/>
        <w:rPr>
          <w:rFonts w:ascii="Cairo" w:hAnsi="Cairo" w:cs="Cairo"/>
          <w:lang w:val="en-GB"/>
        </w:rPr>
      </w:pPr>
      <w:r w:rsidRPr="007D4B81">
        <w:rPr>
          <w:rFonts w:ascii="Cairo" w:hAnsi="Cairo" w:cs="Cairo"/>
          <w:lang w:val="en-GB"/>
        </w:rPr>
        <w:t xml:space="preserve">Annex B - </w:t>
      </w:r>
      <w:r w:rsidR="00B86102" w:rsidRPr="007D4B81">
        <w:rPr>
          <w:rFonts w:ascii="Cairo" w:hAnsi="Cairo" w:cs="Cairo"/>
          <w:lang w:val="en-GB"/>
        </w:rPr>
        <w:t xml:space="preserve">Financial </w:t>
      </w:r>
      <w:r w:rsidRPr="007D4B81">
        <w:rPr>
          <w:rFonts w:ascii="Cairo" w:hAnsi="Cairo" w:cs="Cairo"/>
          <w:lang w:val="en-GB"/>
        </w:rPr>
        <w:t>P</w:t>
      </w:r>
      <w:r w:rsidR="00B86102" w:rsidRPr="007D4B81">
        <w:rPr>
          <w:rFonts w:ascii="Cairo" w:hAnsi="Cairo" w:cs="Cairo"/>
          <w:lang w:val="en-GB"/>
        </w:rPr>
        <w:t>roposal</w:t>
      </w:r>
    </w:p>
    <w:p w14:paraId="2302D2B1" w14:textId="64D06167" w:rsidR="005070F6" w:rsidRPr="007D4B81" w:rsidRDefault="005070F6" w:rsidP="005070F6">
      <w:pPr>
        <w:numPr>
          <w:ilvl w:val="0"/>
          <w:numId w:val="83"/>
        </w:numPr>
        <w:spacing w:after="0" w:line="240" w:lineRule="auto"/>
        <w:rPr>
          <w:rFonts w:ascii="Cairo" w:hAnsi="Cairo" w:cs="Cairo"/>
          <w:lang w:val="en-GB"/>
        </w:rPr>
      </w:pPr>
      <w:r w:rsidRPr="007D4B81">
        <w:rPr>
          <w:rFonts w:ascii="Cairo" w:hAnsi="Cairo" w:cs="Cairo"/>
          <w:lang w:val="en-GB"/>
        </w:rPr>
        <w:t>Annex C -  Audit Independence Questionnaire (Conflict Of Interest)</w:t>
      </w:r>
    </w:p>
    <w:p w14:paraId="372A95D2" w14:textId="62F11410" w:rsidR="005070F6" w:rsidRPr="007D4B81" w:rsidRDefault="005070F6" w:rsidP="005070F6">
      <w:pPr>
        <w:numPr>
          <w:ilvl w:val="0"/>
          <w:numId w:val="83"/>
        </w:numPr>
        <w:spacing w:after="0" w:line="240" w:lineRule="auto"/>
        <w:rPr>
          <w:rFonts w:ascii="Cairo" w:hAnsi="Cairo" w:cs="Cairo"/>
          <w:lang w:val="en-GB"/>
        </w:rPr>
      </w:pPr>
      <w:r w:rsidRPr="007D4B81">
        <w:rPr>
          <w:rFonts w:ascii="Cairo" w:hAnsi="Cairo" w:cs="Cairo"/>
          <w:lang w:val="en-GB"/>
        </w:rPr>
        <w:t>ANNEX D  - External Audit Services Agreement (EXAMPLE)</w:t>
      </w:r>
    </w:p>
    <w:p w14:paraId="2467DACF" w14:textId="6012EB9E" w:rsidR="00B86102" w:rsidRPr="007D4B81" w:rsidRDefault="00B86102" w:rsidP="005070F6">
      <w:pPr>
        <w:numPr>
          <w:ilvl w:val="0"/>
          <w:numId w:val="83"/>
        </w:numPr>
        <w:spacing w:after="0" w:line="240" w:lineRule="auto"/>
        <w:rPr>
          <w:rFonts w:ascii="Cairo" w:hAnsi="Cairo" w:cs="Cairo"/>
          <w:lang w:val="en-GB"/>
        </w:rPr>
      </w:pPr>
      <w:r w:rsidRPr="007D4B81">
        <w:rPr>
          <w:rFonts w:ascii="Cairo" w:hAnsi="Cairo" w:cs="Cairo"/>
          <w:lang w:val="en-GB"/>
        </w:rPr>
        <w:t>Supporting documentation</w:t>
      </w:r>
      <w:r w:rsidR="00594926" w:rsidRPr="007D4B81">
        <w:rPr>
          <w:rFonts w:ascii="Cairo" w:hAnsi="Cairo" w:cs="Cairo"/>
          <w:lang w:val="en-GB"/>
        </w:rPr>
        <w:t xml:space="preserve"> </w:t>
      </w:r>
      <w:r w:rsidR="005070F6" w:rsidRPr="007D4B81">
        <w:rPr>
          <w:rFonts w:ascii="Cairo" w:hAnsi="Cairo" w:cs="Cairo"/>
          <w:lang w:val="en-GB"/>
        </w:rPr>
        <w:t>(for example resume of proposed Team, Financial documents etc)</w:t>
      </w:r>
    </w:p>
    <w:p w14:paraId="2791EF6C" w14:textId="77777777" w:rsidR="000251C2" w:rsidRPr="007D4B81" w:rsidRDefault="000251C2" w:rsidP="000251C2">
      <w:pPr>
        <w:spacing w:after="0" w:line="240" w:lineRule="auto"/>
        <w:ind w:left="720"/>
        <w:rPr>
          <w:rFonts w:ascii="Cairo" w:hAnsi="Cairo" w:cs="Cairo"/>
          <w:lang w:val="en-GB"/>
        </w:rPr>
      </w:pPr>
    </w:p>
    <w:p w14:paraId="72EEB6A6" w14:textId="341FDB79" w:rsidR="00BE0642" w:rsidRDefault="009731FD" w:rsidP="00BE0642">
      <w:pPr>
        <w:jc w:val="center"/>
        <w:rPr>
          <w:rFonts w:ascii="Cairo" w:hAnsi="Cairo" w:cs="Cairo"/>
          <w:lang w:val="en-GB"/>
        </w:rPr>
      </w:pPr>
      <w:r w:rsidRPr="00BE0642">
        <w:rPr>
          <w:rFonts w:ascii="Cairo" w:hAnsi="Cairo" w:cs="Cairo"/>
          <w:b/>
          <w:bCs/>
          <w:highlight w:val="yellow"/>
        </w:rPr>
        <w:t xml:space="preserve">Submission deadline: </w:t>
      </w:r>
      <w:r w:rsidR="006D53A1" w:rsidRPr="00BE0642">
        <w:rPr>
          <w:rFonts w:ascii="Cairo" w:hAnsi="Cairo" w:cs="Cairo"/>
          <w:b/>
          <w:bCs/>
          <w:highlight w:val="yellow"/>
        </w:rPr>
        <w:t>13 April 2026</w:t>
      </w:r>
    </w:p>
    <w:p w14:paraId="2E007AF1" w14:textId="3C516299" w:rsidR="006D53A1" w:rsidRPr="00BE0642" w:rsidRDefault="00BE0642" w:rsidP="00BE0642">
      <w:pPr>
        <w:jc w:val="center"/>
        <w:rPr>
          <w:rFonts w:ascii="Cairo" w:hAnsi="Cairo" w:cs="Cairo"/>
          <w:b/>
          <w:bCs/>
        </w:rPr>
      </w:pPr>
      <w:r w:rsidRPr="007D4B81">
        <w:rPr>
          <w:rFonts w:ascii="Cairo" w:hAnsi="Cairo" w:cs="Cairo"/>
          <w:lang w:val="en-GB"/>
        </w:rPr>
        <w:lastRenderedPageBreak/>
        <w:t>Submission email</w:t>
      </w:r>
      <w:r>
        <w:rPr>
          <w:rFonts w:ascii="Cairo" w:hAnsi="Cairo" w:cs="Cairo"/>
          <w:lang w:val="en-GB"/>
        </w:rPr>
        <w:t xml:space="preserve"> (for bids &amp; queries)</w:t>
      </w:r>
      <w:r w:rsidRPr="007D4B81">
        <w:rPr>
          <w:rFonts w:ascii="Cairo" w:hAnsi="Cairo" w:cs="Cairo"/>
          <w:lang w:val="en-GB"/>
        </w:rPr>
        <w:t>:</w:t>
      </w:r>
      <w:hyperlink r:id="rId24" w:history="1">
        <w:r w:rsidRPr="003A3057">
          <w:rPr>
            <w:rStyle w:val="Hyperlink"/>
            <w:rFonts w:ascii="Cairo" w:hAnsi="Cairo" w:cs="Cairo"/>
            <w:b/>
            <w:bCs/>
            <w:lang w:val="en-GB"/>
          </w:rPr>
          <w:t>procurement@humanappealusa.org</w:t>
        </w:r>
      </w:hyperlink>
      <w:r>
        <w:rPr>
          <w:rFonts w:ascii="Cairo" w:hAnsi="Cairo" w:cs="Cairo"/>
        </w:rPr>
        <w:t xml:space="preserve"> quoting </w:t>
      </w:r>
      <w:r w:rsidRPr="007D4B81">
        <w:rPr>
          <w:rFonts w:ascii="Cairo" w:hAnsi="Cairo" w:cs="Cairo"/>
        </w:rPr>
        <w:t xml:space="preserve">Ref: </w:t>
      </w:r>
      <w:r w:rsidR="0042028E">
        <w:rPr>
          <w:rFonts w:ascii="Cairo" w:hAnsi="Cairo" w:cs="Cairo"/>
          <w:b/>
          <w:bCs/>
        </w:rPr>
        <w:t>s</w:t>
      </w:r>
    </w:p>
    <w:p w14:paraId="55BB36D9" w14:textId="77777777" w:rsidR="0042028E" w:rsidRDefault="006D53A1" w:rsidP="00BE0642">
      <w:pPr>
        <w:jc w:val="center"/>
        <w:rPr>
          <w:rFonts w:ascii="Cairo" w:hAnsi="Cairo" w:cs="Cairo"/>
          <w:b/>
          <w:bCs/>
          <w:lang w:val="en-GB"/>
        </w:rPr>
      </w:pPr>
      <w:r w:rsidRPr="00BE0642">
        <w:rPr>
          <w:rFonts w:ascii="Cairo" w:hAnsi="Cairo" w:cs="Cairo"/>
          <w:b/>
          <w:bCs/>
          <w:lang w:val="en-GB"/>
        </w:rPr>
        <w:t xml:space="preserve">Anticipated start of the engagement: </w:t>
      </w:r>
      <w:r w:rsidR="007D4B81" w:rsidRPr="00BE0642">
        <w:rPr>
          <w:rFonts w:ascii="Cairo" w:hAnsi="Cairo" w:cs="Cairo"/>
          <w:b/>
          <w:bCs/>
          <w:lang w:val="en-GB"/>
        </w:rPr>
        <w:t>27 April 2026</w:t>
      </w:r>
    </w:p>
    <w:p w14:paraId="0987CC1B" w14:textId="77777777" w:rsidR="0042028E" w:rsidRDefault="0042028E" w:rsidP="00BE0642">
      <w:pPr>
        <w:jc w:val="center"/>
        <w:rPr>
          <w:rFonts w:ascii="Cairo" w:hAnsi="Cairo" w:cs="Cairo"/>
          <w:b/>
          <w:bCs/>
          <w:lang w:val="en-GB"/>
        </w:rPr>
      </w:pPr>
    </w:p>
    <w:p w14:paraId="5DCDD0AC" w14:textId="77777777" w:rsidR="0042028E" w:rsidRDefault="0042028E" w:rsidP="00BE0642">
      <w:pPr>
        <w:jc w:val="center"/>
        <w:rPr>
          <w:rFonts w:ascii="Cairo" w:hAnsi="Cairo" w:cs="Cairo"/>
          <w:b/>
          <w:bCs/>
          <w:lang w:val="en-GB"/>
        </w:rPr>
      </w:pPr>
    </w:p>
    <w:p w14:paraId="003FCCD7" w14:textId="77777777" w:rsidR="0042028E" w:rsidRDefault="0042028E" w:rsidP="00BE0642">
      <w:pPr>
        <w:jc w:val="center"/>
        <w:rPr>
          <w:rFonts w:ascii="Cairo" w:hAnsi="Cairo" w:cs="Cairo"/>
          <w:b/>
          <w:bCs/>
          <w:lang w:val="en-GB"/>
        </w:rPr>
      </w:pPr>
    </w:p>
    <w:p w14:paraId="26909F37" w14:textId="77777777" w:rsidR="0042028E" w:rsidRDefault="0042028E" w:rsidP="00BE0642">
      <w:pPr>
        <w:jc w:val="center"/>
        <w:rPr>
          <w:rFonts w:ascii="Cairo" w:hAnsi="Cairo" w:cs="Cairo"/>
          <w:b/>
          <w:bCs/>
          <w:lang w:val="en-GB"/>
        </w:rPr>
      </w:pPr>
    </w:p>
    <w:p w14:paraId="3FC54C42" w14:textId="77777777" w:rsidR="0042028E" w:rsidRDefault="0042028E" w:rsidP="00BE0642">
      <w:pPr>
        <w:jc w:val="center"/>
        <w:rPr>
          <w:rFonts w:ascii="Cairo" w:hAnsi="Cairo" w:cs="Cairo"/>
          <w:b/>
          <w:bCs/>
          <w:lang w:val="en-GB"/>
        </w:rPr>
      </w:pPr>
    </w:p>
    <w:p w14:paraId="3EC41827" w14:textId="77777777" w:rsidR="0042028E" w:rsidRDefault="0042028E" w:rsidP="00BE0642">
      <w:pPr>
        <w:jc w:val="center"/>
        <w:rPr>
          <w:rFonts w:ascii="Cairo" w:hAnsi="Cairo" w:cs="Cairo"/>
          <w:b/>
          <w:bCs/>
          <w:lang w:val="en-GB"/>
        </w:rPr>
      </w:pPr>
    </w:p>
    <w:p w14:paraId="30FF26F5" w14:textId="1B71B1BA" w:rsidR="003424AE" w:rsidRDefault="0042028E" w:rsidP="00BE0642">
      <w:pPr>
        <w:jc w:val="center"/>
        <w:rPr>
          <w:rFonts w:ascii="Cairo" w:hAnsi="Cairo" w:cs="Cairo"/>
          <w:b/>
          <w:bCs/>
          <w:lang w:val="en-GB"/>
        </w:rPr>
      </w:pPr>
      <w:r>
        <w:rPr>
          <w:rFonts w:ascii="Cairo" w:hAnsi="Cairo" w:cs="Cairo"/>
          <w:b/>
          <w:bCs/>
          <w:lang w:val="en-GB"/>
        </w:rPr>
        <w:t>***APPENDIXES ON FOLLOWING PAGES**</w:t>
      </w:r>
    </w:p>
    <w:p w14:paraId="73BBFE3D" w14:textId="77777777" w:rsidR="003424AE" w:rsidRDefault="003424AE">
      <w:pPr>
        <w:rPr>
          <w:rFonts w:ascii="Cairo" w:hAnsi="Cairo" w:cs="Cairo"/>
          <w:b/>
          <w:bCs/>
          <w:lang w:val="en-GB"/>
        </w:rPr>
      </w:pPr>
      <w:r>
        <w:rPr>
          <w:rFonts w:ascii="Cairo" w:hAnsi="Cairo" w:cs="Cairo"/>
          <w:b/>
          <w:bCs/>
          <w:lang w:val="en-GB"/>
        </w:rPr>
        <w:br w:type="page"/>
      </w:r>
    </w:p>
    <w:p w14:paraId="618968FF" w14:textId="3AD6DD5A" w:rsidR="006762F8" w:rsidRDefault="003424AE" w:rsidP="00B47A18">
      <w:pPr>
        <w:pStyle w:val="Heading1"/>
        <w:jc w:val="center"/>
        <w:rPr>
          <w:lang w:val="en-GB"/>
        </w:rPr>
      </w:pPr>
      <w:bookmarkStart w:id="12" w:name="_Toc225265356"/>
      <w:r w:rsidRPr="00B47A18">
        <w:rPr>
          <w:highlight w:val="yellow"/>
          <w:lang w:val="en-GB"/>
        </w:rPr>
        <w:lastRenderedPageBreak/>
        <w:t>APPENDIX A</w:t>
      </w:r>
      <w:r w:rsidR="00B47A18" w:rsidRPr="00B47A18">
        <w:rPr>
          <w:highlight w:val="yellow"/>
          <w:lang w:val="en-GB"/>
        </w:rPr>
        <w:t xml:space="preserve"> - Bidder Information Form</w:t>
      </w:r>
      <w:bookmarkEnd w:id="12"/>
    </w:p>
    <w:p w14:paraId="0A76E614" w14:textId="77777777" w:rsidR="00B47A18" w:rsidRPr="00B47A18" w:rsidRDefault="00B47A18" w:rsidP="00B47A18">
      <w:pPr>
        <w:rPr>
          <w:lang w:val="en-GB"/>
        </w:rPr>
      </w:pPr>
    </w:p>
    <w:p w14:paraId="63EF472A" w14:textId="77777777" w:rsidR="003424AE" w:rsidRPr="00831C0E" w:rsidRDefault="003424AE" w:rsidP="003424AE">
      <w:pPr>
        <w:shd w:val="clear" w:color="auto" w:fill="7030A0"/>
        <w:rPr>
          <w:rFonts w:ascii="Cairo" w:hAnsi="Cairo" w:cs="Cairo"/>
          <w:b/>
          <w:bCs/>
          <w:color w:val="FFFFFF" w:themeColor="background1"/>
        </w:rPr>
      </w:pPr>
      <w:r w:rsidRPr="00831C0E">
        <w:rPr>
          <w:rFonts w:ascii="Cairo" w:hAnsi="Cairo" w:cs="Cairo"/>
          <w:b/>
          <w:bCs/>
          <w:color w:val="FFFFFF" w:themeColor="background1"/>
        </w:rPr>
        <w:t>1. General Information</w:t>
      </w:r>
    </w:p>
    <w:p w14:paraId="6D89F125" w14:textId="77777777" w:rsidR="003424AE" w:rsidRPr="00DA1326" w:rsidRDefault="003424AE" w:rsidP="003424AE">
      <w:pPr>
        <w:rPr>
          <w:rFonts w:ascii="Cairo" w:hAnsi="Cairo" w:cs="Cairo"/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81"/>
        <w:gridCol w:w="4949"/>
      </w:tblGrid>
      <w:tr w:rsidR="003424AE" w:rsidRPr="00E74D92" w14:paraId="7C39D6EC" w14:textId="77777777" w:rsidTr="00CC2960">
        <w:tc>
          <w:tcPr>
            <w:tcW w:w="3681" w:type="dxa"/>
          </w:tcPr>
          <w:p w14:paraId="5FF4FEF1" w14:textId="77777777" w:rsidR="003424AE" w:rsidRPr="00E74D92" w:rsidRDefault="003424AE" w:rsidP="00CC2960">
            <w:pPr>
              <w:rPr>
                <w:rFonts w:ascii="Cairo" w:hAnsi="Cairo" w:cs="Cairo"/>
                <w:b/>
                <w:bCs/>
              </w:rPr>
            </w:pPr>
            <w:r w:rsidRPr="00E74D92">
              <w:rPr>
                <w:rFonts w:ascii="Cairo" w:hAnsi="Cairo" w:cs="Cairo"/>
                <w:b/>
                <w:bCs/>
              </w:rPr>
              <w:t>Legal Name of Firm:</w:t>
            </w:r>
          </w:p>
        </w:tc>
        <w:tc>
          <w:tcPr>
            <w:tcW w:w="4949" w:type="dxa"/>
          </w:tcPr>
          <w:p w14:paraId="54E54FF9" w14:textId="77777777" w:rsidR="003424AE" w:rsidRPr="00E74D92" w:rsidRDefault="003424AE" w:rsidP="00CC2960">
            <w:pPr>
              <w:rPr>
                <w:rFonts w:ascii="Cairo" w:hAnsi="Cairo" w:cs="Cairo"/>
                <w:b/>
                <w:bCs/>
              </w:rPr>
            </w:pPr>
          </w:p>
        </w:tc>
      </w:tr>
      <w:tr w:rsidR="003424AE" w:rsidRPr="00E74D92" w14:paraId="55822CB8" w14:textId="77777777" w:rsidTr="00CC2960">
        <w:tc>
          <w:tcPr>
            <w:tcW w:w="3681" w:type="dxa"/>
          </w:tcPr>
          <w:p w14:paraId="51F72946" w14:textId="77777777" w:rsidR="003424AE" w:rsidRPr="00E74D92" w:rsidRDefault="003424AE" w:rsidP="00CC2960">
            <w:pPr>
              <w:rPr>
                <w:rFonts w:ascii="Cairo" w:hAnsi="Cairo" w:cs="Cairo"/>
                <w:b/>
                <w:bCs/>
              </w:rPr>
            </w:pPr>
            <w:r w:rsidRPr="00E74D92">
              <w:rPr>
                <w:rFonts w:ascii="Cairo" w:hAnsi="Cairo" w:cs="Cairo"/>
                <w:b/>
                <w:bCs/>
              </w:rPr>
              <w:t>Trading Name (if different):</w:t>
            </w:r>
          </w:p>
        </w:tc>
        <w:tc>
          <w:tcPr>
            <w:tcW w:w="4949" w:type="dxa"/>
          </w:tcPr>
          <w:p w14:paraId="11F740EB" w14:textId="77777777" w:rsidR="003424AE" w:rsidRPr="00E74D92" w:rsidRDefault="003424AE" w:rsidP="00CC2960">
            <w:pPr>
              <w:rPr>
                <w:rFonts w:ascii="Cairo" w:hAnsi="Cairo" w:cs="Cairo"/>
                <w:b/>
                <w:bCs/>
              </w:rPr>
            </w:pPr>
          </w:p>
        </w:tc>
      </w:tr>
      <w:tr w:rsidR="003424AE" w:rsidRPr="00E74D92" w14:paraId="02806F10" w14:textId="77777777" w:rsidTr="00CC2960">
        <w:tc>
          <w:tcPr>
            <w:tcW w:w="3681" w:type="dxa"/>
          </w:tcPr>
          <w:p w14:paraId="7DFA7544" w14:textId="77777777" w:rsidR="003424AE" w:rsidRPr="00E74D92" w:rsidRDefault="003424AE" w:rsidP="00CC2960">
            <w:pPr>
              <w:rPr>
                <w:rFonts w:ascii="Cairo" w:hAnsi="Cairo" w:cs="Cairo"/>
                <w:b/>
                <w:bCs/>
              </w:rPr>
            </w:pPr>
            <w:r w:rsidRPr="00E74D92">
              <w:rPr>
                <w:rFonts w:ascii="Cairo" w:hAnsi="Cairo" w:cs="Cairo"/>
                <w:b/>
                <w:bCs/>
              </w:rPr>
              <w:t>Year of Establishment:</w:t>
            </w:r>
          </w:p>
        </w:tc>
        <w:tc>
          <w:tcPr>
            <w:tcW w:w="4949" w:type="dxa"/>
          </w:tcPr>
          <w:p w14:paraId="0C71BD86" w14:textId="77777777" w:rsidR="003424AE" w:rsidRPr="00E74D92" w:rsidRDefault="003424AE" w:rsidP="00CC2960">
            <w:pPr>
              <w:rPr>
                <w:rFonts w:ascii="Cairo" w:hAnsi="Cairo" w:cs="Cairo"/>
                <w:b/>
                <w:bCs/>
              </w:rPr>
            </w:pPr>
          </w:p>
        </w:tc>
      </w:tr>
      <w:tr w:rsidR="003424AE" w:rsidRPr="00E74D92" w14:paraId="02B602B6" w14:textId="77777777" w:rsidTr="00CC2960">
        <w:tc>
          <w:tcPr>
            <w:tcW w:w="3681" w:type="dxa"/>
          </w:tcPr>
          <w:p w14:paraId="143160D4" w14:textId="77777777" w:rsidR="003424AE" w:rsidRPr="00E74D92" w:rsidRDefault="003424AE" w:rsidP="00CC2960">
            <w:pPr>
              <w:rPr>
                <w:rFonts w:ascii="Cairo" w:hAnsi="Cairo" w:cs="Cairo"/>
                <w:b/>
                <w:bCs/>
              </w:rPr>
            </w:pPr>
            <w:r w:rsidRPr="00E74D92">
              <w:rPr>
                <w:rFonts w:ascii="Cairo" w:hAnsi="Cairo" w:cs="Cairo"/>
                <w:b/>
                <w:bCs/>
              </w:rPr>
              <w:t>Country of Registration:</w:t>
            </w:r>
          </w:p>
        </w:tc>
        <w:tc>
          <w:tcPr>
            <w:tcW w:w="4949" w:type="dxa"/>
          </w:tcPr>
          <w:p w14:paraId="455C5858" w14:textId="77777777" w:rsidR="003424AE" w:rsidRPr="00E74D92" w:rsidRDefault="003424AE" w:rsidP="00CC2960">
            <w:pPr>
              <w:rPr>
                <w:rFonts w:ascii="Cairo" w:hAnsi="Cairo" w:cs="Cairo"/>
                <w:b/>
                <w:bCs/>
              </w:rPr>
            </w:pPr>
          </w:p>
        </w:tc>
      </w:tr>
      <w:tr w:rsidR="003424AE" w:rsidRPr="00E74D92" w14:paraId="6E55D614" w14:textId="77777777" w:rsidTr="00CC2960">
        <w:tc>
          <w:tcPr>
            <w:tcW w:w="3681" w:type="dxa"/>
          </w:tcPr>
          <w:p w14:paraId="1B92B252" w14:textId="77777777" w:rsidR="003424AE" w:rsidRPr="00E74D92" w:rsidRDefault="003424AE" w:rsidP="00CC2960">
            <w:pPr>
              <w:rPr>
                <w:rFonts w:ascii="Cairo" w:hAnsi="Cairo" w:cs="Cairo"/>
                <w:b/>
                <w:bCs/>
              </w:rPr>
            </w:pPr>
            <w:r w:rsidRPr="00E74D92">
              <w:rPr>
                <w:rFonts w:ascii="Cairo" w:hAnsi="Cairo" w:cs="Cairo"/>
                <w:b/>
                <w:bCs/>
              </w:rPr>
              <w:t>Registered Office Address:</w:t>
            </w:r>
          </w:p>
        </w:tc>
        <w:tc>
          <w:tcPr>
            <w:tcW w:w="4949" w:type="dxa"/>
          </w:tcPr>
          <w:p w14:paraId="65CFC217" w14:textId="77777777" w:rsidR="003424AE" w:rsidRPr="00E74D92" w:rsidRDefault="003424AE" w:rsidP="00CC2960">
            <w:pPr>
              <w:rPr>
                <w:rFonts w:ascii="Cairo" w:hAnsi="Cairo" w:cs="Cairo"/>
                <w:b/>
                <w:bCs/>
              </w:rPr>
            </w:pPr>
          </w:p>
        </w:tc>
      </w:tr>
      <w:tr w:rsidR="003424AE" w:rsidRPr="00E74D92" w14:paraId="6F1F5560" w14:textId="77777777" w:rsidTr="00CC2960">
        <w:tc>
          <w:tcPr>
            <w:tcW w:w="3681" w:type="dxa"/>
          </w:tcPr>
          <w:p w14:paraId="6E02A26B" w14:textId="77777777" w:rsidR="003424AE" w:rsidRPr="00E74D92" w:rsidRDefault="003424AE" w:rsidP="00CC2960">
            <w:pPr>
              <w:rPr>
                <w:rFonts w:ascii="Cairo" w:hAnsi="Cairo" w:cs="Cairo"/>
                <w:b/>
                <w:bCs/>
              </w:rPr>
            </w:pPr>
            <w:r w:rsidRPr="00E74D92">
              <w:rPr>
                <w:rFonts w:ascii="Cairo" w:hAnsi="Cairo" w:cs="Cairo"/>
                <w:b/>
                <w:bCs/>
              </w:rPr>
              <w:t>Website:</w:t>
            </w:r>
          </w:p>
        </w:tc>
        <w:tc>
          <w:tcPr>
            <w:tcW w:w="4949" w:type="dxa"/>
          </w:tcPr>
          <w:p w14:paraId="761DC519" w14:textId="77777777" w:rsidR="003424AE" w:rsidRPr="00E74D92" w:rsidRDefault="003424AE" w:rsidP="00CC2960">
            <w:pPr>
              <w:rPr>
                <w:rFonts w:ascii="Cairo" w:hAnsi="Cairo" w:cs="Cairo"/>
                <w:b/>
                <w:bCs/>
              </w:rPr>
            </w:pPr>
          </w:p>
        </w:tc>
      </w:tr>
    </w:tbl>
    <w:p w14:paraId="201B4979" w14:textId="77777777" w:rsidR="003424AE" w:rsidRPr="00DA1326" w:rsidRDefault="003424AE" w:rsidP="003424AE">
      <w:pPr>
        <w:rPr>
          <w:rFonts w:ascii="Cairo" w:hAnsi="Cairo" w:cs="Cairo"/>
          <w:b/>
          <w:bCs/>
        </w:rPr>
      </w:pPr>
    </w:p>
    <w:p w14:paraId="51DE7BB3" w14:textId="77777777" w:rsidR="003424AE" w:rsidRPr="00831C0E" w:rsidRDefault="003424AE" w:rsidP="003424AE">
      <w:pPr>
        <w:shd w:val="clear" w:color="auto" w:fill="7030A0"/>
        <w:rPr>
          <w:rFonts w:ascii="Cairo" w:hAnsi="Cairo" w:cs="Cairo"/>
          <w:b/>
          <w:bCs/>
          <w:color w:val="FFFFFF" w:themeColor="background1"/>
        </w:rPr>
      </w:pPr>
      <w:r w:rsidRPr="00831C0E">
        <w:rPr>
          <w:rFonts w:ascii="Cairo" w:hAnsi="Cairo" w:cs="Cairo"/>
          <w:b/>
          <w:bCs/>
          <w:color w:val="FFFFFF" w:themeColor="background1"/>
        </w:rPr>
        <w:t>2. Contact Information</w:t>
      </w:r>
    </w:p>
    <w:p w14:paraId="5F3C6C93" w14:textId="77777777" w:rsidR="003424AE" w:rsidRPr="00DA1326" w:rsidRDefault="003424AE" w:rsidP="003424AE">
      <w:pPr>
        <w:rPr>
          <w:rFonts w:ascii="Cairo" w:hAnsi="Cairo" w:cs="Cairo"/>
          <w:b/>
          <w:bCs/>
        </w:rPr>
      </w:pPr>
    </w:p>
    <w:tbl>
      <w:tblPr>
        <w:tblStyle w:val="TableGrid"/>
        <w:tblW w:w="10162" w:type="dxa"/>
        <w:tblInd w:w="-767" w:type="dxa"/>
        <w:tblLook w:val="04A0" w:firstRow="1" w:lastRow="0" w:firstColumn="1" w:lastColumn="0" w:noHBand="0" w:noVBand="1"/>
      </w:tblPr>
      <w:tblGrid>
        <w:gridCol w:w="2164"/>
        <w:gridCol w:w="2993"/>
        <w:gridCol w:w="1848"/>
        <w:gridCol w:w="3157"/>
      </w:tblGrid>
      <w:tr w:rsidR="003424AE" w:rsidRPr="0016159E" w14:paraId="3BAC51AA" w14:textId="77777777" w:rsidTr="00CC2960">
        <w:trPr>
          <w:trHeight w:val="1281"/>
        </w:trPr>
        <w:tc>
          <w:tcPr>
            <w:tcW w:w="2164" w:type="dxa"/>
            <w:shd w:val="clear" w:color="auto" w:fill="7030A0"/>
          </w:tcPr>
          <w:p w14:paraId="2C1E287B" w14:textId="77777777" w:rsidR="003424AE" w:rsidRPr="0016159E" w:rsidRDefault="003424AE" w:rsidP="00CC2960">
            <w:pPr>
              <w:rPr>
                <w:rFonts w:ascii="Cairo" w:hAnsi="Cairo" w:cs="Cairo"/>
                <w:b/>
                <w:bCs/>
                <w:color w:val="FFFFFF" w:themeColor="background1"/>
              </w:rPr>
            </w:pPr>
            <w:r w:rsidRPr="0016159E">
              <w:rPr>
                <w:rFonts w:ascii="Cairo" w:hAnsi="Cairo" w:cs="Cairo"/>
                <w:b/>
                <w:bCs/>
                <w:color w:val="FFFFFF" w:themeColor="background1"/>
              </w:rPr>
              <w:t>Primary Contact Person:</w:t>
            </w:r>
          </w:p>
        </w:tc>
        <w:tc>
          <w:tcPr>
            <w:tcW w:w="2993" w:type="dxa"/>
          </w:tcPr>
          <w:p w14:paraId="1C03D1CD" w14:textId="77777777" w:rsidR="003424AE" w:rsidRPr="0016159E" w:rsidRDefault="003424AE" w:rsidP="00CC2960">
            <w:pPr>
              <w:rPr>
                <w:rFonts w:ascii="Cairo" w:hAnsi="Cairo" w:cs="Cairo"/>
                <w:b/>
                <w:bCs/>
                <w:color w:val="FFFFFF" w:themeColor="background1"/>
              </w:rPr>
            </w:pPr>
          </w:p>
        </w:tc>
        <w:tc>
          <w:tcPr>
            <w:tcW w:w="1848" w:type="dxa"/>
            <w:shd w:val="clear" w:color="auto" w:fill="7030A0"/>
          </w:tcPr>
          <w:p w14:paraId="59945427" w14:textId="77777777" w:rsidR="003424AE" w:rsidRPr="0016159E" w:rsidRDefault="003424AE" w:rsidP="00CC2960">
            <w:pPr>
              <w:rPr>
                <w:rFonts w:ascii="Cairo" w:hAnsi="Cairo" w:cs="Cairo"/>
                <w:b/>
                <w:bCs/>
                <w:color w:val="FFFFFF" w:themeColor="background1"/>
              </w:rPr>
            </w:pPr>
            <w:r w:rsidRPr="0016159E">
              <w:rPr>
                <w:rFonts w:ascii="Cairo" w:hAnsi="Cairo" w:cs="Cairo"/>
                <w:b/>
                <w:bCs/>
                <w:color w:val="FFFFFF" w:themeColor="background1"/>
              </w:rPr>
              <w:t>Secondary Contact Person (Optional):</w:t>
            </w:r>
          </w:p>
        </w:tc>
        <w:tc>
          <w:tcPr>
            <w:tcW w:w="3157" w:type="dxa"/>
          </w:tcPr>
          <w:p w14:paraId="2A6D3C3A" w14:textId="77777777" w:rsidR="003424AE" w:rsidRPr="0016159E" w:rsidRDefault="003424AE" w:rsidP="00CC2960">
            <w:pPr>
              <w:rPr>
                <w:rFonts w:ascii="Cairo" w:hAnsi="Cairo" w:cs="Cairo"/>
                <w:b/>
                <w:bCs/>
                <w:color w:val="FFFFFF" w:themeColor="background1"/>
              </w:rPr>
            </w:pPr>
          </w:p>
        </w:tc>
      </w:tr>
      <w:tr w:rsidR="003424AE" w:rsidRPr="0016159E" w14:paraId="1B233B43" w14:textId="77777777" w:rsidTr="00CC2960">
        <w:trPr>
          <w:trHeight w:val="423"/>
        </w:trPr>
        <w:tc>
          <w:tcPr>
            <w:tcW w:w="2164" w:type="dxa"/>
          </w:tcPr>
          <w:p w14:paraId="5CC5C35E" w14:textId="77777777" w:rsidR="003424AE" w:rsidRPr="0016159E" w:rsidRDefault="003424AE" w:rsidP="00CC2960">
            <w:pPr>
              <w:rPr>
                <w:rFonts w:ascii="Cairo" w:hAnsi="Cairo" w:cs="Cairo"/>
                <w:b/>
                <w:bCs/>
              </w:rPr>
            </w:pPr>
            <w:r w:rsidRPr="0016159E">
              <w:rPr>
                <w:rFonts w:ascii="Cairo" w:hAnsi="Cairo" w:cs="Cairo"/>
                <w:b/>
                <w:bCs/>
              </w:rPr>
              <w:t xml:space="preserve">Name: </w:t>
            </w:r>
          </w:p>
        </w:tc>
        <w:tc>
          <w:tcPr>
            <w:tcW w:w="2993" w:type="dxa"/>
          </w:tcPr>
          <w:p w14:paraId="29E4DA78" w14:textId="77777777" w:rsidR="003424AE" w:rsidRPr="007A0409" w:rsidRDefault="003424AE" w:rsidP="00CC2960">
            <w:pPr>
              <w:rPr>
                <w:rFonts w:ascii="Cairo" w:hAnsi="Cairo" w:cs="Cairo"/>
                <w:b/>
                <w:bCs/>
              </w:rPr>
            </w:pPr>
          </w:p>
        </w:tc>
        <w:tc>
          <w:tcPr>
            <w:tcW w:w="1848" w:type="dxa"/>
          </w:tcPr>
          <w:p w14:paraId="4B9E07F5" w14:textId="77777777" w:rsidR="003424AE" w:rsidRPr="0016159E" w:rsidRDefault="003424AE" w:rsidP="00CC2960">
            <w:pPr>
              <w:rPr>
                <w:rFonts w:ascii="Cairo" w:hAnsi="Cairo" w:cs="Cairo"/>
                <w:b/>
                <w:bCs/>
              </w:rPr>
            </w:pPr>
            <w:r w:rsidRPr="007A0409">
              <w:rPr>
                <w:rFonts w:ascii="Cairo" w:hAnsi="Cairo" w:cs="Cairo"/>
                <w:b/>
                <w:bCs/>
              </w:rPr>
              <w:t xml:space="preserve">Name: </w:t>
            </w:r>
          </w:p>
        </w:tc>
        <w:tc>
          <w:tcPr>
            <w:tcW w:w="3157" w:type="dxa"/>
          </w:tcPr>
          <w:p w14:paraId="08A41E18" w14:textId="77777777" w:rsidR="003424AE" w:rsidRPr="007A0409" w:rsidRDefault="003424AE" w:rsidP="00CC2960">
            <w:pPr>
              <w:rPr>
                <w:rFonts w:ascii="Cairo" w:hAnsi="Cairo" w:cs="Cairo"/>
                <w:b/>
                <w:bCs/>
              </w:rPr>
            </w:pPr>
          </w:p>
        </w:tc>
      </w:tr>
      <w:tr w:rsidR="003424AE" w:rsidRPr="0016159E" w14:paraId="5E1FC4F9" w14:textId="77777777" w:rsidTr="00CC2960">
        <w:trPr>
          <w:trHeight w:val="423"/>
        </w:trPr>
        <w:tc>
          <w:tcPr>
            <w:tcW w:w="2164" w:type="dxa"/>
          </w:tcPr>
          <w:p w14:paraId="31A54A30" w14:textId="77777777" w:rsidR="003424AE" w:rsidRPr="0016159E" w:rsidRDefault="003424AE" w:rsidP="00CC2960">
            <w:pPr>
              <w:rPr>
                <w:rFonts w:ascii="Cairo" w:hAnsi="Cairo" w:cs="Cairo"/>
                <w:b/>
                <w:bCs/>
              </w:rPr>
            </w:pPr>
            <w:r w:rsidRPr="0016159E">
              <w:rPr>
                <w:rFonts w:ascii="Cairo" w:hAnsi="Cairo" w:cs="Cairo"/>
                <w:b/>
                <w:bCs/>
              </w:rPr>
              <w:t>Title</w:t>
            </w:r>
            <w:r>
              <w:rPr>
                <w:rFonts w:ascii="Cairo" w:hAnsi="Cairo" w:cs="Cairo"/>
                <w:b/>
                <w:bCs/>
              </w:rPr>
              <w:t>/Position</w:t>
            </w:r>
            <w:r w:rsidRPr="0016159E">
              <w:rPr>
                <w:rFonts w:ascii="Cairo" w:hAnsi="Cairo" w:cs="Cairo"/>
                <w:b/>
                <w:bCs/>
              </w:rPr>
              <w:t xml:space="preserve">: </w:t>
            </w:r>
          </w:p>
        </w:tc>
        <w:tc>
          <w:tcPr>
            <w:tcW w:w="2993" w:type="dxa"/>
          </w:tcPr>
          <w:p w14:paraId="2D1BECE7" w14:textId="77777777" w:rsidR="003424AE" w:rsidRPr="007A0409" w:rsidRDefault="003424AE" w:rsidP="00CC2960">
            <w:pPr>
              <w:rPr>
                <w:rFonts w:ascii="Cairo" w:hAnsi="Cairo" w:cs="Cairo"/>
                <w:b/>
                <w:bCs/>
              </w:rPr>
            </w:pPr>
          </w:p>
        </w:tc>
        <w:tc>
          <w:tcPr>
            <w:tcW w:w="1848" w:type="dxa"/>
          </w:tcPr>
          <w:p w14:paraId="235C2F1D" w14:textId="77777777" w:rsidR="003424AE" w:rsidRPr="0016159E" w:rsidRDefault="003424AE" w:rsidP="00CC2960">
            <w:pPr>
              <w:rPr>
                <w:rFonts w:ascii="Cairo" w:hAnsi="Cairo" w:cs="Cairo"/>
                <w:b/>
                <w:bCs/>
              </w:rPr>
            </w:pPr>
            <w:r w:rsidRPr="007A0409">
              <w:rPr>
                <w:rFonts w:ascii="Cairo" w:hAnsi="Cairo" w:cs="Cairo"/>
                <w:b/>
                <w:bCs/>
              </w:rPr>
              <w:t>Title</w:t>
            </w:r>
            <w:r>
              <w:rPr>
                <w:rFonts w:ascii="Cairo" w:hAnsi="Cairo" w:cs="Cairo"/>
                <w:b/>
                <w:bCs/>
              </w:rPr>
              <w:t>/Position</w:t>
            </w:r>
            <w:r w:rsidRPr="007A0409">
              <w:rPr>
                <w:rFonts w:ascii="Cairo" w:hAnsi="Cairo" w:cs="Cairo"/>
                <w:b/>
                <w:bCs/>
              </w:rPr>
              <w:t xml:space="preserve">: </w:t>
            </w:r>
          </w:p>
        </w:tc>
        <w:tc>
          <w:tcPr>
            <w:tcW w:w="3157" w:type="dxa"/>
          </w:tcPr>
          <w:p w14:paraId="2288332B" w14:textId="77777777" w:rsidR="003424AE" w:rsidRPr="007A0409" w:rsidRDefault="003424AE" w:rsidP="00CC2960">
            <w:pPr>
              <w:rPr>
                <w:rFonts w:ascii="Cairo" w:hAnsi="Cairo" w:cs="Cairo"/>
                <w:b/>
                <w:bCs/>
              </w:rPr>
            </w:pPr>
          </w:p>
        </w:tc>
      </w:tr>
      <w:tr w:rsidR="003424AE" w:rsidRPr="0016159E" w14:paraId="79AD6916" w14:textId="77777777" w:rsidTr="00CC2960">
        <w:trPr>
          <w:trHeight w:val="423"/>
        </w:trPr>
        <w:tc>
          <w:tcPr>
            <w:tcW w:w="2164" w:type="dxa"/>
          </w:tcPr>
          <w:p w14:paraId="03D461D2" w14:textId="77777777" w:rsidR="003424AE" w:rsidRPr="0016159E" w:rsidRDefault="003424AE" w:rsidP="00CC2960">
            <w:pPr>
              <w:rPr>
                <w:rFonts w:ascii="Cairo" w:hAnsi="Cairo" w:cs="Cairo"/>
                <w:b/>
                <w:bCs/>
              </w:rPr>
            </w:pPr>
            <w:r w:rsidRPr="0016159E">
              <w:rPr>
                <w:rFonts w:ascii="Cairo" w:hAnsi="Cairo" w:cs="Cairo"/>
                <w:b/>
                <w:bCs/>
              </w:rPr>
              <w:t xml:space="preserve">Telephone: </w:t>
            </w:r>
          </w:p>
        </w:tc>
        <w:tc>
          <w:tcPr>
            <w:tcW w:w="2993" w:type="dxa"/>
          </w:tcPr>
          <w:p w14:paraId="05B97535" w14:textId="77777777" w:rsidR="003424AE" w:rsidRPr="007A0409" w:rsidRDefault="003424AE" w:rsidP="00CC2960">
            <w:pPr>
              <w:rPr>
                <w:rFonts w:ascii="Cairo" w:hAnsi="Cairo" w:cs="Cairo"/>
                <w:b/>
                <w:bCs/>
              </w:rPr>
            </w:pPr>
          </w:p>
        </w:tc>
        <w:tc>
          <w:tcPr>
            <w:tcW w:w="1848" w:type="dxa"/>
          </w:tcPr>
          <w:p w14:paraId="36D22368" w14:textId="77777777" w:rsidR="003424AE" w:rsidRPr="0016159E" w:rsidRDefault="003424AE" w:rsidP="00CC2960">
            <w:pPr>
              <w:rPr>
                <w:rFonts w:ascii="Cairo" w:hAnsi="Cairo" w:cs="Cairo"/>
                <w:b/>
                <w:bCs/>
              </w:rPr>
            </w:pPr>
            <w:r w:rsidRPr="007A0409">
              <w:rPr>
                <w:rFonts w:ascii="Cairo" w:hAnsi="Cairo" w:cs="Cairo"/>
                <w:b/>
                <w:bCs/>
              </w:rPr>
              <w:t xml:space="preserve">Telephone: </w:t>
            </w:r>
          </w:p>
        </w:tc>
        <w:tc>
          <w:tcPr>
            <w:tcW w:w="3157" w:type="dxa"/>
          </w:tcPr>
          <w:p w14:paraId="36A52C9E" w14:textId="77777777" w:rsidR="003424AE" w:rsidRPr="007A0409" w:rsidRDefault="003424AE" w:rsidP="00CC2960">
            <w:pPr>
              <w:rPr>
                <w:rFonts w:ascii="Cairo" w:hAnsi="Cairo" w:cs="Cairo"/>
                <w:b/>
                <w:bCs/>
              </w:rPr>
            </w:pPr>
          </w:p>
        </w:tc>
      </w:tr>
      <w:tr w:rsidR="003424AE" w:rsidRPr="0016159E" w14:paraId="6FB85A54" w14:textId="77777777" w:rsidTr="00CC2960">
        <w:trPr>
          <w:trHeight w:val="423"/>
        </w:trPr>
        <w:tc>
          <w:tcPr>
            <w:tcW w:w="2164" w:type="dxa"/>
          </w:tcPr>
          <w:p w14:paraId="0CA559F8" w14:textId="77777777" w:rsidR="003424AE" w:rsidRPr="0016159E" w:rsidRDefault="003424AE" w:rsidP="00CC2960">
            <w:pPr>
              <w:rPr>
                <w:rFonts w:ascii="Cairo" w:hAnsi="Cairo" w:cs="Cairo"/>
                <w:b/>
                <w:bCs/>
              </w:rPr>
            </w:pPr>
            <w:r w:rsidRPr="0016159E">
              <w:rPr>
                <w:rFonts w:ascii="Cairo" w:hAnsi="Cairo" w:cs="Cairo"/>
                <w:b/>
                <w:bCs/>
              </w:rPr>
              <w:t xml:space="preserve">Email: </w:t>
            </w:r>
          </w:p>
        </w:tc>
        <w:tc>
          <w:tcPr>
            <w:tcW w:w="2993" w:type="dxa"/>
          </w:tcPr>
          <w:p w14:paraId="3E794501" w14:textId="77777777" w:rsidR="003424AE" w:rsidRPr="007A0409" w:rsidRDefault="003424AE" w:rsidP="00CC2960">
            <w:pPr>
              <w:rPr>
                <w:rFonts w:ascii="Cairo" w:hAnsi="Cairo" w:cs="Cairo"/>
                <w:b/>
                <w:bCs/>
              </w:rPr>
            </w:pPr>
          </w:p>
        </w:tc>
        <w:tc>
          <w:tcPr>
            <w:tcW w:w="1848" w:type="dxa"/>
          </w:tcPr>
          <w:p w14:paraId="4D58FCE5" w14:textId="77777777" w:rsidR="003424AE" w:rsidRPr="0016159E" w:rsidRDefault="003424AE" w:rsidP="00CC2960">
            <w:pPr>
              <w:rPr>
                <w:rFonts w:ascii="Cairo" w:hAnsi="Cairo" w:cs="Cairo"/>
                <w:b/>
                <w:bCs/>
              </w:rPr>
            </w:pPr>
            <w:r w:rsidRPr="007A0409">
              <w:rPr>
                <w:rFonts w:ascii="Cairo" w:hAnsi="Cairo" w:cs="Cairo"/>
                <w:b/>
                <w:bCs/>
              </w:rPr>
              <w:t xml:space="preserve">Email: </w:t>
            </w:r>
          </w:p>
        </w:tc>
        <w:tc>
          <w:tcPr>
            <w:tcW w:w="3157" w:type="dxa"/>
          </w:tcPr>
          <w:p w14:paraId="69EACC9C" w14:textId="77777777" w:rsidR="003424AE" w:rsidRPr="007A0409" w:rsidRDefault="003424AE" w:rsidP="00CC2960">
            <w:pPr>
              <w:rPr>
                <w:rFonts w:ascii="Cairo" w:hAnsi="Cairo" w:cs="Cairo"/>
                <w:b/>
                <w:bCs/>
              </w:rPr>
            </w:pPr>
          </w:p>
        </w:tc>
      </w:tr>
    </w:tbl>
    <w:p w14:paraId="0E6E4AAB" w14:textId="77777777" w:rsidR="003424AE" w:rsidRPr="00DA1326" w:rsidRDefault="003424AE" w:rsidP="003424AE">
      <w:pPr>
        <w:rPr>
          <w:rFonts w:ascii="Cairo" w:hAnsi="Cairo" w:cs="Cairo"/>
          <w:b/>
          <w:bCs/>
        </w:rPr>
      </w:pPr>
    </w:p>
    <w:p w14:paraId="3833493B" w14:textId="77777777" w:rsidR="003424AE" w:rsidRPr="00DA1326" w:rsidRDefault="003424AE" w:rsidP="003424AE">
      <w:pPr>
        <w:rPr>
          <w:rFonts w:ascii="Cairo" w:hAnsi="Cairo" w:cs="Cairo"/>
          <w:b/>
          <w:bCs/>
        </w:rPr>
      </w:pPr>
    </w:p>
    <w:p w14:paraId="228D1E5F" w14:textId="77777777" w:rsidR="003424AE" w:rsidRPr="00831C0E" w:rsidRDefault="003424AE" w:rsidP="003424AE">
      <w:pPr>
        <w:shd w:val="clear" w:color="auto" w:fill="7030A0"/>
        <w:rPr>
          <w:rFonts w:ascii="Cairo" w:hAnsi="Cairo" w:cs="Cairo"/>
          <w:b/>
          <w:bCs/>
          <w:color w:val="FFFFFF" w:themeColor="background1"/>
        </w:rPr>
      </w:pPr>
      <w:r w:rsidRPr="00831C0E">
        <w:rPr>
          <w:rFonts w:ascii="Cairo" w:hAnsi="Cairo" w:cs="Cairo"/>
          <w:b/>
          <w:bCs/>
          <w:color w:val="FFFFFF" w:themeColor="background1"/>
        </w:rPr>
        <w:t>3. Legal Registration</w:t>
      </w:r>
    </w:p>
    <w:p w14:paraId="1AD2F65C" w14:textId="77777777" w:rsidR="003424AE" w:rsidRPr="00DA1326" w:rsidRDefault="003424AE" w:rsidP="003424AE">
      <w:pPr>
        <w:rPr>
          <w:rFonts w:ascii="Cairo" w:hAnsi="Cairo" w:cs="Cairo"/>
          <w:b/>
          <w:bCs/>
        </w:rPr>
      </w:pPr>
    </w:p>
    <w:p w14:paraId="2A41E4B7" w14:textId="77777777" w:rsidR="003424AE" w:rsidRPr="00DA1326" w:rsidRDefault="003424AE" w:rsidP="003424AE">
      <w:pPr>
        <w:rPr>
          <w:rFonts w:ascii="Cairo" w:hAnsi="Cairo" w:cs="Cairo"/>
          <w:b/>
          <w:bCs/>
        </w:rPr>
      </w:pPr>
      <w:r w:rsidRPr="00DA1326">
        <w:rPr>
          <w:rFonts w:ascii="Cairo" w:hAnsi="Cairo" w:cs="Cairo"/>
          <w:b/>
          <w:bCs/>
        </w:rPr>
        <w:t>Please provide the following information: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32"/>
        <w:gridCol w:w="4298"/>
      </w:tblGrid>
      <w:tr w:rsidR="003424AE" w:rsidRPr="009A07A2" w14:paraId="00193CA9" w14:textId="77777777" w:rsidTr="00CC2960">
        <w:tc>
          <w:tcPr>
            <w:tcW w:w="4508" w:type="dxa"/>
            <w:shd w:val="clear" w:color="auto" w:fill="7030A0"/>
          </w:tcPr>
          <w:p w14:paraId="3CF00A49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  <w:color w:val="FFFFFF" w:themeColor="background1"/>
              </w:rPr>
            </w:pPr>
            <w:r w:rsidRPr="009A07A2">
              <w:rPr>
                <w:rFonts w:ascii="Cairo" w:hAnsi="Cairo" w:cs="Cairo"/>
                <w:b/>
                <w:bCs/>
                <w:color w:val="FFFFFF" w:themeColor="background1"/>
              </w:rPr>
              <w:t>Information</w:t>
            </w:r>
          </w:p>
        </w:tc>
        <w:tc>
          <w:tcPr>
            <w:tcW w:w="4508" w:type="dxa"/>
            <w:shd w:val="clear" w:color="auto" w:fill="7030A0"/>
          </w:tcPr>
          <w:p w14:paraId="5FC76923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  <w:color w:val="FFFFFF" w:themeColor="background1"/>
              </w:rPr>
            </w:pPr>
            <w:r w:rsidRPr="009A07A2">
              <w:rPr>
                <w:rFonts w:ascii="Cairo" w:hAnsi="Cairo" w:cs="Cairo"/>
                <w:b/>
                <w:bCs/>
                <w:color w:val="FFFFFF" w:themeColor="background1"/>
              </w:rPr>
              <w:t>Details</w:t>
            </w:r>
          </w:p>
        </w:tc>
      </w:tr>
      <w:tr w:rsidR="003424AE" w:rsidRPr="009A07A2" w14:paraId="4B38AA94" w14:textId="77777777" w:rsidTr="00CC2960">
        <w:tc>
          <w:tcPr>
            <w:tcW w:w="4508" w:type="dxa"/>
          </w:tcPr>
          <w:p w14:paraId="6338C3CF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</w:rPr>
            </w:pPr>
            <w:r w:rsidRPr="009A07A2">
              <w:rPr>
                <w:rFonts w:ascii="Cairo" w:hAnsi="Cairo" w:cs="Cairo"/>
                <w:b/>
                <w:bCs/>
              </w:rPr>
              <w:lastRenderedPageBreak/>
              <w:t>Company Registration Number</w:t>
            </w:r>
          </w:p>
        </w:tc>
        <w:tc>
          <w:tcPr>
            <w:tcW w:w="4508" w:type="dxa"/>
          </w:tcPr>
          <w:p w14:paraId="13BCC0AF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</w:rPr>
            </w:pPr>
          </w:p>
        </w:tc>
      </w:tr>
      <w:tr w:rsidR="003424AE" w:rsidRPr="009A07A2" w14:paraId="665B6E29" w14:textId="77777777" w:rsidTr="00CC2960">
        <w:tc>
          <w:tcPr>
            <w:tcW w:w="4508" w:type="dxa"/>
          </w:tcPr>
          <w:p w14:paraId="57F4C1A9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</w:rPr>
            </w:pPr>
            <w:r w:rsidRPr="009A07A2">
              <w:rPr>
                <w:rFonts w:ascii="Cairo" w:hAnsi="Cairo" w:cs="Cairo"/>
                <w:b/>
                <w:bCs/>
              </w:rPr>
              <w:t>Tax Identification Number</w:t>
            </w:r>
          </w:p>
        </w:tc>
        <w:tc>
          <w:tcPr>
            <w:tcW w:w="4508" w:type="dxa"/>
          </w:tcPr>
          <w:p w14:paraId="63B65EB0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</w:rPr>
            </w:pPr>
          </w:p>
        </w:tc>
      </w:tr>
      <w:tr w:rsidR="003424AE" w:rsidRPr="009A07A2" w14:paraId="770AB96A" w14:textId="77777777" w:rsidTr="00CC2960">
        <w:tc>
          <w:tcPr>
            <w:tcW w:w="4508" w:type="dxa"/>
          </w:tcPr>
          <w:p w14:paraId="5C9E0E22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</w:rPr>
            </w:pPr>
            <w:r w:rsidRPr="009A07A2">
              <w:rPr>
                <w:rFonts w:ascii="Cairo" w:hAnsi="Cairo" w:cs="Cairo"/>
                <w:b/>
                <w:bCs/>
              </w:rPr>
              <w:t>Professional License Number (CPA)</w:t>
            </w:r>
          </w:p>
        </w:tc>
        <w:tc>
          <w:tcPr>
            <w:tcW w:w="4508" w:type="dxa"/>
          </w:tcPr>
          <w:p w14:paraId="36911621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</w:rPr>
            </w:pPr>
          </w:p>
        </w:tc>
      </w:tr>
      <w:tr w:rsidR="003424AE" w:rsidRPr="009A07A2" w14:paraId="0E871049" w14:textId="77777777" w:rsidTr="00CC2960">
        <w:tc>
          <w:tcPr>
            <w:tcW w:w="4508" w:type="dxa"/>
          </w:tcPr>
          <w:p w14:paraId="71781802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</w:rPr>
            </w:pPr>
            <w:r w:rsidRPr="009A07A2">
              <w:rPr>
                <w:rFonts w:ascii="Cairo" w:hAnsi="Cairo" w:cs="Cairo"/>
                <w:b/>
                <w:bCs/>
              </w:rPr>
              <w:t>State of Licensing</w:t>
            </w:r>
          </w:p>
        </w:tc>
        <w:tc>
          <w:tcPr>
            <w:tcW w:w="4508" w:type="dxa"/>
          </w:tcPr>
          <w:p w14:paraId="273DF259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</w:rPr>
            </w:pPr>
          </w:p>
        </w:tc>
      </w:tr>
    </w:tbl>
    <w:p w14:paraId="6E886CBA" w14:textId="77777777" w:rsidR="003424AE" w:rsidRPr="00DA1326" w:rsidRDefault="003424AE" w:rsidP="003424AE">
      <w:pPr>
        <w:rPr>
          <w:rFonts w:ascii="Cairo" w:hAnsi="Cairo" w:cs="Cairo"/>
          <w:b/>
          <w:bCs/>
        </w:rPr>
      </w:pPr>
    </w:p>
    <w:p w14:paraId="02BFFBDB" w14:textId="77777777" w:rsidR="003424AE" w:rsidRPr="00DA1326" w:rsidRDefault="003424AE" w:rsidP="003424AE">
      <w:pPr>
        <w:rPr>
          <w:rFonts w:ascii="Cairo" w:hAnsi="Cairo" w:cs="Cairo"/>
          <w:b/>
          <w:bCs/>
        </w:rPr>
      </w:pPr>
      <w:r w:rsidRPr="009A07A2">
        <w:rPr>
          <w:rFonts w:ascii="Cairo" w:hAnsi="Cairo" w:cs="Cairo"/>
          <w:b/>
          <w:bCs/>
          <w:highlight w:val="yellow"/>
        </w:rPr>
        <w:t>Attach copies of:</w:t>
      </w:r>
    </w:p>
    <w:p w14:paraId="1A2DC3C6" w14:textId="77777777" w:rsidR="003424AE" w:rsidRPr="009A07A2" w:rsidRDefault="003424AE" w:rsidP="003424AE">
      <w:pPr>
        <w:pStyle w:val="ListParagraph"/>
        <w:numPr>
          <w:ilvl w:val="0"/>
          <w:numId w:val="84"/>
        </w:numPr>
        <w:rPr>
          <w:rFonts w:ascii="Cairo" w:hAnsi="Cairo" w:cs="Cairo"/>
          <w:b/>
          <w:bCs/>
        </w:rPr>
      </w:pPr>
      <w:r w:rsidRPr="009A07A2">
        <w:rPr>
          <w:rFonts w:ascii="Cairo" w:hAnsi="Cairo" w:cs="Cairo"/>
          <w:b/>
          <w:bCs/>
        </w:rPr>
        <w:t>Certificate of incorporation</w:t>
      </w:r>
    </w:p>
    <w:p w14:paraId="68BC33C8" w14:textId="77777777" w:rsidR="003424AE" w:rsidRPr="009A07A2" w:rsidRDefault="003424AE" w:rsidP="003424AE">
      <w:pPr>
        <w:pStyle w:val="ListParagraph"/>
        <w:numPr>
          <w:ilvl w:val="0"/>
          <w:numId w:val="84"/>
        </w:numPr>
        <w:rPr>
          <w:rFonts w:ascii="Cairo" w:hAnsi="Cairo" w:cs="Cairo"/>
          <w:b/>
          <w:bCs/>
        </w:rPr>
      </w:pPr>
      <w:r w:rsidRPr="009A07A2">
        <w:rPr>
          <w:rFonts w:ascii="Cairo" w:hAnsi="Cairo" w:cs="Cairo"/>
          <w:b/>
          <w:bCs/>
        </w:rPr>
        <w:t>CPA registration/license</w:t>
      </w:r>
    </w:p>
    <w:p w14:paraId="171B80FC" w14:textId="77777777" w:rsidR="003424AE" w:rsidRPr="009A07A2" w:rsidRDefault="003424AE" w:rsidP="003424AE">
      <w:pPr>
        <w:pStyle w:val="ListParagraph"/>
        <w:numPr>
          <w:ilvl w:val="0"/>
          <w:numId w:val="84"/>
        </w:numPr>
        <w:rPr>
          <w:rFonts w:ascii="Cairo" w:hAnsi="Cairo" w:cs="Cairo"/>
          <w:b/>
          <w:bCs/>
        </w:rPr>
      </w:pPr>
      <w:r w:rsidRPr="009A07A2">
        <w:rPr>
          <w:rFonts w:ascii="Cairo" w:hAnsi="Cairo" w:cs="Cairo"/>
          <w:b/>
          <w:bCs/>
        </w:rPr>
        <w:t>Tax registration certificate</w:t>
      </w:r>
    </w:p>
    <w:p w14:paraId="15300AA8" w14:textId="77777777" w:rsidR="003424AE" w:rsidRPr="00DA1326" w:rsidRDefault="003424AE" w:rsidP="003424AE">
      <w:pPr>
        <w:rPr>
          <w:rFonts w:ascii="Cairo" w:hAnsi="Cairo" w:cs="Cairo"/>
          <w:b/>
          <w:bCs/>
        </w:rPr>
      </w:pPr>
    </w:p>
    <w:p w14:paraId="6F1590F7" w14:textId="77777777" w:rsidR="003424AE" w:rsidRPr="00831C0E" w:rsidRDefault="003424AE" w:rsidP="003424AE">
      <w:pPr>
        <w:shd w:val="clear" w:color="auto" w:fill="7030A0"/>
        <w:rPr>
          <w:rFonts w:ascii="Cairo" w:hAnsi="Cairo" w:cs="Cairo"/>
          <w:b/>
          <w:bCs/>
          <w:color w:val="FFFFFF" w:themeColor="background1"/>
        </w:rPr>
      </w:pPr>
      <w:r w:rsidRPr="00831C0E">
        <w:rPr>
          <w:rFonts w:ascii="Cairo" w:hAnsi="Cairo" w:cs="Cairo"/>
          <w:b/>
          <w:bCs/>
          <w:color w:val="FFFFFF" w:themeColor="background1"/>
        </w:rPr>
        <w:t>4. Firm Structure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21"/>
        <w:gridCol w:w="4309"/>
      </w:tblGrid>
      <w:tr w:rsidR="003424AE" w:rsidRPr="009A07A2" w14:paraId="753FAF24" w14:textId="77777777" w:rsidTr="00CC2960">
        <w:tc>
          <w:tcPr>
            <w:tcW w:w="4508" w:type="dxa"/>
            <w:shd w:val="clear" w:color="auto" w:fill="7030A0"/>
          </w:tcPr>
          <w:p w14:paraId="29674DF1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  <w:color w:val="FFFFFF" w:themeColor="background1"/>
              </w:rPr>
            </w:pPr>
            <w:r w:rsidRPr="009A07A2">
              <w:rPr>
                <w:rFonts w:ascii="Cairo" w:hAnsi="Cairo" w:cs="Cairo"/>
                <w:b/>
                <w:bCs/>
                <w:color w:val="FFFFFF" w:themeColor="background1"/>
              </w:rPr>
              <w:t>Information</w:t>
            </w:r>
          </w:p>
        </w:tc>
        <w:tc>
          <w:tcPr>
            <w:tcW w:w="4508" w:type="dxa"/>
            <w:shd w:val="clear" w:color="auto" w:fill="7030A0"/>
          </w:tcPr>
          <w:p w14:paraId="7B25D3EA" w14:textId="77777777" w:rsidR="003424AE" w:rsidRPr="009A07A2" w:rsidRDefault="003424AE" w:rsidP="00CC2960">
            <w:pPr>
              <w:jc w:val="center"/>
              <w:rPr>
                <w:rFonts w:ascii="Cairo" w:hAnsi="Cairo" w:cs="Cairo"/>
                <w:b/>
                <w:bCs/>
                <w:color w:val="FFFFFF" w:themeColor="background1"/>
              </w:rPr>
            </w:pPr>
            <w:r w:rsidRPr="009A07A2">
              <w:rPr>
                <w:rFonts w:ascii="Cairo" w:hAnsi="Cairo" w:cs="Cairo"/>
                <w:b/>
                <w:bCs/>
                <w:color w:val="FFFFFF" w:themeColor="background1"/>
              </w:rPr>
              <w:t>Details</w:t>
            </w:r>
          </w:p>
        </w:tc>
      </w:tr>
      <w:tr w:rsidR="003424AE" w:rsidRPr="009A07A2" w14:paraId="1255CFC6" w14:textId="77777777" w:rsidTr="00CC2960">
        <w:tc>
          <w:tcPr>
            <w:tcW w:w="4508" w:type="dxa"/>
          </w:tcPr>
          <w:p w14:paraId="272EF117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</w:rPr>
            </w:pPr>
            <w:r w:rsidRPr="009A07A2">
              <w:rPr>
                <w:rFonts w:ascii="Cairo" w:hAnsi="Cairo" w:cs="Cairo"/>
                <w:b/>
                <w:bCs/>
              </w:rPr>
              <w:t>Type of Entity</w:t>
            </w:r>
            <w:r>
              <w:rPr>
                <w:rFonts w:ascii="Cairo" w:hAnsi="Cairo" w:cs="Cairo"/>
                <w:b/>
                <w:bCs/>
              </w:rPr>
              <w:t xml:space="preserve"> </w:t>
            </w:r>
          </w:p>
        </w:tc>
        <w:tc>
          <w:tcPr>
            <w:tcW w:w="4508" w:type="dxa"/>
          </w:tcPr>
          <w:p w14:paraId="4EE3C051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</w:rPr>
            </w:pPr>
            <w:r w:rsidRPr="009A07A2">
              <w:rPr>
                <w:rFonts w:ascii="Cairo" w:hAnsi="Cairo" w:cs="Cairo"/>
                <w:b/>
                <w:bCs/>
              </w:rPr>
              <w:t>(LLC / Partnership / Corporation / Other)</w:t>
            </w:r>
          </w:p>
        </w:tc>
      </w:tr>
      <w:tr w:rsidR="003424AE" w:rsidRPr="009A07A2" w14:paraId="0B647004" w14:textId="77777777" w:rsidTr="00CC2960">
        <w:tc>
          <w:tcPr>
            <w:tcW w:w="4508" w:type="dxa"/>
          </w:tcPr>
          <w:p w14:paraId="0110AB70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</w:rPr>
            </w:pPr>
            <w:r w:rsidRPr="009A07A2">
              <w:rPr>
                <w:rFonts w:ascii="Cairo" w:hAnsi="Cairo" w:cs="Cairo"/>
                <w:b/>
                <w:bCs/>
              </w:rPr>
              <w:t>Number of Partners</w:t>
            </w:r>
          </w:p>
        </w:tc>
        <w:tc>
          <w:tcPr>
            <w:tcW w:w="4508" w:type="dxa"/>
          </w:tcPr>
          <w:p w14:paraId="778D8641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</w:rPr>
            </w:pPr>
          </w:p>
        </w:tc>
      </w:tr>
      <w:tr w:rsidR="003424AE" w:rsidRPr="009A07A2" w14:paraId="29F54717" w14:textId="77777777" w:rsidTr="00CC2960">
        <w:tc>
          <w:tcPr>
            <w:tcW w:w="4508" w:type="dxa"/>
          </w:tcPr>
          <w:p w14:paraId="272A06F9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</w:rPr>
            </w:pPr>
            <w:r w:rsidRPr="009A07A2">
              <w:rPr>
                <w:rFonts w:ascii="Cairo" w:hAnsi="Cairo" w:cs="Cairo"/>
                <w:b/>
                <w:bCs/>
              </w:rPr>
              <w:t>Total Staff</w:t>
            </w:r>
          </w:p>
        </w:tc>
        <w:tc>
          <w:tcPr>
            <w:tcW w:w="4508" w:type="dxa"/>
          </w:tcPr>
          <w:p w14:paraId="125A36CE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</w:rPr>
            </w:pPr>
          </w:p>
        </w:tc>
      </w:tr>
      <w:tr w:rsidR="003424AE" w:rsidRPr="009A07A2" w14:paraId="3244EACE" w14:textId="77777777" w:rsidTr="00CC2960">
        <w:tc>
          <w:tcPr>
            <w:tcW w:w="4508" w:type="dxa"/>
          </w:tcPr>
          <w:p w14:paraId="41B5176B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</w:rPr>
            </w:pPr>
            <w:r w:rsidRPr="009A07A2">
              <w:rPr>
                <w:rFonts w:ascii="Cairo" w:hAnsi="Cairo" w:cs="Cairo"/>
                <w:b/>
                <w:bCs/>
              </w:rPr>
              <w:t>Number of Audit Professionals</w:t>
            </w:r>
          </w:p>
        </w:tc>
        <w:tc>
          <w:tcPr>
            <w:tcW w:w="4508" w:type="dxa"/>
          </w:tcPr>
          <w:p w14:paraId="5B504A72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</w:rPr>
            </w:pPr>
          </w:p>
        </w:tc>
      </w:tr>
      <w:tr w:rsidR="003424AE" w:rsidRPr="009A07A2" w14:paraId="7E39EF02" w14:textId="77777777" w:rsidTr="00CC2960">
        <w:tc>
          <w:tcPr>
            <w:tcW w:w="4508" w:type="dxa"/>
          </w:tcPr>
          <w:p w14:paraId="18F0B030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</w:rPr>
            </w:pPr>
            <w:r w:rsidRPr="00DA1326">
              <w:rPr>
                <w:rFonts w:ascii="Cairo" w:hAnsi="Cairo" w:cs="Cairo"/>
                <w:b/>
                <w:bCs/>
              </w:rPr>
              <w:t>Number of Offices</w:t>
            </w:r>
          </w:p>
        </w:tc>
        <w:tc>
          <w:tcPr>
            <w:tcW w:w="4508" w:type="dxa"/>
          </w:tcPr>
          <w:p w14:paraId="64A3E2A0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</w:rPr>
            </w:pPr>
          </w:p>
        </w:tc>
      </w:tr>
    </w:tbl>
    <w:p w14:paraId="0F932C98" w14:textId="77777777" w:rsidR="003424AE" w:rsidRPr="00DA1326" w:rsidRDefault="003424AE" w:rsidP="003424AE">
      <w:pPr>
        <w:rPr>
          <w:rFonts w:ascii="Cairo" w:hAnsi="Cairo" w:cs="Cairo"/>
          <w:b/>
          <w:bCs/>
        </w:rPr>
      </w:pPr>
      <w:r w:rsidRPr="00DA1326">
        <w:rPr>
          <w:rFonts w:ascii="Cairo" w:hAnsi="Cairo" w:cs="Cairo"/>
          <w:b/>
          <w:bCs/>
        </w:rPr>
        <w:tab/>
      </w:r>
    </w:p>
    <w:p w14:paraId="1C228947" w14:textId="77777777" w:rsidR="003424AE" w:rsidRPr="00831C0E" w:rsidRDefault="003424AE" w:rsidP="003424AE">
      <w:pPr>
        <w:shd w:val="clear" w:color="auto" w:fill="7030A0"/>
        <w:rPr>
          <w:rFonts w:ascii="Cairo" w:hAnsi="Cairo" w:cs="Cairo"/>
          <w:b/>
          <w:bCs/>
          <w:color w:val="FFFFFF" w:themeColor="background1"/>
        </w:rPr>
      </w:pPr>
      <w:r w:rsidRPr="00831C0E">
        <w:rPr>
          <w:rFonts w:ascii="Cairo" w:hAnsi="Cairo" w:cs="Cairo"/>
          <w:b/>
          <w:bCs/>
          <w:color w:val="FFFFFF" w:themeColor="background1"/>
        </w:rPr>
        <w:t>5. Relevant Experience</w:t>
      </w:r>
    </w:p>
    <w:p w14:paraId="73F93C43" w14:textId="77777777" w:rsidR="003424AE" w:rsidRPr="00DA1326" w:rsidRDefault="003424AE" w:rsidP="003424AE">
      <w:pPr>
        <w:rPr>
          <w:rFonts w:ascii="Cairo" w:hAnsi="Cairo" w:cs="Cairo"/>
          <w:b/>
          <w:bCs/>
        </w:rPr>
      </w:pPr>
    </w:p>
    <w:p w14:paraId="3B89BD84" w14:textId="77777777" w:rsidR="003424AE" w:rsidRPr="00DA1326" w:rsidRDefault="003424AE" w:rsidP="003424AE">
      <w:pPr>
        <w:rPr>
          <w:rFonts w:ascii="Cairo" w:hAnsi="Cairo" w:cs="Cairo"/>
          <w:b/>
          <w:bCs/>
        </w:rPr>
      </w:pPr>
      <w:r w:rsidRPr="00DA1326">
        <w:rPr>
          <w:rFonts w:ascii="Cairo" w:hAnsi="Cairo" w:cs="Cairo"/>
          <w:b/>
          <w:bCs/>
        </w:rPr>
        <w:t>Provide details of similar audit assignments conducted for nonprofit or international organizations in the last five years.</w:t>
      </w:r>
    </w:p>
    <w:p w14:paraId="2E384F70" w14:textId="77777777" w:rsidR="003424AE" w:rsidRPr="00DA1326" w:rsidRDefault="003424AE" w:rsidP="003424AE">
      <w:pPr>
        <w:rPr>
          <w:rFonts w:ascii="Cairo" w:hAnsi="Cairo" w:cs="Cairo"/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14"/>
        <w:gridCol w:w="1708"/>
        <w:gridCol w:w="1771"/>
        <w:gridCol w:w="1701"/>
        <w:gridCol w:w="1736"/>
      </w:tblGrid>
      <w:tr w:rsidR="003424AE" w:rsidRPr="009A07A2" w14:paraId="5A94CFA5" w14:textId="77777777" w:rsidTr="00CC2960">
        <w:tc>
          <w:tcPr>
            <w:tcW w:w="1803" w:type="dxa"/>
            <w:shd w:val="clear" w:color="auto" w:fill="7030A0"/>
          </w:tcPr>
          <w:p w14:paraId="414C5766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  <w:color w:val="FFFFFF" w:themeColor="background1"/>
              </w:rPr>
            </w:pPr>
            <w:r w:rsidRPr="009A07A2">
              <w:rPr>
                <w:rFonts w:ascii="Cairo" w:hAnsi="Cairo" w:cs="Cairo"/>
                <w:b/>
                <w:bCs/>
                <w:color w:val="FFFFFF" w:themeColor="background1"/>
              </w:rPr>
              <w:t>Client Name</w:t>
            </w:r>
          </w:p>
        </w:tc>
        <w:tc>
          <w:tcPr>
            <w:tcW w:w="1803" w:type="dxa"/>
            <w:shd w:val="clear" w:color="auto" w:fill="7030A0"/>
          </w:tcPr>
          <w:p w14:paraId="28C1CA7C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  <w:color w:val="FFFFFF" w:themeColor="background1"/>
              </w:rPr>
            </w:pPr>
            <w:r>
              <w:rPr>
                <w:rFonts w:ascii="Cairo" w:hAnsi="Cairo" w:cs="Cairo"/>
                <w:b/>
                <w:bCs/>
                <w:color w:val="FFFFFF" w:themeColor="background1"/>
              </w:rPr>
              <w:t>State</w:t>
            </w:r>
          </w:p>
        </w:tc>
        <w:tc>
          <w:tcPr>
            <w:tcW w:w="1803" w:type="dxa"/>
            <w:shd w:val="clear" w:color="auto" w:fill="7030A0"/>
          </w:tcPr>
          <w:p w14:paraId="2D81B623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  <w:color w:val="FFFFFF" w:themeColor="background1"/>
              </w:rPr>
            </w:pPr>
            <w:r w:rsidRPr="009A07A2">
              <w:rPr>
                <w:rFonts w:ascii="Cairo" w:hAnsi="Cairo" w:cs="Cairo"/>
                <w:b/>
                <w:bCs/>
                <w:color w:val="FFFFFF" w:themeColor="background1"/>
              </w:rPr>
              <w:t>Type of Organization</w:t>
            </w:r>
          </w:p>
        </w:tc>
        <w:tc>
          <w:tcPr>
            <w:tcW w:w="1803" w:type="dxa"/>
            <w:shd w:val="clear" w:color="auto" w:fill="7030A0"/>
          </w:tcPr>
          <w:p w14:paraId="6435344E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  <w:color w:val="FFFFFF" w:themeColor="background1"/>
              </w:rPr>
            </w:pPr>
            <w:r w:rsidRPr="009A07A2">
              <w:rPr>
                <w:rFonts w:ascii="Cairo" w:hAnsi="Cairo" w:cs="Cairo"/>
                <w:b/>
                <w:bCs/>
                <w:color w:val="FFFFFF" w:themeColor="background1"/>
              </w:rPr>
              <w:t>Year</w:t>
            </w:r>
          </w:p>
        </w:tc>
        <w:tc>
          <w:tcPr>
            <w:tcW w:w="1804" w:type="dxa"/>
            <w:shd w:val="clear" w:color="auto" w:fill="7030A0"/>
          </w:tcPr>
          <w:p w14:paraId="68247B23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  <w:color w:val="FFFFFF" w:themeColor="background1"/>
              </w:rPr>
            </w:pPr>
            <w:r w:rsidRPr="009A07A2">
              <w:rPr>
                <w:rFonts w:ascii="Cairo" w:hAnsi="Cairo" w:cs="Cairo"/>
                <w:b/>
                <w:bCs/>
                <w:color w:val="FFFFFF" w:themeColor="background1"/>
              </w:rPr>
              <w:t>Contract Value</w:t>
            </w:r>
          </w:p>
        </w:tc>
      </w:tr>
      <w:tr w:rsidR="003424AE" w:rsidRPr="009A07A2" w14:paraId="2804F5CC" w14:textId="77777777" w:rsidTr="00CC2960">
        <w:tc>
          <w:tcPr>
            <w:tcW w:w="1803" w:type="dxa"/>
          </w:tcPr>
          <w:p w14:paraId="19EED64B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</w:rPr>
            </w:pPr>
          </w:p>
        </w:tc>
        <w:tc>
          <w:tcPr>
            <w:tcW w:w="1803" w:type="dxa"/>
          </w:tcPr>
          <w:p w14:paraId="7A9FBD8E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</w:rPr>
            </w:pPr>
          </w:p>
        </w:tc>
        <w:tc>
          <w:tcPr>
            <w:tcW w:w="1803" w:type="dxa"/>
          </w:tcPr>
          <w:p w14:paraId="5D37E745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</w:rPr>
            </w:pPr>
          </w:p>
        </w:tc>
        <w:tc>
          <w:tcPr>
            <w:tcW w:w="1803" w:type="dxa"/>
          </w:tcPr>
          <w:p w14:paraId="44B0377B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</w:rPr>
            </w:pPr>
          </w:p>
        </w:tc>
        <w:tc>
          <w:tcPr>
            <w:tcW w:w="1804" w:type="dxa"/>
          </w:tcPr>
          <w:p w14:paraId="374D355D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</w:rPr>
            </w:pPr>
          </w:p>
        </w:tc>
      </w:tr>
      <w:tr w:rsidR="003424AE" w:rsidRPr="009A07A2" w14:paraId="098A66EF" w14:textId="77777777" w:rsidTr="00CC2960">
        <w:tc>
          <w:tcPr>
            <w:tcW w:w="1803" w:type="dxa"/>
          </w:tcPr>
          <w:p w14:paraId="615651BF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</w:rPr>
            </w:pPr>
          </w:p>
        </w:tc>
        <w:tc>
          <w:tcPr>
            <w:tcW w:w="1803" w:type="dxa"/>
          </w:tcPr>
          <w:p w14:paraId="478B06E5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</w:rPr>
            </w:pPr>
          </w:p>
        </w:tc>
        <w:tc>
          <w:tcPr>
            <w:tcW w:w="1803" w:type="dxa"/>
          </w:tcPr>
          <w:p w14:paraId="3B94585B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</w:rPr>
            </w:pPr>
          </w:p>
        </w:tc>
        <w:tc>
          <w:tcPr>
            <w:tcW w:w="1803" w:type="dxa"/>
          </w:tcPr>
          <w:p w14:paraId="450E7ABE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</w:rPr>
            </w:pPr>
          </w:p>
        </w:tc>
        <w:tc>
          <w:tcPr>
            <w:tcW w:w="1804" w:type="dxa"/>
          </w:tcPr>
          <w:p w14:paraId="5787A323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</w:rPr>
            </w:pPr>
          </w:p>
        </w:tc>
      </w:tr>
      <w:tr w:rsidR="003424AE" w:rsidRPr="009A07A2" w14:paraId="79085D4D" w14:textId="77777777" w:rsidTr="00CC2960">
        <w:tc>
          <w:tcPr>
            <w:tcW w:w="1803" w:type="dxa"/>
          </w:tcPr>
          <w:p w14:paraId="1D9BA3E9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</w:rPr>
            </w:pPr>
          </w:p>
        </w:tc>
        <w:tc>
          <w:tcPr>
            <w:tcW w:w="1803" w:type="dxa"/>
          </w:tcPr>
          <w:p w14:paraId="76EBE740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</w:rPr>
            </w:pPr>
          </w:p>
        </w:tc>
        <w:tc>
          <w:tcPr>
            <w:tcW w:w="1803" w:type="dxa"/>
          </w:tcPr>
          <w:p w14:paraId="531378A3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</w:rPr>
            </w:pPr>
          </w:p>
        </w:tc>
        <w:tc>
          <w:tcPr>
            <w:tcW w:w="1803" w:type="dxa"/>
          </w:tcPr>
          <w:p w14:paraId="2D07DEC1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</w:rPr>
            </w:pPr>
          </w:p>
        </w:tc>
        <w:tc>
          <w:tcPr>
            <w:tcW w:w="1804" w:type="dxa"/>
          </w:tcPr>
          <w:p w14:paraId="21F96E47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</w:rPr>
            </w:pPr>
          </w:p>
        </w:tc>
      </w:tr>
      <w:tr w:rsidR="003424AE" w:rsidRPr="009A07A2" w14:paraId="409C450A" w14:textId="77777777" w:rsidTr="00CC2960">
        <w:tc>
          <w:tcPr>
            <w:tcW w:w="1803" w:type="dxa"/>
          </w:tcPr>
          <w:p w14:paraId="50F04610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</w:rPr>
            </w:pPr>
          </w:p>
        </w:tc>
        <w:tc>
          <w:tcPr>
            <w:tcW w:w="1803" w:type="dxa"/>
          </w:tcPr>
          <w:p w14:paraId="2CBCADA7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</w:rPr>
            </w:pPr>
          </w:p>
        </w:tc>
        <w:tc>
          <w:tcPr>
            <w:tcW w:w="1803" w:type="dxa"/>
          </w:tcPr>
          <w:p w14:paraId="5D5EB157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</w:rPr>
            </w:pPr>
          </w:p>
        </w:tc>
        <w:tc>
          <w:tcPr>
            <w:tcW w:w="1803" w:type="dxa"/>
          </w:tcPr>
          <w:p w14:paraId="14C62FFF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</w:rPr>
            </w:pPr>
          </w:p>
        </w:tc>
        <w:tc>
          <w:tcPr>
            <w:tcW w:w="1804" w:type="dxa"/>
          </w:tcPr>
          <w:p w14:paraId="122C17DD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</w:rPr>
            </w:pPr>
          </w:p>
        </w:tc>
      </w:tr>
      <w:tr w:rsidR="003424AE" w:rsidRPr="009A07A2" w14:paraId="4B040955" w14:textId="77777777" w:rsidTr="00CC2960">
        <w:tc>
          <w:tcPr>
            <w:tcW w:w="1803" w:type="dxa"/>
          </w:tcPr>
          <w:p w14:paraId="46115C9C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</w:rPr>
            </w:pPr>
          </w:p>
        </w:tc>
        <w:tc>
          <w:tcPr>
            <w:tcW w:w="1803" w:type="dxa"/>
          </w:tcPr>
          <w:p w14:paraId="231AAD8E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</w:rPr>
            </w:pPr>
          </w:p>
        </w:tc>
        <w:tc>
          <w:tcPr>
            <w:tcW w:w="1803" w:type="dxa"/>
          </w:tcPr>
          <w:p w14:paraId="5180F51B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</w:rPr>
            </w:pPr>
          </w:p>
        </w:tc>
        <w:tc>
          <w:tcPr>
            <w:tcW w:w="1803" w:type="dxa"/>
          </w:tcPr>
          <w:p w14:paraId="5B47E273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</w:rPr>
            </w:pPr>
          </w:p>
        </w:tc>
        <w:tc>
          <w:tcPr>
            <w:tcW w:w="1804" w:type="dxa"/>
          </w:tcPr>
          <w:p w14:paraId="6FC74737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</w:rPr>
            </w:pPr>
          </w:p>
        </w:tc>
      </w:tr>
    </w:tbl>
    <w:p w14:paraId="74E6E18F" w14:textId="77777777" w:rsidR="003424AE" w:rsidRPr="00DA1326" w:rsidRDefault="003424AE" w:rsidP="003424AE">
      <w:pPr>
        <w:rPr>
          <w:rFonts w:ascii="Cairo" w:hAnsi="Cairo" w:cs="Cairo"/>
          <w:b/>
          <w:bCs/>
        </w:rPr>
      </w:pPr>
      <w:r w:rsidRPr="00DA1326">
        <w:rPr>
          <w:rFonts w:ascii="Cairo" w:hAnsi="Cairo" w:cs="Cairo"/>
          <w:b/>
          <w:bCs/>
        </w:rPr>
        <w:tab/>
      </w:r>
      <w:r w:rsidRPr="00DA1326">
        <w:rPr>
          <w:rFonts w:ascii="Cairo" w:hAnsi="Cairo" w:cs="Cairo"/>
          <w:b/>
          <w:bCs/>
        </w:rPr>
        <w:tab/>
      </w:r>
      <w:r w:rsidRPr="00DA1326">
        <w:rPr>
          <w:rFonts w:ascii="Cairo" w:hAnsi="Cairo" w:cs="Cairo"/>
          <w:b/>
          <w:bCs/>
        </w:rPr>
        <w:tab/>
      </w:r>
      <w:r w:rsidRPr="00DA1326">
        <w:rPr>
          <w:rFonts w:ascii="Cairo" w:hAnsi="Cairo" w:cs="Cairo"/>
          <w:b/>
          <w:bCs/>
        </w:rPr>
        <w:tab/>
      </w:r>
    </w:p>
    <w:p w14:paraId="5868296D" w14:textId="77777777" w:rsidR="003424AE" w:rsidRPr="00831C0E" w:rsidRDefault="003424AE" w:rsidP="003424AE">
      <w:pPr>
        <w:shd w:val="clear" w:color="auto" w:fill="7030A0"/>
        <w:rPr>
          <w:rFonts w:ascii="Cairo" w:hAnsi="Cairo" w:cs="Cairo"/>
          <w:b/>
          <w:bCs/>
          <w:color w:val="FFFFFF" w:themeColor="background1"/>
        </w:rPr>
      </w:pPr>
      <w:r w:rsidRPr="00831C0E">
        <w:rPr>
          <w:rFonts w:ascii="Cairo" w:hAnsi="Cairo" w:cs="Cairo"/>
          <w:b/>
          <w:bCs/>
          <w:color w:val="FFFFFF" w:themeColor="background1"/>
        </w:rPr>
        <w:t>6. References</w:t>
      </w:r>
    </w:p>
    <w:p w14:paraId="2F0A2BD1" w14:textId="77777777" w:rsidR="003424AE" w:rsidRPr="00DA1326" w:rsidRDefault="003424AE" w:rsidP="003424AE">
      <w:pPr>
        <w:rPr>
          <w:rFonts w:ascii="Cairo" w:hAnsi="Cairo" w:cs="Cairo"/>
          <w:b/>
          <w:bCs/>
        </w:rPr>
      </w:pPr>
      <w:r w:rsidRPr="00DA1326">
        <w:rPr>
          <w:rFonts w:ascii="Cairo" w:hAnsi="Cairo" w:cs="Cairo"/>
          <w:b/>
          <w:bCs/>
        </w:rPr>
        <w:t>Provide three references from recent clients.</w:t>
      </w:r>
    </w:p>
    <w:p w14:paraId="343FB603" w14:textId="77777777" w:rsidR="003424AE" w:rsidRPr="00DA1326" w:rsidRDefault="003424AE" w:rsidP="003424AE">
      <w:pPr>
        <w:rPr>
          <w:rFonts w:ascii="Cairo" w:hAnsi="Cairo" w:cs="Cairo"/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55"/>
        <w:gridCol w:w="2166"/>
        <w:gridCol w:w="2152"/>
        <w:gridCol w:w="2157"/>
      </w:tblGrid>
      <w:tr w:rsidR="003424AE" w:rsidRPr="009A07A2" w14:paraId="53E43786" w14:textId="77777777" w:rsidTr="00CC2960">
        <w:tc>
          <w:tcPr>
            <w:tcW w:w="2254" w:type="dxa"/>
            <w:shd w:val="clear" w:color="auto" w:fill="7030A0"/>
          </w:tcPr>
          <w:p w14:paraId="0B3656B4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  <w:color w:val="FFFFFF" w:themeColor="background1"/>
              </w:rPr>
            </w:pPr>
            <w:r w:rsidRPr="009A07A2">
              <w:rPr>
                <w:rFonts w:ascii="Cairo" w:hAnsi="Cairo" w:cs="Cairo"/>
                <w:b/>
                <w:bCs/>
                <w:color w:val="FFFFFF" w:themeColor="background1"/>
              </w:rPr>
              <w:t>Client Name</w:t>
            </w:r>
          </w:p>
        </w:tc>
        <w:tc>
          <w:tcPr>
            <w:tcW w:w="2254" w:type="dxa"/>
            <w:shd w:val="clear" w:color="auto" w:fill="7030A0"/>
          </w:tcPr>
          <w:p w14:paraId="3EA8E10D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  <w:color w:val="FFFFFF" w:themeColor="background1"/>
              </w:rPr>
            </w:pPr>
            <w:r w:rsidRPr="009A07A2">
              <w:rPr>
                <w:rFonts w:ascii="Cairo" w:hAnsi="Cairo" w:cs="Cairo"/>
                <w:b/>
                <w:bCs/>
                <w:color w:val="FFFFFF" w:themeColor="background1"/>
              </w:rPr>
              <w:t>Contact Person</w:t>
            </w:r>
          </w:p>
        </w:tc>
        <w:tc>
          <w:tcPr>
            <w:tcW w:w="2254" w:type="dxa"/>
            <w:shd w:val="clear" w:color="auto" w:fill="7030A0"/>
          </w:tcPr>
          <w:p w14:paraId="6FCE8942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  <w:color w:val="FFFFFF" w:themeColor="background1"/>
              </w:rPr>
            </w:pPr>
            <w:r w:rsidRPr="009A07A2">
              <w:rPr>
                <w:rFonts w:ascii="Cairo" w:hAnsi="Cairo" w:cs="Cairo"/>
                <w:b/>
                <w:bCs/>
                <w:color w:val="FFFFFF" w:themeColor="background1"/>
              </w:rPr>
              <w:t>Email</w:t>
            </w:r>
          </w:p>
        </w:tc>
        <w:tc>
          <w:tcPr>
            <w:tcW w:w="2254" w:type="dxa"/>
            <w:shd w:val="clear" w:color="auto" w:fill="7030A0"/>
          </w:tcPr>
          <w:p w14:paraId="6174AB80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  <w:color w:val="FFFFFF" w:themeColor="background1"/>
              </w:rPr>
            </w:pPr>
            <w:r w:rsidRPr="009A07A2">
              <w:rPr>
                <w:rFonts w:ascii="Cairo" w:hAnsi="Cairo" w:cs="Cairo"/>
                <w:b/>
                <w:bCs/>
                <w:color w:val="FFFFFF" w:themeColor="background1"/>
              </w:rPr>
              <w:t>Phone</w:t>
            </w:r>
          </w:p>
        </w:tc>
      </w:tr>
      <w:tr w:rsidR="003424AE" w:rsidRPr="009A07A2" w14:paraId="6D29223A" w14:textId="77777777" w:rsidTr="00CC2960">
        <w:tc>
          <w:tcPr>
            <w:tcW w:w="2254" w:type="dxa"/>
          </w:tcPr>
          <w:p w14:paraId="7532EA57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</w:rPr>
            </w:pPr>
          </w:p>
        </w:tc>
        <w:tc>
          <w:tcPr>
            <w:tcW w:w="2254" w:type="dxa"/>
          </w:tcPr>
          <w:p w14:paraId="3D550391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</w:rPr>
            </w:pPr>
          </w:p>
        </w:tc>
        <w:tc>
          <w:tcPr>
            <w:tcW w:w="2254" w:type="dxa"/>
          </w:tcPr>
          <w:p w14:paraId="0176A42D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</w:rPr>
            </w:pPr>
          </w:p>
        </w:tc>
        <w:tc>
          <w:tcPr>
            <w:tcW w:w="2254" w:type="dxa"/>
          </w:tcPr>
          <w:p w14:paraId="3F85054D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</w:rPr>
            </w:pPr>
          </w:p>
        </w:tc>
      </w:tr>
      <w:tr w:rsidR="003424AE" w:rsidRPr="009A07A2" w14:paraId="3B06D06E" w14:textId="77777777" w:rsidTr="00CC2960">
        <w:tc>
          <w:tcPr>
            <w:tcW w:w="2254" w:type="dxa"/>
          </w:tcPr>
          <w:p w14:paraId="5E130CC5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</w:rPr>
            </w:pPr>
          </w:p>
        </w:tc>
        <w:tc>
          <w:tcPr>
            <w:tcW w:w="2254" w:type="dxa"/>
          </w:tcPr>
          <w:p w14:paraId="1BDDCB98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</w:rPr>
            </w:pPr>
          </w:p>
        </w:tc>
        <w:tc>
          <w:tcPr>
            <w:tcW w:w="2254" w:type="dxa"/>
          </w:tcPr>
          <w:p w14:paraId="26D83A85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</w:rPr>
            </w:pPr>
          </w:p>
        </w:tc>
        <w:tc>
          <w:tcPr>
            <w:tcW w:w="2254" w:type="dxa"/>
          </w:tcPr>
          <w:p w14:paraId="5049D1EA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</w:rPr>
            </w:pPr>
          </w:p>
        </w:tc>
      </w:tr>
      <w:tr w:rsidR="003424AE" w:rsidRPr="009A07A2" w14:paraId="58274529" w14:textId="77777777" w:rsidTr="00CC2960">
        <w:tc>
          <w:tcPr>
            <w:tcW w:w="2254" w:type="dxa"/>
          </w:tcPr>
          <w:p w14:paraId="0F76DE4F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</w:rPr>
            </w:pPr>
          </w:p>
        </w:tc>
        <w:tc>
          <w:tcPr>
            <w:tcW w:w="2254" w:type="dxa"/>
          </w:tcPr>
          <w:p w14:paraId="5E3B4813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</w:rPr>
            </w:pPr>
          </w:p>
        </w:tc>
        <w:tc>
          <w:tcPr>
            <w:tcW w:w="2254" w:type="dxa"/>
          </w:tcPr>
          <w:p w14:paraId="2348F6C4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</w:rPr>
            </w:pPr>
          </w:p>
        </w:tc>
        <w:tc>
          <w:tcPr>
            <w:tcW w:w="2254" w:type="dxa"/>
          </w:tcPr>
          <w:p w14:paraId="412F8C54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</w:rPr>
            </w:pPr>
          </w:p>
        </w:tc>
      </w:tr>
    </w:tbl>
    <w:p w14:paraId="75951D25" w14:textId="77777777" w:rsidR="003424AE" w:rsidRPr="00DA1326" w:rsidRDefault="003424AE" w:rsidP="003424AE">
      <w:pPr>
        <w:rPr>
          <w:rFonts w:ascii="Cairo" w:hAnsi="Cairo" w:cs="Cairo"/>
          <w:b/>
          <w:bCs/>
        </w:rPr>
      </w:pPr>
      <w:r w:rsidRPr="00DA1326">
        <w:rPr>
          <w:rFonts w:ascii="Cairo" w:hAnsi="Cairo" w:cs="Cairo"/>
          <w:b/>
          <w:bCs/>
        </w:rPr>
        <w:tab/>
      </w:r>
      <w:r w:rsidRPr="00DA1326">
        <w:rPr>
          <w:rFonts w:ascii="Cairo" w:hAnsi="Cairo" w:cs="Cairo"/>
          <w:b/>
          <w:bCs/>
        </w:rPr>
        <w:tab/>
      </w:r>
      <w:r w:rsidRPr="00DA1326">
        <w:rPr>
          <w:rFonts w:ascii="Cairo" w:hAnsi="Cairo" w:cs="Cairo"/>
          <w:b/>
          <w:bCs/>
        </w:rPr>
        <w:tab/>
      </w:r>
    </w:p>
    <w:p w14:paraId="748BF9D1" w14:textId="77777777" w:rsidR="003424AE" w:rsidRPr="00DA1326" w:rsidRDefault="003424AE" w:rsidP="003424AE">
      <w:pPr>
        <w:rPr>
          <w:rFonts w:ascii="Cairo" w:hAnsi="Cairo" w:cs="Cairo"/>
          <w:b/>
          <w:bCs/>
        </w:rPr>
      </w:pPr>
      <w:r w:rsidRPr="00DA1326">
        <w:rPr>
          <w:rFonts w:ascii="Cairo" w:hAnsi="Cairo" w:cs="Cairo"/>
          <w:b/>
          <w:bCs/>
        </w:rPr>
        <w:tab/>
      </w:r>
      <w:r w:rsidRPr="00DA1326">
        <w:rPr>
          <w:rFonts w:ascii="Cairo" w:hAnsi="Cairo" w:cs="Cairo"/>
          <w:b/>
          <w:bCs/>
        </w:rPr>
        <w:tab/>
      </w:r>
      <w:r w:rsidRPr="00DA1326">
        <w:rPr>
          <w:rFonts w:ascii="Cairo" w:hAnsi="Cairo" w:cs="Cairo"/>
          <w:b/>
          <w:bCs/>
        </w:rPr>
        <w:tab/>
      </w:r>
    </w:p>
    <w:p w14:paraId="38FBBDFD" w14:textId="77777777" w:rsidR="003424AE" w:rsidRPr="00831C0E" w:rsidRDefault="003424AE" w:rsidP="003424AE">
      <w:pPr>
        <w:shd w:val="clear" w:color="auto" w:fill="7030A0"/>
        <w:rPr>
          <w:rFonts w:ascii="Cairo" w:hAnsi="Cairo" w:cs="Cairo"/>
          <w:b/>
          <w:bCs/>
          <w:color w:val="FFFFFF" w:themeColor="background1"/>
        </w:rPr>
      </w:pPr>
      <w:r w:rsidRPr="00831C0E">
        <w:rPr>
          <w:rFonts w:ascii="Cairo" w:hAnsi="Cairo" w:cs="Cairo"/>
          <w:b/>
          <w:bCs/>
          <w:color w:val="FFFFFF" w:themeColor="background1"/>
        </w:rPr>
        <w:t>7. Financial Capacity</w:t>
      </w:r>
    </w:p>
    <w:p w14:paraId="2CB45E84" w14:textId="77777777" w:rsidR="003424AE" w:rsidRPr="00DA1326" w:rsidRDefault="003424AE" w:rsidP="003424AE">
      <w:pPr>
        <w:rPr>
          <w:rFonts w:ascii="Cairo" w:hAnsi="Cairo" w:cs="Cairo"/>
          <w:b/>
          <w:bCs/>
        </w:rPr>
      </w:pPr>
    </w:p>
    <w:p w14:paraId="1E9AABFF" w14:textId="77777777" w:rsidR="003424AE" w:rsidRPr="00DA1326" w:rsidRDefault="003424AE" w:rsidP="003424AE">
      <w:pPr>
        <w:rPr>
          <w:rFonts w:ascii="Cairo" w:hAnsi="Cairo" w:cs="Cairo"/>
          <w:b/>
          <w:bCs/>
        </w:rPr>
      </w:pPr>
      <w:r w:rsidRPr="00DA1326">
        <w:rPr>
          <w:rFonts w:ascii="Cairo" w:hAnsi="Cairo" w:cs="Cairo"/>
          <w:b/>
          <w:bCs/>
        </w:rPr>
        <w:t>Please provide the following financial information:</w:t>
      </w:r>
    </w:p>
    <w:p w14:paraId="2EC51866" w14:textId="77777777" w:rsidR="003424AE" w:rsidRPr="00DA1326" w:rsidRDefault="003424AE" w:rsidP="003424AE">
      <w:pPr>
        <w:rPr>
          <w:rFonts w:ascii="Cairo" w:hAnsi="Cairo" w:cs="Cairo"/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28"/>
        <w:gridCol w:w="4302"/>
      </w:tblGrid>
      <w:tr w:rsidR="003424AE" w:rsidRPr="009A07A2" w14:paraId="2EDBFA88" w14:textId="77777777" w:rsidTr="00CC2960">
        <w:tc>
          <w:tcPr>
            <w:tcW w:w="4508" w:type="dxa"/>
            <w:shd w:val="clear" w:color="auto" w:fill="7030A0"/>
          </w:tcPr>
          <w:p w14:paraId="5A45D4D3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  <w:color w:val="FFFFFF" w:themeColor="background1"/>
              </w:rPr>
            </w:pPr>
            <w:r w:rsidRPr="009A07A2">
              <w:rPr>
                <w:rFonts w:ascii="Cairo" w:hAnsi="Cairo" w:cs="Cairo"/>
                <w:b/>
                <w:bCs/>
                <w:color w:val="FFFFFF" w:themeColor="background1"/>
              </w:rPr>
              <w:t>Financial Indicator</w:t>
            </w:r>
          </w:p>
        </w:tc>
        <w:tc>
          <w:tcPr>
            <w:tcW w:w="4508" w:type="dxa"/>
            <w:shd w:val="clear" w:color="auto" w:fill="7030A0"/>
          </w:tcPr>
          <w:p w14:paraId="44027F57" w14:textId="77777777" w:rsidR="003424AE" w:rsidRPr="009A07A2" w:rsidRDefault="003424AE" w:rsidP="00CC2960">
            <w:pPr>
              <w:jc w:val="center"/>
              <w:rPr>
                <w:rFonts w:ascii="Cairo" w:hAnsi="Cairo" w:cs="Cairo"/>
                <w:b/>
                <w:bCs/>
                <w:color w:val="FFFFFF" w:themeColor="background1"/>
              </w:rPr>
            </w:pPr>
            <w:r w:rsidRPr="009A07A2">
              <w:rPr>
                <w:rFonts w:ascii="Cairo" w:hAnsi="Cairo" w:cs="Cairo"/>
                <w:b/>
                <w:bCs/>
                <w:color w:val="FFFFFF" w:themeColor="background1"/>
              </w:rPr>
              <w:t>Amount</w:t>
            </w:r>
          </w:p>
        </w:tc>
      </w:tr>
      <w:tr w:rsidR="003424AE" w:rsidRPr="009A07A2" w14:paraId="41129B96" w14:textId="77777777" w:rsidTr="00CC2960">
        <w:tc>
          <w:tcPr>
            <w:tcW w:w="4508" w:type="dxa"/>
          </w:tcPr>
          <w:p w14:paraId="482709A6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</w:rPr>
            </w:pPr>
            <w:r w:rsidRPr="009A07A2">
              <w:rPr>
                <w:rFonts w:ascii="Cairo" w:hAnsi="Cairo" w:cs="Cairo"/>
                <w:b/>
                <w:bCs/>
              </w:rPr>
              <w:t>Annual Revenue (Last Year)</w:t>
            </w:r>
          </w:p>
        </w:tc>
        <w:tc>
          <w:tcPr>
            <w:tcW w:w="4508" w:type="dxa"/>
          </w:tcPr>
          <w:p w14:paraId="1CAA01C5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</w:rPr>
            </w:pPr>
          </w:p>
        </w:tc>
      </w:tr>
      <w:tr w:rsidR="003424AE" w:rsidRPr="009A07A2" w14:paraId="43E2F0D2" w14:textId="77777777" w:rsidTr="00CC2960">
        <w:tc>
          <w:tcPr>
            <w:tcW w:w="4508" w:type="dxa"/>
          </w:tcPr>
          <w:p w14:paraId="01E7AC1A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</w:rPr>
            </w:pPr>
            <w:r w:rsidRPr="009A07A2">
              <w:rPr>
                <w:rFonts w:ascii="Cairo" w:hAnsi="Cairo" w:cs="Cairo"/>
                <w:b/>
                <w:bCs/>
              </w:rPr>
              <w:t>Annual Revenue (Previous Year)</w:t>
            </w:r>
          </w:p>
        </w:tc>
        <w:tc>
          <w:tcPr>
            <w:tcW w:w="4508" w:type="dxa"/>
          </w:tcPr>
          <w:p w14:paraId="2FC2166C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</w:rPr>
            </w:pPr>
          </w:p>
        </w:tc>
      </w:tr>
      <w:tr w:rsidR="003424AE" w:rsidRPr="009A07A2" w14:paraId="2AB42742" w14:textId="77777777" w:rsidTr="00CC2960">
        <w:tc>
          <w:tcPr>
            <w:tcW w:w="4508" w:type="dxa"/>
          </w:tcPr>
          <w:p w14:paraId="743D92FC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</w:rPr>
            </w:pPr>
            <w:r w:rsidRPr="009A07A2">
              <w:rPr>
                <w:rFonts w:ascii="Cairo" w:hAnsi="Cairo" w:cs="Cairo"/>
                <w:b/>
                <w:bCs/>
              </w:rPr>
              <w:t>Professional Indemnity Insurance</w:t>
            </w:r>
          </w:p>
        </w:tc>
        <w:tc>
          <w:tcPr>
            <w:tcW w:w="4508" w:type="dxa"/>
          </w:tcPr>
          <w:p w14:paraId="793CC08F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</w:rPr>
            </w:pPr>
          </w:p>
        </w:tc>
      </w:tr>
    </w:tbl>
    <w:p w14:paraId="5C52EBD0" w14:textId="77777777" w:rsidR="003424AE" w:rsidRPr="00DA1326" w:rsidRDefault="003424AE" w:rsidP="003424AE">
      <w:pPr>
        <w:rPr>
          <w:rFonts w:ascii="Cairo" w:hAnsi="Cairo" w:cs="Cairo"/>
          <w:b/>
          <w:bCs/>
        </w:rPr>
      </w:pPr>
    </w:p>
    <w:p w14:paraId="742D666C" w14:textId="77777777" w:rsidR="003424AE" w:rsidRPr="00DA1326" w:rsidRDefault="003424AE" w:rsidP="003424AE">
      <w:pPr>
        <w:jc w:val="center"/>
        <w:rPr>
          <w:rFonts w:ascii="Cairo" w:hAnsi="Cairo" w:cs="Cairo"/>
          <w:b/>
          <w:bCs/>
        </w:rPr>
      </w:pPr>
      <w:r w:rsidRPr="00E74D92">
        <w:rPr>
          <w:rFonts w:ascii="Cairo" w:hAnsi="Cairo" w:cs="Cairo"/>
          <w:b/>
          <w:bCs/>
          <w:highlight w:val="yellow"/>
        </w:rPr>
        <w:t>Please submit your latest audited financial statements (if available)</w:t>
      </w:r>
    </w:p>
    <w:p w14:paraId="0CBF319A" w14:textId="77777777" w:rsidR="003424AE" w:rsidRPr="00DA1326" w:rsidRDefault="003424AE" w:rsidP="003424AE">
      <w:pPr>
        <w:rPr>
          <w:rFonts w:ascii="Cairo" w:hAnsi="Cairo" w:cs="Cairo"/>
          <w:b/>
          <w:bCs/>
        </w:rPr>
      </w:pPr>
    </w:p>
    <w:p w14:paraId="1DDE97DF" w14:textId="77777777" w:rsidR="003424AE" w:rsidRPr="00831C0E" w:rsidRDefault="003424AE" w:rsidP="003424AE">
      <w:pPr>
        <w:shd w:val="clear" w:color="auto" w:fill="7030A0"/>
        <w:rPr>
          <w:rFonts w:ascii="Cairo" w:hAnsi="Cairo" w:cs="Cairo"/>
          <w:b/>
          <w:bCs/>
          <w:color w:val="FFFFFF" w:themeColor="background1"/>
        </w:rPr>
      </w:pPr>
      <w:r w:rsidRPr="00831C0E">
        <w:rPr>
          <w:rFonts w:ascii="Cairo" w:hAnsi="Cairo" w:cs="Cairo"/>
          <w:b/>
          <w:bCs/>
          <w:color w:val="FFFFFF" w:themeColor="background1"/>
        </w:rPr>
        <w:lastRenderedPageBreak/>
        <w:t>8. Compliance and Legal Status</w:t>
      </w:r>
    </w:p>
    <w:p w14:paraId="7F74FEF4" w14:textId="77777777" w:rsidR="003424AE" w:rsidRPr="00DA1326" w:rsidRDefault="003424AE" w:rsidP="003424AE">
      <w:pPr>
        <w:rPr>
          <w:rFonts w:ascii="Cairo" w:hAnsi="Cairo" w:cs="Cairo"/>
          <w:b/>
          <w:bCs/>
        </w:rPr>
      </w:pPr>
    </w:p>
    <w:p w14:paraId="4665D8A4" w14:textId="77777777" w:rsidR="003424AE" w:rsidRPr="00DA1326" w:rsidRDefault="003424AE" w:rsidP="003424AE">
      <w:pPr>
        <w:rPr>
          <w:rFonts w:ascii="Cairo" w:hAnsi="Cairo" w:cs="Cairo"/>
          <w:b/>
          <w:bCs/>
        </w:rPr>
      </w:pPr>
      <w:r w:rsidRPr="00DA1326">
        <w:rPr>
          <w:rFonts w:ascii="Cairo" w:hAnsi="Cairo" w:cs="Cairo"/>
          <w:b/>
          <w:bCs/>
        </w:rPr>
        <w:t>Please confirm the following: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76"/>
        <w:gridCol w:w="2877"/>
        <w:gridCol w:w="2877"/>
      </w:tblGrid>
      <w:tr w:rsidR="003424AE" w:rsidRPr="009A07A2" w14:paraId="3C4A1E1A" w14:textId="77777777" w:rsidTr="00CC2960">
        <w:tc>
          <w:tcPr>
            <w:tcW w:w="2876" w:type="dxa"/>
            <w:shd w:val="clear" w:color="auto" w:fill="7030A0"/>
          </w:tcPr>
          <w:p w14:paraId="4C34EB1C" w14:textId="77777777" w:rsidR="003424AE" w:rsidRPr="009A07A2" w:rsidRDefault="003424AE" w:rsidP="00CC2960">
            <w:pPr>
              <w:rPr>
                <w:rFonts w:ascii="Cairo" w:hAnsi="Cairo" w:cs="Cairo"/>
                <w:b/>
                <w:bCs/>
                <w:color w:val="FFFFFF" w:themeColor="background1"/>
              </w:rPr>
            </w:pPr>
            <w:r w:rsidRPr="009A07A2">
              <w:rPr>
                <w:b/>
                <w:bCs/>
                <w:color w:val="FFFFFF" w:themeColor="background1"/>
              </w:rPr>
              <w:t>Statement</w:t>
            </w:r>
          </w:p>
        </w:tc>
        <w:tc>
          <w:tcPr>
            <w:tcW w:w="2877" w:type="dxa"/>
            <w:shd w:val="clear" w:color="auto" w:fill="7030A0"/>
          </w:tcPr>
          <w:p w14:paraId="252C81B7" w14:textId="77777777" w:rsidR="003424AE" w:rsidRPr="009A07A2" w:rsidRDefault="003424AE" w:rsidP="00CC2960">
            <w:pPr>
              <w:jc w:val="center"/>
              <w:rPr>
                <w:rFonts w:ascii="Cairo" w:hAnsi="Cairo" w:cs="Cairo"/>
                <w:b/>
                <w:bCs/>
                <w:color w:val="FFFFFF" w:themeColor="background1"/>
              </w:rPr>
            </w:pPr>
            <w:r w:rsidRPr="009A07A2">
              <w:rPr>
                <w:b/>
                <w:bCs/>
                <w:color w:val="FFFFFF" w:themeColor="background1"/>
              </w:rPr>
              <w:t>Yes</w:t>
            </w:r>
          </w:p>
        </w:tc>
        <w:tc>
          <w:tcPr>
            <w:tcW w:w="2877" w:type="dxa"/>
            <w:shd w:val="clear" w:color="auto" w:fill="7030A0"/>
          </w:tcPr>
          <w:p w14:paraId="37791C94" w14:textId="77777777" w:rsidR="003424AE" w:rsidRPr="009A07A2" w:rsidRDefault="003424AE" w:rsidP="00CC2960">
            <w:pPr>
              <w:jc w:val="center"/>
              <w:rPr>
                <w:rFonts w:ascii="Cairo" w:hAnsi="Cairo" w:cs="Cairo"/>
                <w:b/>
                <w:bCs/>
                <w:color w:val="FFFFFF" w:themeColor="background1"/>
              </w:rPr>
            </w:pPr>
            <w:r w:rsidRPr="009A07A2">
              <w:rPr>
                <w:b/>
                <w:bCs/>
                <w:color w:val="FFFFFF" w:themeColor="background1"/>
              </w:rPr>
              <w:t>No</w:t>
            </w:r>
          </w:p>
        </w:tc>
      </w:tr>
      <w:tr w:rsidR="003424AE" w14:paraId="0E3A7158" w14:textId="77777777" w:rsidTr="00CC2960">
        <w:tc>
          <w:tcPr>
            <w:tcW w:w="2876" w:type="dxa"/>
          </w:tcPr>
          <w:p w14:paraId="0271981A" w14:textId="77777777" w:rsidR="003424AE" w:rsidRDefault="003424AE" w:rsidP="00CC2960">
            <w:pPr>
              <w:rPr>
                <w:rFonts w:ascii="Cairo" w:hAnsi="Cairo" w:cs="Cairo"/>
                <w:b/>
                <w:bCs/>
              </w:rPr>
            </w:pPr>
            <w:r w:rsidRPr="00640D53">
              <w:t>Firm is legally registered</w:t>
            </w:r>
          </w:p>
        </w:tc>
        <w:tc>
          <w:tcPr>
            <w:tcW w:w="2877" w:type="dxa"/>
          </w:tcPr>
          <w:p w14:paraId="5AE4C9F4" w14:textId="77777777" w:rsidR="003424AE" w:rsidRDefault="003424AE" w:rsidP="00CC2960">
            <w:pPr>
              <w:jc w:val="center"/>
              <w:rPr>
                <w:rFonts w:ascii="Cairo" w:hAnsi="Cairo" w:cs="Cairo"/>
                <w:b/>
                <w:bCs/>
              </w:rPr>
            </w:pPr>
            <w:r w:rsidRPr="00640D53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2877" w:type="dxa"/>
          </w:tcPr>
          <w:p w14:paraId="16246B70" w14:textId="77777777" w:rsidR="003424AE" w:rsidRDefault="003424AE" w:rsidP="00CC2960">
            <w:pPr>
              <w:jc w:val="center"/>
              <w:rPr>
                <w:rFonts w:ascii="Cairo" w:hAnsi="Cairo" w:cs="Cairo"/>
                <w:b/>
                <w:bCs/>
              </w:rPr>
            </w:pPr>
            <w:r w:rsidRPr="00640D53">
              <w:rPr>
                <w:rFonts w:ascii="Segoe UI Symbol" w:hAnsi="Segoe UI Symbol" w:cs="Segoe UI Symbol"/>
              </w:rPr>
              <w:t>☐</w:t>
            </w:r>
          </w:p>
        </w:tc>
      </w:tr>
      <w:tr w:rsidR="003424AE" w14:paraId="4CE28728" w14:textId="77777777" w:rsidTr="00CC2960">
        <w:tc>
          <w:tcPr>
            <w:tcW w:w="2876" w:type="dxa"/>
          </w:tcPr>
          <w:p w14:paraId="731B05A5" w14:textId="77777777" w:rsidR="003424AE" w:rsidRDefault="003424AE" w:rsidP="00CC2960">
            <w:pPr>
              <w:rPr>
                <w:rFonts w:ascii="Cairo" w:hAnsi="Cairo" w:cs="Cairo"/>
                <w:b/>
                <w:bCs/>
              </w:rPr>
            </w:pPr>
            <w:r w:rsidRPr="00640D53">
              <w:t>Firm is licensed to conduct audits</w:t>
            </w:r>
          </w:p>
        </w:tc>
        <w:tc>
          <w:tcPr>
            <w:tcW w:w="2877" w:type="dxa"/>
          </w:tcPr>
          <w:p w14:paraId="6EB4927C" w14:textId="77777777" w:rsidR="003424AE" w:rsidRDefault="003424AE" w:rsidP="00CC2960">
            <w:pPr>
              <w:jc w:val="center"/>
              <w:rPr>
                <w:rFonts w:ascii="Cairo" w:hAnsi="Cairo" w:cs="Cairo"/>
                <w:b/>
                <w:bCs/>
              </w:rPr>
            </w:pPr>
            <w:r w:rsidRPr="00640D53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2877" w:type="dxa"/>
          </w:tcPr>
          <w:p w14:paraId="20648F84" w14:textId="77777777" w:rsidR="003424AE" w:rsidRDefault="003424AE" w:rsidP="00CC2960">
            <w:pPr>
              <w:jc w:val="center"/>
              <w:rPr>
                <w:rFonts w:ascii="Cairo" w:hAnsi="Cairo" w:cs="Cairo"/>
                <w:b/>
                <w:bCs/>
              </w:rPr>
            </w:pPr>
            <w:r w:rsidRPr="00640D53">
              <w:rPr>
                <w:rFonts w:ascii="Segoe UI Symbol" w:hAnsi="Segoe UI Symbol" w:cs="Segoe UI Symbol"/>
              </w:rPr>
              <w:t>☐</w:t>
            </w:r>
          </w:p>
        </w:tc>
      </w:tr>
      <w:tr w:rsidR="003424AE" w14:paraId="5FB45845" w14:textId="77777777" w:rsidTr="00CC2960">
        <w:tc>
          <w:tcPr>
            <w:tcW w:w="2876" w:type="dxa"/>
          </w:tcPr>
          <w:p w14:paraId="2967D8F5" w14:textId="77777777" w:rsidR="003424AE" w:rsidRDefault="003424AE" w:rsidP="00CC2960">
            <w:pPr>
              <w:rPr>
                <w:rFonts w:ascii="Cairo" w:hAnsi="Cairo" w:cs="Cairo"/>
                <w:b/>
                <w:bCs/>
              </w:rPr>
            </w:pPr>
            <w:r w:rsidRPr="00640D53">
              <w:t>Firm has not been subject to regulatory sanctions</w:t>
            </w:r>
          </w:p>
        </w:tc>
        <w:tc>
          <w:tcPr>
            <w:tcW w:w="2877" w:type="dxa"/>
          </w:tcPr>
          <w:p w14:paraId="0FFAF72A" w14:textId="77777777" w:rsidR="003424AE" w:rsidRDefault="003424AE" w:rsidP="00CC2960">
            <w:pPr>
              <w:jc w:val="center"/>
              <w:rPr>
                <w:rFonts w:ascii="Cairo" w:hAnsi="Cairo" w:cs="Cairo"/>
                <w:b/>
                <w:bCs/>
              </w:rPr>
            </w:pPr>
            <w:r w:rsidRPr="00640D53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2877" w:type="dxa"/>
          </w:tcPr>
          <w:p w14:paraId="29E8B6AA" w14:textId="77777777" w:rsidR="003424AE" w:rsidRDefault="003424AE" w:rsidP="00CC2960">
            <w:pPr>
              <w:jc w:val="center"/>
              <w:rPr>
                <w:rFonts w:ascii="Cairo" w:hAnsi="Cairo" w:cs="Cairo"/>
                <w:b/>
                <w:bCs/>
              </w:rPr>
            </w:pPr>
            <w:r w:rsidRPr="00640D53">
              <w:rPr>
                <w:rFonts w:ascii="Segoe UI Symbol" w:hAnsi="Segoe UI Symbol" w:cs="Segoe UI Symbol"/>
              </w:rPr>
              <w:t>☐</w:t>
            </w:r>
          </w:p>
        </w:tc>
      </w:tr>
      <w:tr w:rsidR="003424AE" w14:paraId="739D40E2" w14:textId="77777777" w:rsidTr="00CC2960">
        <w:tc>
          <w:tcPr>
            <w:tcW w:w="2876" w:type="dxa"/>
          </w:tcPr>
          <w:p w14:paraId="24AB37F8" w14:textId="77777777" w:rsidR="003424AE" w:rsidRDefault="003424AE" w:rsidP="00CC2960">
            <w:pPr>
              <w:rPr>
                <w:rFonts w:ascii="Cairo" w:hAnsi="Cairo" w:cs="Cairo"/>
                <w:b/>
                <w:bCs/>
              </w:rPr>
            </w:pPr>
            <w:r w:rsidRPr="00640D53">
              <w:t>Firm has no pending litigation that may affect performance</w:t>
            </w:r>
          </w:p>
        </w:tc>
        <w:tc>
          <w:tcPr>
            <w:tcW w:w="2877" w:type="dxa"/>
          </w:tcPr>
          <w:p w14:paraId="578EE3F5" w14:textId="77777777" w:rsidR="003424AE" w:rsidRDefault="003424AE" w:rsidP="00CC2960">
            <w:pPr>
              <w:jc w:val="center"/>
              <w:rPr>
                <w:rFonts w:ascii="Cairo" w:hAnsi="Cairo" w:cs="Cairo"/>
                <w:b/>
                <w:bCs/>
              </w:rPr>
            </w:pPr>
            <w:r w:rsidRPr="00640D53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2877" w:type="dxa"/>
          </w:tcPr>
          <w:p w14:paraId="1FCC170E" w14:textId="77777777" w:rsidR="003424AE" w:rsidRDefault="003424AE" w:rsidP="00CC2960">
            <w:pPr>
              <w:jc w:val="center"/>
              <w:rPr>
                <w:rFonts w:ascii="Cairo" w:hAnsi="Cairo" w:cs="Cairo"/>
                <w:b/>
                <w:bCs/>
              </w:rPr>
            </w:pPr>
            <w:r w:rsidRPr="00640D53">
              <w:rPr>
                <w:rFonts w:ascii="Segoe UI Symbol" w:hAnsi="Segoe UI Symbol" w:cs="Segoe UI Symbol"/>
              </w:rPr>
              <w:t>☐</w:t>
            </w:r>
          </w:p>
        </w:tc>
      </w:tr>
    </w:tbl>
    <w:p w14:paraId="72CF2545" w14:textId="77777777" w:rsidR="003424AE" w:rsidRPr="00DA1326" w:rsidRDefault="003424AE" w:rsidP="003424AE">
      <w:pPr>
        <w:rPr>
          <w:rFonts w:ascii="Cairo" w:hAnsi="Cairo" w:cs="Cairo"/>
          <w:b/>
          <w:bCs/>
        </w:rPr>
      </w:pPr>
    </w:p>
    <w:p w14:paraId="0FD5BBFC" w14:textId="77777777" w:rsidR="003424AE" w:rsidRDefault="003424AE" w:rsidP="003424AE">
      <w:pPr>
        <w:rPr>
          <w:rFonts w:ascii="Cairo" w:hAnsi="Cairo" w:cs="Cairo"/>
          <w:b/>
          <w:bCs/>
        </w:rPr>
      </w:pPr>
      <w:r w:rsidRPr="00E74D92">
        <w:rPr>
          <w:rFonts w:ascii="Cairo" w:hAnsi="Cairo" w:cs="Cairo"/>
          <w:b/>
          <w:bCs/>
          <w:highlight w:val="yellow"/>
        </w:rPr>
        <w:t>If any answer is Yes, please provide details below:</w:t>
      </w:r>
    </w:p>
    <w:p w14:paraId="15996607" w14:textId="77777777" w:rsidR="003424AE" w:rsidRPr="00DA1326" w:rsidRDefault="003424AE" w:rsidP="003424AE">
      <w:pPr>
        <w:rPr>
          <w:rFonts w:ascii="Cairo" w:hAnsi="Cairo" w:cs="Cairo"/>
          <w:b/>
          <w:bCs/>
        </w:rPr>
      </w:pPr>
    </w:p>
    <w:p w14:paraId="38EBC5DA" w14:textId="77777777" w:rsidR="003424AE" w:rsidRPr="00DA1326" w:rsidRDefault="003424AE" w:rsidP="003424AE">
      <w:pPr>
        <w:rPr>
          <w:rFonts w:ascii="Cairo" w:hAnsi="Cairo" w:cs="Cairo"/>
          <w:b/>
          <w:bCs/>
        </w:rPr>
      </w:pPr>
    </w:p>
    <w:p w14:paraId="48121596" w14:textId="77777777" w:rsidR="003424AE" w:rsidRPr="00E74D92" w:rsidRDefault="003424AE" w:rsidP="003424AE">
      <w:pPr>
        <w:shd w:val="clear" w:color="auto" w:fill="7030A0"/>
        <w:rPr>
          <w:rFonts w:ascii="Cairo" w:hAnsi="Cairo" w:cs="Cairo"/>
          <w:b/>
          <w:bCs/>
          <w:color w:val="FFFFFF" w:themeColor="background1"/>
        </w:rPr>
      </w:pPr>
      <w:r w:rsidRPr="00E74D92">
        <w:rPr>
          <w:rFonts w:ascii="Cairo" w:hAnsi="Cairo" w:cs="Cairo"/>
          <w:b/>
          <w:bCs/>
          <w:color w:val="FFFFFF" w:themeColor="background1"/>
        </w:rPr>
        <w:t>9. Declaration</w:t>
      </w:r>
    </w:p>
    <w:p w14:paraId="78D2E9B7" w14:textId="77777777" w:rsidR="003424AE" w:rsidRPr="00DA1326" w:rsidRDefault="003424AE" w:rsidP="003424AE">
      <w:pPr>
        <w:rPr>
          <w:rFonts w:ascii="Cairo" w:hAnsi="Cairo" w:cs="Cairo"/>
          <w:b/>
          <w:bCs/>
        </w:rPr>
      </w:pPr>
    </w:p>
    <w:p w14:paraId="4E5D0399" w14:textId="77777777" w:rsidR="003424AE" w:rsidRPr="00E74D92" w:rsidRDefault="003424AE" w:rsidP="003424AE">
      <w:pPr>
        <w:pStyle w:val="ListParagraph"/>
        <w:numPr>
          <w:ilvl w:val="0"/>
          <w:numId w:val="82"/>
        </w:numPr>
        <w:rPr>
          <w:rFonts w:ascii="Cairo" w:hAnsi="Cairo" w:cs="Cairo"/>
        </w:rPr>
      </w:pPr>
      <w:r w:rsidRPr="00E74D92">
        <w:rPr>
          <w:rFonts w:ascii="Cairo" w:hAnsi="Cairo" w:cs="Cairo"/>
        </w:rPr>
        <w:t>We certify that the information provided in this Bidder Information Form is true and accurate.</w:t>
      </w:r>
    </w:p>
    <w:p w14:paraId="615FD0A2" w14:textId="77777777" w:rsidR="003424AE" w:rsidRPr="00E74D92" w:rsidRDefault="003424AE" w:rsidP="003424AE">
      <w:pPr>
        <w:pStyle w:val="ListParagraph"/>
        <w:numPr>
          <w:ilvl w:val="0"/>
          <w:numId w:val="82"/>
        </w:numPr>
        <w:rPr>
          <w:rFonts w:ascii="Cairo" w:hAnsi="Cairo" w:cs="Cairo"/>
        </w:rPr>
      </w:pPr>
      <w:r w:rsidRPr="00E74D92">
        <w:rPr>
          <w:rFonts w:ascii="Cairo" w:hAnsi="Cairo" w:cs="Cairo"/>
        </w:rPr>
        <w:t>We understand that providing false information may result in disqualification from the procurement process.</w:t>
      </w:r>
    </w:p>
    <w:p w14:paraId="33D3BEB4" w14:textId="77777777" w:rsidR="003424AE" w:rsidRPr="00DA1326" w:rsidRDefault="003424AE" w:rsidP="003424AE">
      <w:pPr>
        <w:rPr>
          <w:rFonts w:ascii="Cairo" w:hAnsi="Cairo" w:cs="Cairo"/>
          <w:b/>
          <w:bCs/>
        </w:rPr>
      </w:pPr>
    </w:p>
    <w:p w14:paraId="5D47CFCA" w14:textId="77777777" w:rsidR="003424AE" w:rsidRPr="00DA1326" w:rsidRDefault="003424AE" w:rsidP="003424AE">
      <w:pPr>
        <w:rPr>
          <w:rFonts w:ascii="Cairo" w:hAnsi="Cairo" w:cs="Cairo"/>
          <w:b/>
          <w:bCs/>
        </w:rPr>
      </w:pPr>
      <w:r w:rsidRPr="00DA1326">
        <w:rPr>
          <w:rFonts w:ascii="Cairo" w:hAnsi="Cairo" w:cs="Cairo"/>
          <w:b/>
          <w:bCs/>
        </w:rPr>
        <w:t>Authorized Representative</w:t>
      </w:r>
    </w:p>
    <w:p w14:paraId="26FB4E67" w14:textId="77777777" w:rsidR="003424AE" w:rsidRPr="00DA1326" w:rsidRDefault="003424AE" w:rsidP="003424AE">
      <w:pPr>
        <w:rPr>
          <w:rFonts w:ascii="Cairo" w:hAnsi="Cairo" w:cs="Cairo"/>
          <w:b/>
          <w:bCs/>
        </w:rPr>
      </w:pPr>
      <w:r w:rsidRPr="00DA1326">
        <w:rPr>
          <w:rFonts w:ascii="Cairo" w:hAnsi="Cairo" w:cs="Cairo"/>
          <w:b/>
          <w:bCs/>
        </w:rPr>
        <w:t>Name: __________________________________</w:t>
      </w:r>
    </w:p>
    <w:p w14:paraId="11FB8CFA" w14:textId="77777777" w:rsidR="003424AE" w:rsidRPr="00DA1326" w:rsidRDefault="003424AE" w:rsidP="003424AE">
      <w:pPr>
        <w:rPr>
          <w:rFonts w:ascii="Cairo" w:hAnsi="Cairo" w:cs="Cairo"/>
          <w:b/>
          <w:bCs/>
        </w:rPr>
      </w:pPr>
      <w:r w:rsidRPr="00DA1326">
        <w:rPr>
          <w:rFonts w:ascii="Cairo" w:hAnsi="Cairo" w:cs="Cairo"/>
          <w:b/>
          <w:bCs/>
        </w:rPr>
        <w:t>Title: __________________________________</w:t>
      </w:r>
    </w:p>
    <w:p w14:paraId="7A5C1833" w14:textId="77777777" w:rsidR="003424AE" w:rsidRPr="00DA1326" w:rsidRDefault="003424AE" w:rsidP="003424AE">
      <w:pPr>
        <w:rPr>
          <w:rFonts w:ascii="Cairo" w:hAnsi="Cairo" w:cs="Cairo"/>
          <w:b/>
          <w:bCs/>
        </w:rPr>
      </w:pPr>
      <w:r w:rsidRPr="00DA1326">
        <w:rPr>
          <w:rFonts w:ascii="Cairo" w:hAnsi="Cairo" w:cs="Cairo"/>
          <w:b/>
          <w:bCs/>
        </w:rPr>
        <w:t>Signature: _______________________________</w:t>
      </w:r>
    </w:p>
    <w:p w14:paraId="3A19645F" w14:textId="77777777" w:rsidR="003424AE" w:rsidRPr="00DA1326" w:rsidRDefault="003424AE" w:rsidP="003424AE">
      <w:pPr>
        <w:rPr>
          <w:rFonts w:ascii="Cairo" w:hAnsi="Cairo" w:cs="Cairo"/>
          <w:b/>
          <w:bCs/>
        </w:rPr>
      </w:pPr>
      <w:r w:rsidRPr="00DA1326">
        <w:rPr>
          <w:rFonts w:ascii="Cairo" w:hAnsi="Cairo" w:cs="Cairo"/>
          <w:b/>
          <w:bCs/>
        </w:rPr>
        <w:lastRenderedPageBreak/>
        <w:t>Date: __________________________________</w:t>
      </w:r>
      <w:r w:rsidRPr="00E74D92">
        <w:rPr>
          <w:rFonts w:ascii="Cairo" w:hAnsi="Cairo" w:cs="Cairo"/>
          <w:b/>
          <w:bCs/>
        </w:rPr>
        <w:t xml:space="preserve"> </w:t>
      </w:r>
      <w:r>
        <w:rPr>
          <w:rFonts w:ascii="Cairo" w:hAnsi="Cairo" w:cs="Cairo"/>
          <w:b/>
          <w:bCs/>
        </w:rPr>
        <w:t xml:space="preserve"> | </w:t>
      </w:r>
      <w:r w:rsidRPr="00DA1326">
        <w:rPr>
          <w:rFonts w:ascii="Cairo" w:hAnsi="Cairo" w:cs="Cairo"/>
          <w:b/>
          <w:bCs/>
        </w:rPr>
        <w:t>Company Stamp (if applicable)</w:t>
      </w:r>
    </w:p>
    <w:p w14:paraId="7B2C767C" w14:textId="77777777" w:rsidR="003424AE" w:rsidRDefault="003424AE" w:rsidP="003424AE"/>
    <w:p w14:paraId="2154EC48" w14:textId="0D5BADC2" w:rsidR="003424AE" w:rsidRDefault="003424AE">
      <w:pPr>
        <w:rPr>
          <w:rFonts w:ascii="Cairo" w:hAnsi="Cairo" w:cs="Cairo"/>
          <w:b/>
          <w:bCs/>
        </w:rPr>
      </w:pPr>
      <w:r>
        <w:rPr>
          <w:rFonts w:ascii="Cairo" w:hAnsi="Cairo" w:cs="Cairo"/>
          <w:b/>
          <w:bCs/>
        </w:rPr>
        <w:br w:type="page"/>
      </w:r>
    </w:p>
    <w:p w14:paraId="6ADFAD5B" w14:textId="2153D05D" w:rsidR="003424AE" w:rsidRDefault="003424AE" w:rsidP="00424D15">
      <w:pPr>
        <w:pStyle w:val="Heading1"/>
        <w:jc w:val="center"/>
        <w:rPr>
          <w:lang w:val="en-GB"/>
        </w:rPr>
      </w:pPr>
      <w:bookmarkStart w:id="13" w:name="_Toc225265357"/>
      <w:r w:rsidRPr="00614FCB">
        <w:rPr>
          <w:highlight w:val="yellow"/>
          <w:lang w:val="en-GB"/>
        </w:rPr>
        <w:lastRenderedPageBreak/>
        <w:t>APPENDIX B</w:t>
      </w:r>
      <w:r w:rsidR="00614FCB" w:rsidRPr="00614FCB">
        <w:rPr>
          <w:highlight w:val="yellow"/>
          <w:lang w:val="en-GB"/>
        </w:rPr>
        <w:t xml:space="preserve"> - Financial Proposal Template</w:t>
      </w:r>
      <w:bookmarkEnd w:id="13"/>
    </w:p>
    <w:bookmarkStart w:id="14" w:name="_Toc225265358"/>
    <w:p w14:paraId="46636C7A" w14:textId="77777777" w:rsidR="00DE0130" w:rsidRPr="0021769E" w:rsidRDefault="00DE0130" w:rsidP="00DE0130">
      <w:pPr>
        <w:spacing w:before="100" w:beforeAutospacing="1" w:after="100" w:afterAutospacing="1" w:line="240" w:lineRule="auto"/>
        <w:outlineLvl w:val="1"/>
        <w:rPr>
          <w:rFonts w:ascii="Cairo" w:eastAsia="Times New Roman" w:hAnsi="Cairo" w:cs="Cairo"/>
          <w:sz w:val="24"/>
          <w:szCs w:val="24"/>
          <w:lang w:val="en-GB" w:eastAsia="en-GB"/>
        </w:rPr>
      </w:pPr>
      <w:r>
        <w:rPr>
          <w:rFonts w:ascii="Cairo" w:eastAsia="Times New Roman" w:hAnsi="Cairo" w:cs="Cairo"/>
          <w:b/>
          <w:bCs/>
          <w:noProof/>
          <w:sz w:val="36"/>
          <w:szCs w:val="36"/>
          <w:lang w:val="en-GB" w:eastAsia="en-GB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A25444D" wp14:editId="52B9E336">
                <wp:simplePos x="0" y="0"/>
                <wp:positionH relativeFrom="column">
                  <wp:posOffset>-441960</wp:posOffset>
                </wp:positionH>
                <wp:positionV relativeFrom="paragraph">
                  <wp:posOffset>581660</wp:posOffset>
                </wp:positionV>
                <wp:extent cx="6507480" cy="2712720"/>
                <wp:effectExtent l="19050" t="19050" r="26670" b="11430"/>
                <wp:wrapNone/>
                <wp:docPr id="1112347459" name="Rectangle: Rounded Corner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07480" cy="2712720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5457545C" id="Rectangle: Rounded Corners 2" o:spid="_x0000_s1026" style="position:absolute;margin-left:-34.8pt;margin-top:45.8pt;width:512.4pt;height:213.6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" filled="f" strokecolor="#7030a0" strokeweight="3pt"/>
            </w:pict>
          </mc:Fallback>
        </mc:AlternateContent>
      </w:r>
      <w:r w:rsidRPr="0021769E">
        <w:rPr>
          <w:rFonts w:ascii="Cairo" w:eastAsia="Times New Roman" w:hAnsi="Cairo" w:cs="Cairo"/>
          <w:b/>
          <w:bCs/>
          <w:sz w:val="36"/>
          <w:szCs w:val="36"/>
          <w:lang w:val="en-GB" w:eastAsia="en-GB"/>
        </w:rPr>
        <w:t>External Audit Services</w:t>
      </w:r>
      <w:r>
        <w:rPr>
          <w:rFonts w:ascii="Cairo" w:eastAsia="Times New Roman" w:hAnsi="Cairo" w:cs="Cairo"/>
          <w:b/>
          <w:bCs/>
          <w:sz w:val="36"/>
          <w:szCs w:val="36"/>
          <w:lang w:val="en-GB" w:eastAsia="en-GB"/>
        </w:rPr>
        <w:t xml:space="preserve"> - </w:t>
      </w:r>
      <w:r w:rsidRPr="0021769E">
        <w:rPr>
          <w:rFonts w:ascii="Cairo" w:eastAsia="Times New Roman" w:hAnsi="Cairo" w:cs="Cairo"/>
          <w:b/>
          <w:bCs/>
          <w:sz w:val="36"/>
          <w:szCs w:val="36"/>
          <w:lang w:val="en-GB" w:eastAsia="en-GB"/>
        </w:rPr>
        <w:t>Human Appeal USA</w:t>
      </w:r>
      <w:bookmarkEnd w:id="14"/>
    </w:p>
    <w:p w14:paraId="6F4561D4" w14:textId="77777777" w:rsidR="00DE0130" w:rsidRPr="0021769E" w:rsidRDefault="00DE0130" w:rsidP="00DE0130">
      <w:pPr>
        <w:spacing w:before="100" w:beforeAutospacing="1" w:after="100" w:afterAutospacing="1" w:line="240" w:lineRule="auto"/>
        <w:outlineLvl w:val="2"/>
        <w:rPr>
          <w:rFonts w:ascii="Cairo" w:eastAsia="Times New Roman" w:hAnsi="Cairo" w:cs="Cairo"/>
          <w:b/>
          <w:bCs/>
          <w:sz w:val="27"/>
          <w:szCs w:val="27"/>
          <w:lang w:val="en-GB" w:eastAsia="en-GB"/>
        </w:rPr>
      </w:pPr>
      <w:bookmarkStart w:id="15" w:name="_Toc225265359"/>
      <w:r w:rsidRPr="0021769E">
        <w:rPr>
          <w:rFonts w:ascii="Cairo" w:eastAsia="Times New Roman" w:hAnsi="Cairo" w:cs="Cairo"/>
          <w:b/>
          <w:bCs/>
          <w:sz w:val="27"/>
          <w:szCs w:val="27"/>
          <w:lang w:val="en-GB" w:eastAsia="en-GB"/>
        </w:rPr>
        <w:t>Instructions to Bidders</w:t>
      </w:r>
      <w:bookmarkEnd w:id="15"/>
    </w:p>
    <w:p w14:paraId="53C6F63B" w14:textId="77777777" w:rsidR="00DE0130" w:rsidRPr="0021769E" w:rsidRDefault="00DE0130" w:rsidP="00DE0130">
      <w:pPr>
        <w:numPr>
          <w:ilvl w:val="0"/>
          <w:numId w:val="81"/>
        </w:numPr>
        <w:spacing w:before="100" w:beforeAutospacing="1" w:after="100" w:afterAutospacing="1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  <w:r w:rsidRPr="0021769E">
        <w:rPr>
          <w:rFonts w:ascii="Cairo" w:eastAsia="Times New Roman" w:hAnsi="Cairo" w:cs="Cairo"/>
          <w:sz w:val="24"/>
          <w:szCs w:val="24"/>
          <w:lang w:val="en-GB" w:eastAsia="en-GB"/>
        </w:rPr>
        <w:t xml:space="preserve">The financial proposal must be submitted </w:t>
      </w:r>
      <w:r w:rsidRPr="0021769E">
        <w:rPr>
          <w:rFonts w:ascii="Cairo" w:eastAsia="Times New Roman" w:hAnsi="Cairo" w:cs="Cairo"/>
          <w:b/>
          <w:bCs/>
          <w:sz w:val="24"/>
          <w:szCs w:val="24"/>
          <w:lang w:val="en-GB" w:eastAsia="en-GB"/>
        </w:rPr>
        <w:t>separately from the technical proposal</w:t>
      </w:r>
      <w:r w:rsidRPr="0021769E">
        <w:rPr>
          <w:rFonts w:ascii="Cairo" w:eastAsia="Times New Roman" w:hAnsi="Cairo" w:cs="Cairo"/>
          <w:sz w:val="24"/>
          <w:szCs w:val="24"/>
          <w:lang w:val="en-GB" w:eastAsia="en-GB"/>
        </w:rPr>
        <w:t>.</w:t>
      </w:r>
    </w:p>
    <w:p w14:paraId="12E104C9" w14:textId="77777777" w:rsidR="00DE0130" w:rsidRPr="0021769E" w:rsidRDefault="00DE0130" w:rsidP="00DE0130">
      <w:pPr>
        <w:numPr>
          <w:ilvl w:val="0"/>
          <w:numId w:val="81"/>
        </w:numPr>
        <w:spacing w:before="100" w:beforeAutospacing="1" w:after="100" w:afterAutospacing="1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  <w:r w:rsidRPr="0021769E">
        <w:rPr>
          <w:rFonts w:ascii="Cairo" w:eastAsia="Times New Roman" w:hAnsi="Cairo" w:cs="Cairo"/>
          <w:sz w:val="24"/>
          <w:szCs w:val="24"/>
          <w:lang w:val="en-GB" w:eastAsia="en-GB"/>
        </w:rPr>
        <w:t xml:space="preserve">All prices must be quoted in </w:t>
      </w:r>
      <w:r w:rsidRPr="0021769E">
        <w:rPr>
          <w:rFonts w:ascii="Cairo" w:eastAsia="Times New Roman" w:hAnsi="Cairo" w:cs="Cairo"/>
          <w:b/>
          <w:bCs/>
          <w:sz w:val="24"/>
          <w:szCs w:val="24"/>
          <w:lang w:val="en-GB" w:eastAsia="en-GB"/>
        </w:rPr>
        <w:t>USD</w:t>
      </w:r>
      <w:r w:rsidRPr="0021769E">
        <w:rPr>
          <w:rFonts w:ascii="Cairo" w:eastAsia="Times New Roman" w:hAnsi="Cairo" w:cs="Cairo"/>
          <w:sz w:val="24"/>
          <w:szCs w:val="24"/>
          <w:lang w:val="en-GB" w:eastAsia="en-GB"/>
        </w:rPr>
        <w:t>.</w:t>
      </w:r>
    </w:p>
    <w:p w14:paraId="5D815435" w14:textId="77777777" w:rsidR="00DE0130" w:rsidRPr="0021769E" w:rsidRDefault="00DE0130" w:rsidP="00DE0130">
      <w:pPr>
        <w:numPr>
          <w:ilvl w:val="0"/>
          <w:numId w:val="81"/>
        </w:numPr>
        <w:spacing w:before="100" w:beforeAutospacing="1" w:after="100" w:afterAutospacing="1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  <w:r w:rsidRPr="0021769E">
        <w:rPr>
          <w:rFonts w:ascii="Cairo" w:eastAsia="Times New Roman" w:hAnsi="Cairo" w:cs="Cairo"/>
          <w:sz w:val="24"/>
          <w:szCs w:val="24"/>
          <w:lang w:val="en-GB" w:eastAsia="en-GB"/>
        </w:rPr>
        <w:t xml:space="preserve">Prices must include </w:t>
      </w:r>
      <w:r w:rsidRPr="0021769E">
        <w:rPr>
          <w:rFonts w:ascii="Cairo" w:eastAsia="Times New Roman" w:hAnsi="Cairo" w:cs="Cairo"/>
          <w:b/>
          <w:bCs/>
          <w:sz w:val="24"/>
          <w:szCs w:val="24"/>
          <w:lang w:val="en-GB" w:eastAsia="en-GB"/>
        </w:rPr>
        <w:t>all professional fees, travel costs, taxes, and any other expenses</w:t>
      </w:r>
      <w:r w:rsidRPr="0021769E">
        <w:rPr>
          <w:rFonts w:ascii="Cairo" w:eastAsia="Times New Roman" w:hAnsi="Cairo" w:cs="Cairo"/>
          <w:sz w:val="24"/>
          <w:szCs w:val="24"/>
          <w:lang w:val="en-GB" w:eastAsia="en-GB"/>
        </w:rPr>
        <w:t xml:space="preserve"> related to the audit engagement.</w:t>
      </w:r>
    </w:p>
    <w:p w14:paraId="45885024" w14:textId="77777777" w:rsidR="00DE0130" w:rsidRPr="0021769E" w:rsidRDefault="00DE0130" w:rsidP="00DE0130">
      <w:pPr>
        <w:numPr>
          <w:ilvl w:val="0"/>
          <w:numId w:val="81"/>
        </w:numPr>
        <w:spacing w:before="100" w:beforeAutospacing="1" w:after="100" w:afterAutospacing="1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  <w:r w:rsidRPr="0021769E">
        <w:rPr>
          <w:rFonts w:ascii="Cairo" w:eastAsia="Times New Roman" w:hAnsi="Cairo" w:cs="Cairo"/>
          <w:sz w:val="24"/>
          <w:szCs w:val="24"/>
          <w:lang w:val="en-GB" w:eastAsia="en-GB"/>
        </w:rPr>
        <w:t xml:space="preserve">The financial proposal must remain </w:t>
      </w:r>
      <w:r w:rsidRPr="0021769E">
        <w:rPr>
          <w:rFonts w:ascii="Cairo" w:eastAsia="Times New Roman" w:hAnsi="Cairo" w:cs="Cairo"/>
          <w:b/>
          <w:bCs/>
          <w:sz w:val="24"/>
          <w:szCs w:val="24"/>
          <w:lang w:val="en-GB" w:eastAsia="en-GB"/>
        </w:rPr>
        <w:t>valid for at least 90 days</w:t>
      </w:r>
      <w:r w:rsidRPr="0021769E">
        <w:rPr>
          <w:rFonts w:ascii="Cairo" w:eastAsia="Times New Roman" w:hAnsi="Cairo" w:cs="Cairo"/>
          <w:sz w:val="24"/>
          <w:szCs w:val="24"/>
          <w:lang w:val="en-GB" w:eastAsia="en-GB"/>
        </w:rPr>
        <w:t xml:space="preserve"> from the proposal submission deadline.</w:t>
      </w:r>
    </w:p>
    <w:p w14:paraId="19775B95" w14:textId="77777777" w:rsidR="00DE0130" w:rsidRPr="0021769E" w:rsidRDefault="00DE0130" w:rsidP="00DE0130">
      <w:pPr>
        <w:spacing w:after="0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</w:p>
    <w:p w14:paraId="13012931" w14:textId="77777777" w:rsidR="00DE0130" w:rsidRPr="0021769E" w:rsidRDefault="00DE0130" w:rsidP="00DE0130">
      <w:pPr>
        <w:spacing w:before="100" w:beforeAutospacing="1" w:after="100" w:afterAutospacing="1" w:line="240" w:lineRule="auto"/>
        <w:outlineLvl w:val="0"/>
        <w:rPr>
          <w:rFonts w:ascii="Cairo" w:eastAsia="Times New Roman" w:hAnsi="Cairo" w:cs="Cairo"/>
          <w:b/>
          <w:bCs/>
          <w:kern w:val="36"/>
          <w:sz w:val="48"/>
          <w:szCs w:val="48"/>
          <w:lang w:val="en-GB" w:eastAsia="en-GB"/>
        </w:rPr>
      </w:pPr>
      <w:bookmarkStart w:id="16" w:name="_Toc225265360"/>
      <w:r w:rsidRPr="0021769E">
        <w:rPr>
          <w:rFonts w:ascii="Cairo" w:eastAsia="Times New Roman" w:hAnsi="Cairo" w:cs="Cairo"/>
          <w:b/>
          <w:bCs/>
          <w:kern w:val="36"/>
          <w:sz w:val="48"/>
          <w:szCs w:val="48"/>
          <w:lang w:val="en-GB" w:eastAsia="en-GB"/>
        </w:rPr>
        <w:t>1. Bidder Information</w:t>
      </w:r>
      <w:bookmarkEnd w:id="16"/>
    </w:p>
    <w:p w14:paraId="2E95E9E9" w14:textId="77777777" w:rsidR="00DE0130" w:rsidRPr="0021769E" w:rsidRDefault="00DE0130" w:rsidP="00DE0130">
      <w:pPr>
        <w:spacing w:before="100" w:beforeAutospacing="1" w:after="100" w:afterAutospacing="1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  <w:r w:rsidRPr="0021769E">
        <w:rPr>
          <w:rFonts w:ascii="Cairo" w:eastAsia="Times New Roman" w:hAnsi="Cairo" w:cs="Cairo"/>
          <w:sz w:val="24"/>
          <w:szCs w:val="24"/>
          <w:lang w:val="en-GB" w:eastAsia="en-GB"/>
        </w:rPr>
        <w:t>Firm Name: __________________________</w:t>
      </w:r>
    </w:p>
    <w:p w14:paraId="483B5075" w14:textId="77777777" w:rsidR="00DE0130" w:rsidRPr="0021769E" w:rsidRDefault="00DE0130" w:rsidP="00DE0130">
      <w:pPr>
        <w:spacing w:before="100" w:beforeAutospacing="1" w:after="100" w:afterAutospacing="1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  <w:r w:rsidRPr="0021769E">
        <w:rPr>
          <w:rFonts w:ascii="Cairo" w:eastAsia="Times New Roman" w:hAnsi="Cairo" w:cs="Cairo"/>
          <w:sz w:val="24"/>
          <w:szCs w:val="24"/>
          <w:lang w:val="en-GB" w:eastAsia="en-GB"/>
        </w:rPr>
        <w:t>Address: __________________________</w:t>
      </w:r>
    </w:p>
    <w:p w14:paraId="268A76EA" w14:textId="77777777" w:rsidR="00DE0130" w:rsidRPr="0021769E" w:rsidRDefault="00DE0130" w:rsidP="00DE0130">
      <w:pPr>
        <w:spacing w:before="100" w:beforeAutospacing="1" w:after="100" w:afterAutospacing="1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  <w:r w:rsidRPr="0021769E">
        <w:rPr>
          <w:rFonts w:ascii="Cairo" w:eastAsia="Times New Roman" w:hAnsi="Cairo" w:cs="Cairo"/>
          <w:sz w:val="24"/>
          <w:szCs w:val="24"/>
          <w:lang w:val="en-GB" w:eastAsia="en-GB"/>
        </w:rPr>
        <w:t>City / State: __________________________</w:t>
      </w:r>
    </w:p>
    <w:p w14:paraId="2900C3C1" w14:textId="77777777" w:rsidR="00DE0130" w:rsidRPr="0021769E" w:rsidRDefault="00DE0130" w:rsidP="00DE0130">
      <w:pPr>
        <w:spacing w:before="100" w:beforeAutospacing="1" w:after="100" w:afterAutospacing="1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  <w:r w:rsidRPr="0021769E">
        <w:rPr>
          <w:rFonts w:ascii="Cairo" w:eastAsia="Times New Roman" w:hAnsi="Cairo" w:cs="Cairo"/>
          <w:sz w:val="24"/>
          <w:szCs w:val="24"/>
          <w:lang w:val="en-GB" w:eastAsia="en-GB"/>
        </w:rPr>
        <w:t>Contact Person: __________________________</w:t>
      </w:r>
    </w:p>
    <w:p w14:paraId="1D62874D" w14:textId="77777777" w:rsidR="00DE0130" w:rsidRPr="0021769E" w:rsidRDefault="00DE0130" w:rsidP="00DE0130">
      <w:pPr>
        <w:spacing w:before="100" w:beforeAutospacing="1" w:after="100" w:afterAutospacing="1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  <w:r w:rsidRPr="0021769E">
        <w:rPr>
          <w:rFonts w:ascii="Cairo" w:eastAsia="Times New Roman" w:hAnsi="Cairo" w:cs="Cairo"/>
          <w:sz w:val="24"/>
          <w:szCs w:val="24"/>
          <w:lang w:val="en-GB" w:eastAsia="en-GB"/>
        </w:rPr>
        <w:t>Email: __________________________</w:t>
      </w:r>
    </w:p>
    <w:p w14:paraId="67ED53AF" w14:textId="77777777" w:rsidR="00DE0130" w:rsidRPr="0021769E" w:rsidRDefault="00DE0130" w:rsidP="00DE0130">
      <w:pPr>
        <w:spacing w:before="100" w:beforeAutospacing="1" w:after="100" w:afterAutospacing="1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  <w:r w:rsidRPr="0021769E">
        <w:rPr>
          <w:rFonts w:ascii="Cairo" w:eastAsia="Times New Roman" w:hAnsi="Cairo" w:cs="Cairo"/>
          <w:sz w:val="24"/>
          <w:szCs w:val="24"/>
          <w:lang w:val="en-GB" w:eastAsia="en-GB"/>
        </w:rPr>
        <w:t>Telephone: __________________________</w:t>
      </w:r>
    </w:p>
    <w:p w14:paraId="16B0620E" w14:textId="77777777" w:rsidR="00DE0130" w:rsidRPr="0021769E" w:rsidRDefault="00DE0130" w:rsidP="00DE0130">
      <w:pPr>
        <w:spacing w:after="0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</w:p>
    <w:p w14:paraId="07AE61C5" w14:textId="77777777" w:rsidR="00DE0130" w:rsidRPr="00741E8D" w:rsidRDefault="00DE0130" w:rsidP="00DE0130">
      <w:pPr>
        <w:spacing w:before="100" w:beforeAutospacing="1" w:after="100" w:afterAutospacing="1" w:line="240" w:lineRule="auto"/>
        <w:outlineLvl w:val="0"/>
        <w:rPr>
          <w:rFonts w:ascii="Cairo" w:eastAsia="Times New Roman" w:hAnsi="Cairo" w:cs="Cairo"/>
          <w:b/>
          <w:bCs/>
          <w:kern w:val="36"/>
          <w:sz w:val="48"/>
          <w:szCs w:val="48"/>
          <w:lang w:val="en-GB" w:eastAsia="en-GB"/>
        </w:rPr>
      </w:pPr>
      <w:bookmarkStart w:id="17" w:name="_Toc225265361"/>
      <w:r w:rsidRPr="0021769E">
        <w:rPr>
          <w:rFonts w:ascii="Cairo" w:eastAsia="Times New Roman" w:hAnsi="Cairo" w:cs="Cairo"/>
          <w:b/>
          <w:bCs/>
          <w:kern w:val="36"/>
          <w:sz w:val="48"/>
          <w:szCs w:val="48"/>
          <w:lang w:val="en-GB" w:eastAsia="en-GB"/>
        </w:rPr>
        <w:t>2. Summary of Financial Proposal</w:t>
      </w:r>
      <w:bookmarkEnd w:id="17"/>
    </w:p>
    <w:tbl>
      <w:tblPr>
        <w:tblStyle w:val="TableGrid"/>
        <w:tblW w:w="10125" w:type="dxa"/>
        <w:tblLook w:val="04A0" w:firstRow="1" w:lastRow="0" w:firstColumn="1" w:lastColumn="0" w:noHBand="0" w:noVBand="1"/>
      </w:tblPr>
      <w:tblGrid>
        <w:gridCol w:w="6232"/>
        <w:gridCol w:w="1297"/>
        <w:gridCol w:w="1298"/>
        <w:gridCol w:w="1298"/>
      </w:tblGrid>
      <w:tr w:rsidR="00DE0130" w:rsidRPr="00741E8D" w14:paraId="3971EE4E" w14:textId="77777777" w:rsidTr="00CC2960">
        <w:trPr>
          <w:trHeight w:val="810"/>
        </w:trPr>
        <w:tc>
          <w:tcPr>
            <w:tcW w:w="6232" w:type="dxa"/>
            <w:shd w:val="clear" w:color="auto" w:fill="7030A0"/>
            <w:vAlign w:val="center"/>
          </w:tcPr>
          <w:p w14:paraId="47E97C43" w14:textId="77777777" w:rsidR="00DE0130" w:rsidRPr="00741E8D" w:rsidRDefault="00DE0130" w:rsidP="00CC2960">
            <w:pPr>
              <w:spacing w:before="100" w:beforeAutospacing="1" w:after="100" w:afterAutospacing="1"/>
              <w:outlineLvl w:val="0"/>
              <w:rPr>
                <w:rFonts w:ascii="Cairo" w:eastAsia="Times New Roman" w:hAnsi="Cairo" w:cs="Cairo"/>
                <w:b/>
                <w:bCs/>
                <w:color w:val="FFFFFF" w:themeColor="background1"/>
                <w:kern w:val="36"/>
                <w:sz w:val="24"/>
                <w:szCs w:val="24"/>
                <w:lang w:val="en-GB" w:eastAsia="en-GB"/>
              </w:rPr>
            </w:pPr>
            <w:bookmarkStart w:id="18" w:name="_Toc225265362"/>
            <w:r w:rsidRPr="00741E8D">
              <w:rPr>
                <w:rFonts w:ascii="Cairo" w:hAnsi="Cairo" w:cs="Cairo"/>
                <w:b/>
                <w:bCs/>
                <w:color w:val="FFFFFF" w:themeColor="background1"/>
                <w:sz w:val="24"/>
                <w:szCs w:val="24"/>
              </w:rPr>
              <w:lastRenderedPageBreak/>
              <w:t>Service Description</w:t>
            </w:r>
            <w:bookmarkEnd w:id="18"/>
          </w:p>
        </w:tc>
        <w:tc>
          <w:tcPr>
            <w:tcW w:w="1297" w:type="dxa"/>
            <w:shd w:val="clear" w:color="auto" w:fill="7030A0"/>
            <w:vAlign w:val="center"/>
          </w:tcPr>
          <w:p w14:paraId="6350EAEF" w14:textId="77777777" w:rsidR="00DE0130" w:rsidRPr="00741E8D" w:rsidRDefault="00DE0130" w:rsidP="00CC2960">
            <w:pPr>
              <w:spacing w:before="100" w:beforeAutospacing="1" w:after="100" w:afterAutospacing="1"/>
              <w:outlineLvl w:val="0"/>
              <w:rPr>
                <w:rFonts w:ascii="Cairo" w:eastAsia="Times New Roman" w:hAnsi="Cairo" w:cs="Cairo"/>
                <w:b/>
                <w:bCs/>
                <w:color w:val="FFFFFF" w:themeColor="background1"/>
                <w:kern w:val="36"/>
                <w:sz w:val="24"/>
                <w:szCs w:val="24"/>
                <w:lang w:val="en-GB" w:eastAsia="en-GB"/>
              </w:rPr>
            </w:pPr>
            <w:bookmarkStart w:id="19" w:name="_Toc225265363"/>
            <w:r w:rsidRPr="00741E8D">
              <w:rPr>
                <w:rFonts w:ascii="Cairo" w:hAnsi="Cairo" w:cs="Cairo"/>
                <w:b/>
                <w:bCs/>
                <w:color w:val="FFFFFF" w:themeColor="background1"/>
                <w:sz w:val="24"/>
                <w:szCs w:val="24"/>
              </w:rPr>
              <w:t>Year 1 (USD)</w:t>
            </w:r>
            <w:bookmarkEnd w:id="19"/>
          </w:p>
        </w:tc>
        <w:tc>
          <w:tcPr>
            <w:tcW w:w="1298" w:type="dxa"/>
            <w:shd w:val="clear" w:color="auto" w:fill="7030A0"/>
            <w:vAlign w:val="center"/>
          </w:tcPr>
          <w:p w14:paraId="3251AF70" w14:textId="77777777" w:rsidR="00DE0130" w:rsidRPr="00741E8D" w:rsidRDefault="00DE0130" w:rsidP="00CC2960">
            <w:pPr>
              <w:spacing w:before="100" w:beforeAutospacing="1" w:after="100" w:afterAutospacing="1"/>
              <w:outlineLvl w:val="0"/>
              <w:rPr>
                <w:rFonts w:ascii="Cairo" w:eastAsia="Times New Roman" w:hAnsi="Cairo" w:cs="Cairo"/>
                <w:b/>
                <w:bCs/>
                <w:color w:val="FFFFFF" w:themeColor="background1"/>
                <w:kern w:val="36"/>
                <w:sz w:val="24"/>
                <w:szCs w:val="24"/>
                <w:lang w:val="en-GB" w:eastAsia="en-GB"/>
              </w:rPr>
            </w:pPr>
            <w:bookmarkStart w:id="20" w:name="_Toc225265364"/>
            <w:r w:rsidRPr="00741E8D">
              <w:rPr>
                <w:rFonts w:ascii="Cairo" w:hAnsi="Cairo" w:cs="Cairo"/>
                <w:b/>
                <w:bCs/>
                <w:color w:val="FFFFFF" w:themeColor="background1"/>
                <w:sz w:val="24"/>
                <w:szCs w:val="24"/>
              </w:rPr>
              <w:t>Year 2 (USD)</w:t>
            </w:r>
            <w:bookmarkEnd w:id="20"/>
          </w:p>
        </w:tc>
        <w:tc>
          <w:tcPr>
            <w:tcW w:w="1298" w:type="dxa"/>
            <w:shd w:val="clear" w:color="auto" w:fill="7030A0"/>
            <w:vAlign w:val="center"/>
          </w:tcPr>
          <w:p w14:paraId="02C422A6" w14:textId="77777777" w:rsidR="00DE0130" w:rsidRPr="00741E8D" w:rsidRDefault="00DE0130" w:rsidP="00CC2960">
            <w:pPr>
              <w:spacing w:before="100" w:beforeAutospacing="1" w:after="100" w:afterAutospacing="1"/>
              <w:outlineLvl w:val="0"/>
              <w:rPr>
                <w:rFonts w:ascii="Cairo" w:eastAsia="Times New Roman" w:hAnsi="Cairo" w:cs="Cairo"/>
                <w:b/>
                <w:bCs/>
                <w:color w:val="FFFFFF" w:themeColor="background1"/>
                <w:kern w:val="36"/>
                <w:sz w:val="24"/>
                <w:szCs w:val="24"/>
                <w:lang w:val="en-GB" w:eastAsia="en-GB"/>
              </w:rPr>
            </w:pPr>
            <w:bookmarkStart w:id="21" w:name="_Toc225265365"/>
            <w:r w:rsidRPr="00741E8D">
              <w:rPr>
                <w:rFonts w:ascii="Cairo" w:hAnsi="Cairo" w:cs="Cairo"/>
                <w:b/>
                <w:bCs/>
                <w:color w:val="FFFFFF" w:themeColor="background1"/>
                <w:sz w:val="24"/>
                <w:szCs w:val="24"/>
              </w:rPr>
              <w:t>Year 3 (USD)</w:t>
            </w:r>
            <w:bookmarkEnd w:id="21"/>
          </w:p>
        </w:tc>
      </w:tr>
      <w:tr w:rsidR="00DE0130" w:rsidRPr="00741E8D" w14:paraId="0BB3F9D5" w14:textId="77777777" w:rsidTr="00CC2960">
        <w:trPr>
          <w:trHeight w:val="509"/>
        </w:trPr>
        <w:tc>
          <w:tcPr>
            <w:tcW w:w="6232" w:type="dxa"/>
          </w:tcPr>
          <w:p w14:paraId="62D0026C" w14:textId="77777777" w:rsidR="00DE0130" w:rsidRPr="00741E8D" w:rsidRDefault="00DE0130" w:rsidP="00CC2960">
            <w:pPr>
              <w:spacing w:before="100" w:beforeAutospacing="1" w:after="100" w:afterAutospacing="1"/>
              <w:outlineLvl w:val="0"/>
              <w:rPr>
                <w:rFonts w:ascii="Cairo" w:eastAsia="Times New Roman" w:hAnsi="Cairo" w:cs="Cairo"/>
                <w:b/>
                <w:bCs/>
                <w:kern w:val="36"/>
                <w:sz w:val="28"/>
                <w:szCs w:val="28"/>
                <w:lang w:val="en-GB" w:eastAsia="en-GB"/>
              </w:rPr>
            </w:pPr>
            <w:bookmarkStart w:id="22" w:name="_Toc225265366"/>
            <w:r w:rsidRPr="00741E8D">
              <w:rPr>
                <w:rFonts w:ascii="Cairo" w:hAnsi="Cairo" w:cs="Cairo"/>
              </w:rPr>
              <w:t>Annual Financial Statement Audit</w:t>
            </w:r>
            <w:bookmarkEnd w:id="22"/>
          </w:p>
        </w:tc>
        <w:tc>
          <w:tcPr>
            <w:tcW w:w="1297" w:type="dxa"/>
          </w:tcPr>
          <w:p w14:paraId="60F9E324" w14:textId="77777777" w:rsidR="00DE0130" w:rsidRPr="00741E8D" w:rsidRDefault="00DE0130" w:rsidP="00CC2960">
            <w:pPr>
              <w:spacing w:before="100" w:beforeAutospacing="1" w:after="100" w:afterAutospacing="1"/>
              <w:outlineLvl w:val="0"/>
              <w:rPr>
                <w:rFonts w:ascii="Cairo" w:eastAsia="Times New Roman" w:hAnsi="Cairo" w:cs="Cairo"/>
                <w:b/>
                <w:bCs/>
                <w:kern w:val="36"/>
                <w:sz w:val="28"/>
                <w:szCs w:val="28"/>
                <w:lang w:val="en-GB" w:eastAsia="en-GB"/>
              </w:rPr>
            </w:pPr>
          </w:p>
        </w:tc>
        <w:tc>
          <w:tcPr>
            <w:tcW w:w="1298" w:type="dxa"/>
          </w:tcPr>
          <w:p w14:paraId="6D8BCA38" w14:textId="77777777" w:rsidR="00DE0130" w:rsidRPr="00741E8D" w:rsidRDefault="00DE0130" w:rsidP="00CC2960">
            <w:pPr>
              <w:spacing w:before="100" w:beforeAutospacing="1" w:after="100" w:afterAutospacing="1"/>
              <w:outlineLvl w:val="0"/>
              <w:rPr>
                <w:rFonts w:ascii="Cairo" w:eastAsia="Times New Roman" w:hAnsi="Cairo" w:cs="Cairo"/>
                <w:b/>
                <w:bCs/>
                <w:kern w:val="36"/>
                <w:sz w:val="28"/>
                <w:szCs w:val="28"/>
                <w:lang w:val="en-GB" w:eastAsia="en-GB"/>
              </w:rPr>
            </w:pPr>
          </w:p>
        </w:tc>
        <w:tc>
          <w:tcPr>
            <w:tcW w:w="1298" w:type="dxa"/>
          </w:tcPr>
          <w:p w14:paraId="26D9C6FF" w14:textId="77777777" w:rsidR="00DE0130" w:rsidRPr="00741E8D" w:rsidRDefault="00DE0130" w:rsidP="00CC2960">
            <w:pPr>
              <w:spacing w:before="100" w:beforeAutospacing="1" w:after="100" w:afterAutospacing="1"/>
              <w:outlineLvl w:val="0"/>
              <w:rPr>
                <w:rFonts w:ascii="Cairo" w:eastAsia="Times New Roman" w:hAnsi="Cairo" w:cs="Cairo"/>
                <w:b/>
                <w:bCs/>
                <w:kern w:val="36"/>
                <w:sz w:val="28"/>
                <w:szCs w:val="28"/>
                <w:lang w:val="en-GB" w:eastAsia="en-GB"/>
              </w:rPr>
            </w:pPr>
          </w:p>
        </w:tc>
      </w:tr>
      <w:tr w:rsidR="00DE0130" w:rsidRPr="00741E8D" w14:paraId="4A0DAF7E" w14:textId="77777777" w:rsidTr="00CC2960">
        <w:trPr>
          <w:trHeight w:val="497"/>
        </w:trPr>
        <w:tc>
          <w:tcPr>
            <w:tcW w:w="6232" w:type="dxa"/>
          </w:tcPr>
          <w:p w14:paraId="12842803" w14:textId="77777777" w:rsidR="00DE0130" w:rsidRPr="00741E8D" w:rsidRDefault="00DE0130" w:rsidP="00CC2960">
            <w:pPr>
              <w:spacing w:before="100" w:beforeAutospacing="1" w:after="100" w:afterAutospacing="1"/>
              <w:outlineLvl w:val="0"/>
              <w:rPr>
                <w:rFonts w:ascii="Cairo" w:eastAsia="Times New Roman" w:hAnsi="Cairo" w:cs="Cairo"/>
                <w:b/>
                <w:bCs/>
                <w:kern w:val="36"/>
                <w:sz w:val="28"/>
                <w:szCs w:val="28"/>
                <w:lang w:val="en-GB" w:eastAsia="en-GB"/>
              </w:rPr>
            </w:pPr>
            <w:bookmarkStart w:id="23" w:name="_Toc225265367"/>
            <w:r w:rsidRPr="00741E8D">
              <w:rPr>
                <w:rFonts w:ascii="Cairo" w:hAnsi="Cairo" w:cs="Cairo"/>
              </w:rPr>
              <w:t>Internal Control Review</w:t>
            </w:r>
            <w:bookmarkEnd w:id="23"/>
          </w:p>
        </w:tc>
        <w:tc>
          <w:tcPr>
            <w:tcW w:w="1297" w:type="dxa"/>
          </w:tcPr>
          <w:p w14:paraId="72FFC770" w14:textId="77777777" w:rsidR="00DE0130" w:rsidRPr="00741E8D" w:rsidRDefault="00DE0130" w:rsidP="00CC2960">
            <w:pPr>
              <w:spacing w:before="100" w:beforeAutospacing="1" w:after="100" w:afterAutospacing="1"/>
              <w:outlineLvl w:val="0"/>
              <w:rPr>
                <w:rFonts w:ascii="Cairo" w:eastAsia="Times New Roman" w:hAnsi="Cairo" w:cs="Cairo"/>
                <w:b/>
                <w:bCs/>
                <w:kern w:val="36"/>
                <w:sz w:val="28"/>
                <w:szCs w:val="28"/>
                <w:lang w:val="en-GB" w:eastAsia="en-GB"/>
              </w:rPr>
            </w:pPr>
          </w:p>
        </w:tc>
        <w:tc>
          <w:tcPr>
            <w:tcW w:w="1298" w:type="dxa"/>
          </w:tcPr>
          <w:p w14:paraId="59931769" w14:textId="77777777" w:rsidR="00DE0130" w:rsidRPr="00741E8D" w:rsidRDefault="00DE0130" w:rsidP="00CC2960">
            <w:pPr>
              <w:spacing w:before="100" w:beforeAutospacing="1" w:after="100" w:afterAutospacing="1"/>
              <w:outlineLvl w:val="0"/>
              <w:rPr>
                <w:rFonts w:ascii="Cairo" w:eastAsia="Times New Roman" w:hAnsi="Cairo" w:cs="Cairo"/>
                <w:b/>
                <w:bCs/>
                <w:kern w:val="36"/>
                <w:sz w:val="28"/>
                <w:szCs w:val="28"/>
                <w:lang w:val="en-GB" w:eastAsia="en-GB"/>
              </w:rPr>
            </w:pPr>
          </w:p>
        </w:tc>
        <w:tc>
          <w:tcPr>
            <w:tcW w:w="1298" w:type="dxa"/>
          </w:tcPr>
          <w:p w14:paraId="7AF5FD91" w14:textId="77777777" w:rsidR="00DE0130" w:rsidRPr="00741E8D" w:rsidRDefault="00DE0130" w:rsidP="00CC2960">
            <w:pPr>
              <w:spacing w:before="100" w:beforeAutospacing="1" w:after="100" w:afterAutospacing="1"/>
              <w:outlineLvl w:val="0"/>
              <w:rPr>
                <w:rFonts w:ascii="Cairo" w:eastAsia="Times New Roman" w:hAnsi="Cairo" w:cs="Cairo"/>
                <w:b/>
                <w:bCs/>
                <w:kern w:val="36"/>
                <w:sz w:val="28"/>
                <w:szCs w:val="28"/>
                <w:lang w:val="en-GB" w:eastAsia="en-GB"/>
              </w:rPr>
            </w:pPr>
          </w:p>
        </w:tc>
      </w:tr>
      <w:tr w:rsidR="00DE0130" w:rsidRPr="00741E8D" w14:paraId="5772F969" w14:textId="77777777" w:rsidTr="00CC2960">
        <w:trPr>
          <w:trHeight w:val="509"/>
        </w:trPr>
        <w:tc>
          <w:tcPr>
            <w:tcW w:w="6232" w:type="dxa"/>
          </w:tcPr>
          <w:p w14:paraId="0A124C85" w14:textId="77777777" w:rsidR="00DE0130" w:rsidRPr="00741E8D" w:rsidRDefault="00DE0130" w:rsidP="00CC2960">
            <w:pPr>
              <w:spacing w:before="100" w:beforeAutospacing="1" w:after="100" w:afterAutospacing="1"/>
              <w:outlineLvl w:val="0"/>
              <w:rPr>
                <w:rFonts w:ascii="Cairo" w:eastAsia="Times New Roman" w:hAnsi="Cairo" w:cs="Cairo"/>
                <w:b/>
                <w:bCs/>
                <w:kern w:val="36"/>
                <w:sz w:val="28"/>
                <w:szCs w:val="28"/>
                <w:lang w:val="en-GB" w:eastAsia="en-GB"/>
              </w:rPr>
            </w:pPr>
            <w:bookmarkStart w:id="24" w:name="_Toc225265368"/>
            <w:r w:rsidRPr="00741E8D">
              <w:rPr>
                <w:rFonts w:ascii="Cairo" w:hAnsi="Cairo" w:cs="Cairo"/>
              </w:rPr>
              <w:t>Compliance Review</w:t>
            </w:r>
            <w:bookmarkEnd w:id="24"/>
          </w:p>
        </w:tc>
        <w:tc>
          <w:tcPr>
            <w:tcW w:w="1297" w:type="dxa"/>
          </w:tcPr>
          <w:p w14:paraId="7B0E3253" w14:textId="77777777" w:rsidR="00DE0130" w:rsidRPr="00741E8D" w:rsidRDefault="00DE0130" w:rsidP="00CC2960">
            <w:pPr>
              <w:spacing w:before="100" w:beforeAutospacing="1" w:after="100" w:afterAutospacing="1"/>
              <w:outlineLvl w:val="0"/>
              <w:rPr>
                <w:rFonts w:ascii="Cairo" w:eastAsia="Times New Roman" w:hAnsi="Cairo" w:cs="Cairo"/>
                <w:b/>
                <w:bCs/>
                <w:kern w:val="36"/>
                <w:sz w:val="28"/>
                <w:szCs w:val="28"/>
                <w:lang w:val="en-GB" w:eastAsia="en-GB"/>
              </w:rPr>
            </w:pPr>
          </w:p>
        </w:tc>
        <w:tc>
          <w:tcPr>
            <w:tcW w:w="1298" w:type="dxa"/>
          </w:tcPr>
          <w:p w14:paraId="6AAD9A34" w14:textId="77777777" w:rsidR="00DE0130" w:rsidRPr="00741E8D" w:rsidRDefault="00DE0130" w:rsidP="00CC2960">
            <w:pPr>
              <w:spacing w:before="100" w:beforeAutospacing="1" w:after="100" w:afterAutospacing="1"/>
              <w:outlineLvl w:val="0"/>
              <w:rPr>
                <w:rFonts w:ascii="Cairo" w:eastAsia="Times New Roman" w:hAnsi="Cairo" w:cs="Cairo"/>
                <w:b/>
                <w:bCs/>
                <w:kern w:val="36"/>
                <w:sz w:val="28"/>
                <w:szCs w:val="28"/>
                <w:lang w:val="en-GB" w:eastAsia="en-GB"/>
              </w:rPr>
            </w:pPr>
          </w:p>
        </w:tc>
        <w:tc>
          <w:tcPr>
            <w:tcW w:w="1298" w:type="dxa"/>
          </w:tcPr>
          <w:p w14:paraId="2101A711" w14:textId="77777777" w:rsidR="00DE0130" w:rsidRPr="00741E8D" w:rsidRDefault="00DE0130" w:rsidP="00CC2960">
            <w:pPr>
              <w:spacing w:before="100" w:beforeAutospacing="1" w:after="100" w:afterAutospacing="1"/>
              <w:outlineLvl w:val="0"/>
              <w:rPr>
                <w:rFonts w:ascii="Cairo" w:eastAsia="Times New Roman" w:hAnsi="Cairo" w:cs="Cairo"/>
                <w:b/>
                <w:bCs/>
                <w:kern w:val="36"/>
                <w:sz w:val="28"/>
                <w:szCs w:val="28"/>
                <w:lang w:val="en-GB" w:eastAsia="en-GB"/>
              </w:rPr>
            </w:pPr>
          </w:p>
        </w:tc>
      </w:tr>
      <w:tr w:rsidR="00DE0130" w:rsidRPr="00741E8D" w14:paraId="2ED225F6" w14:textId="77777777" w:rsidTr="00CC2960">
        <w:trPr>
          <w:trHeight w:val="497"/>
        </w:trPr>
        <w:tc>
          <w:tcPr>
            <w:tcW w:w="6232" w:type="dxa"/>
          </w:tcPr>
          <w:p w14:paraId="70D720DC" w14:textId="77777777" w:rsidR="00DE0130" w:rsidRPr="00741E8D" w:rsidRDefault="00DE0130" w:rsidP="00CC2960">
            <w:pPr>
              <w:spacing w:before="100" w:beforeAutospacing="1" w:after="100" w:afterAutospacing="1"/>
              <w:outlineLvl w:val="0"/>
              <w:rPr>
                <w:rFonts w:ascii="Cairo" w:eastAsia="Times New Roman" w:hAnsi="Cairo" w:cs="Cairo"/>
                <w:b/>
                <w:bCs/>
                <w:kern w:val="36"/>
                <w:sz w:val="28"/>
                <w:szCs w:val="28"/>
                <w:lang w:val="en-GB" w:eastAsia="en-GB"/>
              </w:rPr>
            </w:pPr>
            <w:bookmarkStart w:id="25" w:name="_Toc225265369"/>
            <w:r w:rsidRPr="00741E8D">
              <w:rPr>
                <w:rFonts w:ascii="Cairo" w:hAnsi="Cairo" w:cs="Cairo"/>
              </w:rPr>
              <w:t>Management Letter Preparation</w:t>
            </w:r>
            <w:bookmarkEnd w:id="25"/>
          </w:p>
        </w:tc>
        <w:tc>
          <w:tcPr>
            <w:tcW w:w="1297" w:type="dxa"/>
          </w:tcPr>
          <w:p w14:paraId="08149176" w14:textId="77777777" w:rsidR="00DE0130" w:rsidRPr="00741E8D" w:rsidRDefault="00DE0130" w:rsidP="00CC2960">
            <w:pPr>
              <w:spacing w:before="100" w:beforeAutospacing="1" w:after="100" w:afterAutospacing="1"/>
              <w:outlineLvl w:val="0"/>
              <w:rPr>
                <w:rFonts w:ascii="Cairo" w:eastAsia="Times New Roman" w:hAnsi="Cairo" w:cs="Cairo"/>
                <w:b/>
                <w:bCs/>
                <w:kern w:val="36"/>
                <w:sz w:val="28"/>
                <w:szCs w:val="28"/>
                <w:lang w:val="en-GB" w:eastAsia="en-GB"/>
              </w:rPr>
            </w:pPr>
          </w:p>
        </w:tc>
        <w:tc>
          <w:tcPr>
            <w:tcW w:w="1298" w:type="dxa"/>
          </w:tcPr>
          <w:p w14:paraId="181D00F6" w14:textId="77777777" w:rsidR="00DE0130" w:rsidRPr="00741E8D" w:rsidRDefault="00DE0130" w:rsidP="00CC2960">
            <w:pPr>
              <w:spacing w:before="100" w:beforeAutospacing="1" w:after="100" w:afterAutospacing="1"/>
              <w:outlineLvl w:val="0"/>
              <w:rPr>
                <w:rFonts w:ascii="Cairo" w:eastAsia="Times New Roman" w:hAnsi="Cairo" w:cs="Cairo"/>
                <w:b/>
                <w:bCs/>
                <w:kern w:val="36"/>
                <w:sz w:val="28"/>
                <w:szCs w:val="28"/>
                <w:lang w:val="en-GB" w:eastAsia="en-GB"/>
              </w:rPr>
            </w:pPr>
          </w:p>
        </w:tc>
        <w:tc>
          <w:tcPr>
            <w:tcW w:w="1298" w:type="dxa"/>
          </w:tcPr>
          <w:p w14:paraId="2BBA8D79" w14:textId="77777777" w:rsidR="00DE0130" w:rsidRPr="00741E8D" w:rsidRDefault="00DE0130" w:rsidP="00CC2960">
            <w:pPr>
              <w:spacing w:before="100" w:beforeAutospacing="1" w:after="100" w:afterAutospacing="1"/>
              <w:outlineLvl w:val="0"/>
              <w:rPr>
                <w:rFonts w:ascii="Cairo" w:eastAsia="Times New Roman" w:hAnsi="Cairo" w:cs="Cairo"/>
                <w:b/>
                <w:bCs/>
                <w:kern w:val="36"/>
                <w:sz w:val="28"/>
                <w:szCs w:val="28"/>
                <w:lang w:val="en-GB" w:eastAsia="en-GB"/>
              </w:rPr>
            </w:pPr>
          </w:p>
        </w:tc>
      </w:tr>
      <w:tr w:rsidR="00DE0130" w:rsidRPr="00741E8D" w14:paraId="444CE664" w14:textId="77777777" w:rsidTr="00CC2960">
        <w:trPr>
          <w:trHeight w:val="509"/>
        </w:trPr>
        <w:tc>
          <w:tcPr>
            <w:tcW w:w="6232" w:type="dxa"/>
          </w:tcPr>
          <w:p w14:paraId="4F072163" w14:textId="77777777" w:rsidR="00DE0130" w:rsidRPr="00741E8D" w:rsidRDefault="00DE0130" w:rsidP="00CC2960">
            <w:pPr>
              <w:spacing w:before="100" w:beforeAutospacing="1" w:after="100" w:afterAutospacing="1"/>
              <w:outlineLvl w:val="0"/>
              <w:rPr>
                <w:rFonts w:ascii="Cairo" w:eastAsia="Times New Roman" w:hAnsi="Cairo" w:cs="Cairo"/>
                <w:b/>
                <w:bCs/>
                <w:kern w:val="36"/>
                <w:sz w:val="28"/>
                <w:szCs w:val="28"/>
                <w:lang w:val="en-GB" w:eastAsia="en-GB"/>
              </w:rPr>
            </w:pPr>
            <w:bookmarkStart w:id="26" w:name="_Toc225265370"/>
            <w:r w:rsidRPr="00741E8D">
              <w:rPr>
                <w:rFonts w:ascii="Cairo" w:hAnsi="Cairo" w:cs="Cairo"/>
              </w:rPr>
              <w:t>Audit Committee / Board Presentation</w:t>
            </w:r>
            <w:bookmarkEnd w:id="26"/>
          </w:p>
        </w:tc>
        <w:tc>
          <w:tcPr>
            <w:tcW w:w="1297" w:type="dxa"/>
          </w:tcPr>
          <w:p w14:paraId="5F98B6B1" w14:textId="77777777" w:rsidR="00DE0130" w:rsidRPr="00741E8D" w:rsidRDefault="00DE0130" w:rsidP="00CC2960">
            <w:pPr>
              <w:spacing w:before="100" w:beforeAutospacing="1" w:after="100" w:afterAutospacing="1"/>
              <w:outlineLvl w:val="0"/>
              <w:rPr>
                <w:rFonts w:ascii="Cairo" w:eastAsia="Times New Roman" w:hAnsi="Cairo" w:cs="Cairo"/>
                <w:b/>
                <w:bCs/>
                <w:kern w:val="36"/>
                <w:sz w:val="28"/>
                <w:szCs w:val="28"/>
                <w:lang w:val="en-GB" w:eastAsia="en-GB"/>
              </w:rPr>
            </w:pPr>
          </w:p>
        </w:tc>
        <w:tc>
          <w:tcPr>
            <w:tcW w:w="1298" w:type="dxa"/>
          </w:tcPr>
          <w:p w14:paraId="00A59B71" w14:textId="77777777" w:rsidR="00DE0130" w:rsidRPr="00741E8D" w:rsidRDefault="00DE0130" w:rsidP="00CC2960">
            <w:pPr>
              <w:spacing w:before="100" w:beforeAutospacing="1" w:after="100" w:afterAutospacing="1"/>
              <w:outlineLvl w:val="0"/>
              <w:rPr>
                <w:rFonts w:ascii="Cairo" w:eastAsia="Times New Roman" w:hAnsi="Cairo" w:cs="Cairo"/>
                <w:b/>
                <w:bCs/>
                <w:kern w:val="36"/>
                <w:sz w:val="28"/>
                <w:szCs w:val="28"/>
                <w:lang w:val="en-GB" w:eastAsia="en-GB"/>
              </w:rPr>
            </w:pPr>
          </w:p>
        </w:tc>
        <w:tc>
          <w:tcPr>
            <w:tcW w:w="1298" w:type="dxa"/>
          </w:tcPr>
          <w:p w14:paraId="6C48EA2E" w14:textId="77777777" w:rsidR="00DE0130" w:rsidRPr="00741E8D" w:rsidRDefault="00DE0130" w:rsidP="00CC2960">
            <w:pPr>
              <w:spacing w:before="100" w:beforeAutospacing="1" w:after="100" w:afterAutospacing="1"/>
              <w:outlineLvl w:val="0"/>
              <w:rPr>
                <w:rFonts w:ascii="Cairo" w:eastAsia="Times New Roman" w:hAnsi="Cairo" w:cs="Cairo"/>
                <w:b/>
                <w:bCs/>
                <w:kern w:val="36"/>
                <w:sz w:val="28"/>
                <w:szCs w:val="28"/>
                <w:lang w:val="en-GB" w:eastAsia="en-GB"/>
              </w:rPr>
            </w:pPr>
          </w:p>
        </w:tc>
      </w:tr>
      <w:tr w:rsidR="00DE0130" w:rsidRPr="00741E8D" w14:paraId="71234E1D" w14:textId="77777777" w:rsidTr="00CC2960">
        <w:trPr>
          <w:trHeight w:val="509"/>
        </w:trPr>
        <w:tc>
          <w:tcPr>
            <w:tcW w:w="6232" w:type="dxa"/>
            <w:shd w:val="clear" w:color="auto" w:fill="DAEEF3" w:themeFill="accent5" w:themeFillTint="33"/>
          </w:tcPr>
          <w:p w14:paraId="552F5D1F" w14:textId="77777777" w:rsidR="00DE0130" w:rsidRPr="00741E8D" w:rsidRDefault="00DE0130" w:rsidP="00CC2960">
            <w:pPr>
              <w:spacing w:before="100" w:beforeAutospacing="1" w:after="100" w:afterAutospacing="1"/>
              <w:outlineLvl w:val="0"/>
              <w:rPr>
                <w:rFonts w:ascii="Cairo" w:hAnsi="Cairo" w:cs="Cairo"/>
                <w:b/>
                <w:bCs/>
              </w:rPr>
            </w:pPr>
            <w:bookmarkStart w:id="27" w:name="_Toc225265371"/>
            <w:r w:rsidRPr="00741E8D">
              <w:rPr>
                <w:rFonts w:ascii="Cairo" w:hAnsi="Cairo" w:cs="Cairo"/>
                <w:b/>
                <w:bCs/>
              </w:rPr>
              <w:t>SUBTOTAL</w:t>
            </w:r>
            <w:bookmarkEnd w:id="27"/>
          </w:p>
        </w:tc>
        <w:tc>
          <w:tcPr>
            <w:tcW w:w="1297" w:type="dxa"/>
            <w:shd w:val="clear" w:color="auto" w:fill="DAEEF3" w:themeFill="accent5" w:themeFillTint="33"/>
          </w:tcPr>
          <w:p w14:paraId="15146374" w14:textId="77777777" w:rsidR="00DE0130" w:rsidRPr="00741E8D" w:rsidRDefault="00DE0130" w:rsidP="00CC2960">
            <w:pPr>
              <w:spacing w:before="100" w:beforeAutospacing="1" w:after="100" w:afterAutospacing="1"/>
              <w:outlineLvl w:val="0"/>
              <w:rPr>
                <w:rFonts w:ascii="Cairo" w:eastAsia="Times New Roman" w:hAnsi="Cairo" w:cs="Cairo"/>
                <w:b/>
                <w:bCs/>
                <w:kern w:val="36"/>
                <w:sz w:val="28"/>
                <w:szCs w:val="28"/>
                <w:lang w:val="en-GB" w:eastAsia="en-GB"/>
              </w:rPr>
            </w:pPr>
          </w:p>
        </w:tc>
        <w:tc>
          <w:tcPr>
            <w:tcW w:w="1298" w:type="dxa"/>
            <w:shd w:val="clear" w:color="auto" w:fill="DAEEF3" w:themeFill="accent5" w:themeFillTint="33"/>
          </w:tcPr>
          <w:p w14:paraId="4A380FEA" w14:textId="77777777" w:rsidR="00DE0130" w:rsidRPr="00741E8D" w:rsidRDefault="00DE0130" w:rsidP="00CC2960">
            <w:pPr>
              <w:spacing w:before="100" w:beforeAutospacing="1" w:after="100" w:afterAutospacing="1"/>
              <w:outlineLvl w:val="0"/>
              <w:rPr>
                <w:rFonts w:ascii="Cairo" w:eastAsia="Times New Roman" w:hAnsi="Cairo" w:cs="Cairo"/>
                <w:b/>
                <w:bCs/>
                <w:kern w:val="36"/>
                <w:sz w:val="28"/>
                <w:szCs w:val="28"/>
                <w:lang w:val="en-GB" w:eastAsia="en-GB"/>
              </w:rPr>
            </w:pPr>
          </w:p>
        </w:tc>
        <w:tc>
          <w:tcPr>
            <w:tcW w:w="1298" w:type="dxa"/>
            <w:shd w:val="clear" w:color="auto" w:fill="DAEEF3" w:themeFill="accent5" w:themeFillTint="33"/>
          </w:tcPr>
          <w:p w14:paraId="63C75561" w14:textId="77777777" w:rsidR="00DE0130" w:rsidRPr="00741E8D" w:rsidRDefault="00DE0130" w:rsidP="00CC2960">
            <w:pPr>
              <w:spacing w:before="100" w:beforeAutospacing="1" w:after="100" w:afterAutospacing="1"/>
              <w:outlineLvl w:val="0"/>
              <w:rPr>
                <w:rFonts w:ascii="Cairo" w:eastAsia="Times New Roman" w:hAnsi="Cairo" w:cs="Cairo"/>
                <w:b/>
                <w:bCs/>
                <w:kern w:val="36"/>
                <w:sz w:val="28"/>
                <w:szCs w:val="28"/>
                <w:lang w:val="en-GB" w:eastAsia="en-GB"/>
              </w:rPr>
            </w:pPr>
          </w:p>
        </w:tc>
      </w:tr>
    </w:tbl>
    <w:p w14:paraId="7278B39B" w14:textId="77777777" w:rsidR="00DE0130" w:rsidRPr="0021769E" w:rsidRDefault="00DE0130" w:rsidP="00DE0130">
      <w:pPr>
        <w:spacing w:before="100" w:beforeAutospacing="1" w:after="100" w:afterAutospacing="1" w:line="240" w:lineRule="auto"/>
        <w:outlineLvl w:val="0"/>
        <w:rPr>
          <w:rFonts w:ascii="Cairo" w:eastAsia="Times New Roman" w:hAnsi="Cairo" w:cs="Cairo"/>
          <w:b/>
          <w:bCs/>
          <w:kern w:val="36"/>
          <w:sz w:val="2"/>
          <w:szCs w:val="2"/>
          <w:lang w:val="en-GB" w:eastAsia="en-GB"/>
        </w:rPr>
      </w:pPr>
    </w:p>
    <w:p w14:paraId="1B8F31EE" w14:textId="77777777" w:rsidR="00DE0130" w:rsidRPr="00741E8D" w:rsidRDefault="00DE0130" w:rsidP="00DE0130">
      <w:pPr>
        <w:spacing w:after="0" w:line="240" w:lineRule="auto"/>
        <w:rPr>
          <w:rFonts w:ascii="Cairo" w:eastAsia="Times New Roman" w:hAnsi="Cairo" w:cs="Cairo"/>
          <w:b/>
          <w:bCs/>
          <w:color w:val="EE0000"/>
          <w:sz w:val="24"/>
          <w:szCs w:val="24"/>
          <w:lang w:val="en-GB" w:eastAsia="en-GB"/>
        </w:rPr>
      </w:pPr>
      <w:r w:rsidRPr="0021769E">
        <w:rPr>
          <w:rFonts w:ascii="Cairo" w:eastAsia="Times New Roman" w:hAnsi="Cairo" w:cs="Cairo"/>
          <w:b/>
          <w:bCs/>
          <w:kern w:val="36"/>
          <w:sz w:val="48"/>
          <w:szCs w:val="48"/>
          <w:lang w:val="en-GB" w:eastAsia="en-GB"/>
        </w:rPr>
        <w:t>3. Breakdown of Professional Fees</w:t>
      </w:r>
      <w:r w:rsidRPr="00741E8D">
        <w:rPr>
          <w:rFonts w:ascii="Cairo" w:eastAsia="Times New Roman" w:hAnsi="Cairo" w:cs="Cairo"/>
          <w:b/>
          <w:bCs/>
          <w:color w:val="EE0000"/>
          <w:sz w:val="24"/>
          <w:szCs w:val="24"/>
          <w:lang w:val="en-GB" w:eastAsia="en-GB"/>
        </w:rPr>
        <w:t xml:space="preserve"> </w:t>
      </w:r>
    </w:p>
    <w:p w14:paraId="5F7B2B3C" w14:textId="77777777" w:rsidR="00DE0130" w:rsidRPr="00741E8D" w:rsidRDefault="00DE0130" w:rsidP="00DE0130">
      <w:pPr>
        <w:spacing w:after="0" w:line="240" w:lineRule="auto"/>
        <w:rPr>
          <w:rFonts w:ascii="Cairo" w:eastAsia="Times New Roman" w:hAnsi="Cairo" w:cs="Cairo"/>
          <w:b/>
          <w:bCs/>
          <w:color w:val="EE0000"/>
          <w:sz w:val="24"/>
          <w:szCs w:val="24"/>
          <w:lang w:val="en-GB" w:eastAsia="en-GB"/>
        </w:rPr>
      </w:pPr>
    </w:p>
    <w:p w14:paraId="13368A58" w14:textId="77777777" w:rsidR="00DE0130" w:rsidRPr="00741E8D" w:rsidRDefault="00DE0130" w:rsidP="00DE0130">
      <w:pPr>
        <w:spacing w:after="0" w:line="240" w:lineRule="auto"/>
        <w:rPr>
          <w:rFonts w:ascii="Cairo" w:eastAsia="Times New Roman" w:hAnsi="Cairo" w:cs="Cairo"/>
          <w:b/>
          <w:bCs/>
          <w:color w:val="7030A0"/>
          <w:sz w:val="24"/>
          <w:szCs w:val="24"/>
          <w:lang w:val="en-GB" w:eastAsia="en-GB"/>
        </w:rPr>
      </w:pPr>
      <w:r w:rsidRPr="00741E8D">
        <w:rPr>
          <w:rFonts w:ascii="Cairo" w:eastAsia="Times New Roman" w:hAnsi="Cairo" w:cs="Cairo"/>
          <w:b/>
          <w:bCs/>
          <w:color w:val="7030A0"/>
          <w:sz w:val="24"/>
          <w:szCs w:val="24"/>
          <w:highlight w:val="yellow"/>
          <w:lang w:val="en-GB" w:eastAsia="en-GB"/>
        </w:rPr>
        <w:t>IMPORTANT:</w:t>
      </w:r>
      <w:r w:rsidRPr="00741E8D">
        <w:rPr>
          <w:rFonts w:ascii="Cairo" w:eastAsia="Times New Roman" w:hAnsi="Cairo" w:cs="Cairo"/>
          <w:b/>
          <w:bCs/>
          <w:color w:val="7030A0"/>
          <w:sz w:val="24"/>
          <w:szCs w:val="24"/>
          <w:lang w:val="en-GB" w:eastAsia="en-GB"/>
        </w:rPr>
        <w:t xml:space="preserve"> please make sure you provide the resume/profile of the Team you intend to appoint to work with Human Appeal.</w:t>
      </w:r>
    </w:p>
    <w:tbl>
      <w:tblPr>
        <w:tblStyle w:val="TableGrid"/>
        <w:tblW w:w="8926" w:type="dxa"/>
        <w:tblLook w:val="04A0" w:firstRow="1" w:lastRow="0" w:firstColumn="1" w:lastColumn="0" w:noHBand="0" w:noVBand="1"/>
      </w:tblPr>
      <w:tblGrid>
        <w:gridCol w:w="2157"/>
        <w:gridCol w:w="2157"/>
        <w:gridCol w:w="2344"/>
        <w:gridCol w:w="2268"/>
      </w:tblGrid>
      <w:tr w:rsidR="00DE0130" w:rsidRPr="00741E8D" w14:paraId="0CC03A4E" w14:textId="77777777" w:rsidTr="00CC2960">
        <w:trPr>
          <w:trHeight w:val="578"/>
        </w:trPr>
        <w:tc>
          <w:tcPr>
            <w:tcW w:w="2157" w:type="dxa"/>
            <w:shd w:val="clear" w:color="auto" w:fill="7030A0"/>
          </w:tcPr>
          <w:p w14:paraId="2E661AE0" w14:textId="77777777" w:rsidR="00DE0130" w:rsidRPr="00741E8D" w:rsidRDefault="00DE0130" w:rsidP="00CC2960">
            <w:pPr>
              <w:spacing w:before="100" w:beforeAutospacing="1" w:after="100" w:afterAutospacing="1"/>
              <w:outlineLvl w:val="0"/>
              <w:rPr>
                <w:rFonts w:ascii="Cairo" w:eastAsia="Times New Roman" w:hAnsi="Cairo" w:cs="Cairo"/>
                <w:b/>
                <w:bCs/>
                <w:color w:val="FFFFFF" w:themeColor="background1"/>
                <w:kern w:val="36"/>
                <w:sz w:val="48"/>
                <w:szCs w:val="48"/>
                <w:lang w:val="en-GB" w:eastAsia="en-GB"/>
              </w:rPr>
            </w:pPr>
            <w:bookmarkStart w:id="28" w:name="_Toc225265372"/>
            <w:r w:rsidRPr="00741E8D">
              <w:rPr>
                <w:rFonts w:ascii="Cairo" w:hAnsi="Cairo" w:cs="Cairo"/>
                <w:b/>
                <w:bCs/>
                <w:color w:val="FFFFFF" w:themeColor="background1"/>
              </w:rPr>
              <w:t>Staff Category</w:t>
            </w:r>
            <w:bookmarkEnd w:id="28"/>
          </w:p>
        </w:tc>
        <w:tc>
          <w:tcPr>
            <w:tcW w:w="2157" w:type="dxa"/>
            <w:shd w:val="clear" w:color="auto" w:fill="7030A0"/>
          </w:tcPr>
          <w:p w14:paraId="1E21D31A" w14:textId="77777777" w:rsidR="00DE0130" w:rsidRPr="00741E8D" w:rsidRDefault="00DE0130" w:rsidP="00CC2960">
            <w:pPr>
              <w:spacing w:before="100" w:beforeAutospacing="1" w:after="100" w:afterAutospacing="1"/>
              <w:outlineLvl w:val="0"/>
              <w:rPr>
                <w:rFonts w:ascii="Cairo" w:eastAsia="Times New Roman" w:hAnsi="Cairo" w:cs="Cairo"/>
                <w:b/>
                <w:bCs/>
                <w:color w:val="FFFFFF" w:themeColor="background1"/>
                <w:kern w:val="36"/>
                <w:sz w:val="48"/>
                <w:szCs w:val="48"/>
                <w:lang w:val="en-GB" w:eastAsia="en-GB"/>
              </w:rPr>
            </w:pPr>
            <w:bookmarkStart w:id="29" w:name="_Toc225265373"/>
            <w:r w:rsidRPr="00741E8D">
              <w:rPr>
                <w:rFonts w:ascii="Cairo" w:hAnsi="Cairo" w:cs="Cairo"/>
                <w:b/>
                <w:bCs/>
                <w:color w:val="FFFFFF" w:themeColor="background1"/>
              </w:rPr>
              <w:t>Estimated Hours</w:t>
            </w:r>
            <w:bookmarkEnd w:id="29"/>
          </w:p>
        </w:tc>
        <w:tc>
          <w:tcPr>
            <w:tcW w:w="2344" w:type="dxa"/>
            <w:shd w:val="clear" w:color="auto" w:fill="7030A0"/>
          </w:tcPr>
          <w:p w14:paraId="12AC4A1D" w14:textId="77777777" w:rsidR="00DE0130" w:rsidRPr="00741E8D" w:rsidRDefault="00DE0130" w:rsidP="00CC2960">
            <w:pPr>
              <w:spacing w:before="100" w:beforeAutospacing="1" w:after="100" w:afterAutospacing="1"/>
              <w:outlineLvl w:val="0"/>
              <w:rPr>
                <w:rFonts w:ascii="Cairo" w:eastAsia="Times New Roman" w:hAnsi="Cairo" w:cs="Cairo"/>
                <w:b/>
                <w:bCs/>
                <w:color w:val="FFFFFF" w:themeColor="background1"/>
                <w:kern w:val="36"/>
                <w:sz w:val="48"/>
                <w:szCs w:val="48"/>
                <w:lang w:val="en-GB" w:eastAsia="en-GB"/>
              </w:rPr>
            </w:pPr>
            <w:bookmarkStart w:id="30" w:name="_Toc225265374"/>
            <w:r w:rsidRPr="00741E8D">
              <w:rPr>
                <w:rFonts w:ascii="Cairo" w:hAnsi="Cairo" w:cs="Cairo"/>
                <w:b/>
                <w:bCs/>
                <w:color w:val="FFFFFF" w:themeColor="background1"/>
              </w:rPr>
              <w:t>Hourly Rate (USD)</w:t>
            </w:r>
            <w:bookmarkEnd w:id="30"/>
          </w:p>
        </w:tc>
        <w:tc>
          <w:tcPr>
            <w:tcW w:w="2268" w:type="dxa"/>
            <w:shd w:val="clear" w:color="auto" w:fill="7030A0"/>
          </w:tcPr>
          <w:p w14:paraId="76A400D1" w14:textId="77777777" w:rsidR="00DE0130" w:rsidRPr="00741E8D" w:rsidRDefault="00DE0130" w:rsidP="00CC2960">
            <w:pPr>
              <w:spacing w:before="100" w:beforeAutospacing="1" w:after="100" w:afterAutospacing="1"/>
              <w:outlineLvl w:val="0"/>
              <w:rPr>
                <w:rFonts w:ascii="Cairo" w:eastAsia="Times New Roman" w:hAnsi="Cairo" w:cs="Cairo"/>
                <w:b/>
                <w:bCs/>
                <w:color w:val="FFFFFF" w:themeColor="background1"/>
                <w:kern w:val="36"/>
                <w:sz w:val="48"/>
                <w:szCs w:val="48"/>
                <w:lang w:val="en-GB" w:eastAsia="en-GB"/>
              </w:rPr>
            </w:pPr>
            <w:bookmarkStart w:id="31" w:name="_Toc225265375"/>
            <w:r w:rsidRPr="00741E8D">
              <w:rPr>
                <w:rFonts w:ascii="Cairo" w:hAnsi="Cairo" w:cs="Cairo"/>
                <w:b/>
                <w:bCs/>
                <w:color w:val="FFFFFF" w:themeColor="background1"/>
              </w:rPr>
              <w:t>Total Cost</w:t>
            </w:r>
            <w:bookmarkEnd w:id="31"/>
          </w:p>
        </w:tc>
      </w:tr>
      <w:tr w:rsidR="00DE0130" w:rsidRPr="00741E8D" w14:paraId="32BFF4AD" w14:textId="77777777" w:rsidTr="00CC2960">
        <w:trPr>
          <w:trHeight w:hRule="exact" w:val="572"/>
        </w:trPr>
        <w:tc>
          <w:tcPr>
            <w:tcW w:w="2157" w:type="dxa"/>
          </w:tcPr>
          <w:p w14:paraId="458976DC" w14:textId="77777777" w:rsidR="00DE0130" w:rsidRPr="00741E8D" w:rsidRDefault="00DE0130" w:rsidP="00CC2960">
            <w:pPr>
              <w:spacing w:before="120" w:after="120"/>
              <w:outlineLvl w:val="0"/>
              <w:rPr>
                <w:rFonts w:ascii="Cairo" w:eastAsia="Times New Roman" w:hAnsi="Cairo" w:cs="Cairo"/>
                <w:b/>
                <w:bCs/>
                <w:kern w:val="36"/>
                <w:sz w:val="48"/>
                <w:szCs w:val="48"/>
                <w:lang w:val="en-GB" w:eastAsia="en-GB"/>
              </w:rPr>
            </w:pPr>
            <w:bookmarkStart w:id="32" w:name="_Toc225265376"/>
            <w:r w:rsidRPr="00741E8D">
              <w:rPr>
                <w:rFonts w:ascii="Cairo" w:hAnsi="Cairo" w:cs="Cairo"/>
                <w:b/>
                <w:bCs/>
              </w:rPr>
              <w:t>Audit Partner</w:t>
            </w:r>
            <w:bookmarkEnd w:id="32"/>
          </w:p>
        </w:tc>
        <w:tc>
          <w:tcPr>
            <w:tcW w:w="2157" w:type="dxa"/>
          </w:tcPr>
          <w:p w14:paraId="45A1BC6C" w14:textId="77777777" w:rsidR="00DE0130" w:rsidRPr="00741E8D" w:rsidRDefault="00DE0130" w:rsidP="00CC2960">
            <w:pPr>
              <w:spacing w:before="100" w:beforeAutospacing="1" w:after="100" w:afterAutospacing="1"/>
              <w:outlineLvl w:val="0"/>
              <w:rPr>
                <w:rFonts w:ascii="Cairo" w:eastAsia="Times New Roman" w:hAnsi="Cairo" w:cs="Cairo"/>
                <w:b/>
                <w:bCs/>
                <w:kern w:val="36"/>
                <w:sz w:val="48"/>
                <w:szCs w:val="48"/>
                <w:lang w:val="en-GB" w:eastAsia="en-GB"/>
              </w:rPr>
            </w:pPr>
          </w:p>
        </w:tc>
        <w:tc>
          <w:tcPr>
            <w:tcW w:w="2344" w:type="dxa"/>
          </w:tcPr>
          <w:p w14:paraId="68C667A7" w14:textId="77777777" w:rsidR="00DE0130" w:rsidRPr="00741E8D" w:rsidRDefault="00DE0130" w:rsidP="00CC2960">
            <w:pPr>
              <w:spacing w:before="100" w:beforeAutospacing="1" w:after="100" w:afterAutospacing="1"/>
              <w:outlineLvl w:val="0"/>
              <w:rPr>
                <w:rFonts w:ascii="Cairo" w:eastAsia="Times New Roman" w:hAnsi="Cairo" w:cs="Cairo"/>
                <w:b/>
                <w:bCs/>
                <w:kern w:val="36"/>
                <w:sz w:val="48"/>
                <w:szCs w:val="48"/>
                <w:lang w:val="en-GB" w:eastAsia="en-GB"/>
              </w:rPr>
            </w:pPr>
          </w:p>
        </w:tc>
        <w:tc>
          <w:tcPr>
            <w:tcW w:w="2268" w:type="dxa"/>
          </w:tcPr>
          <w:p w14:paraId="1E836B81" w14:textId="77777777" w:rsidR="00DE0130" w:rsidRPr="00741E8D" w:rsidRDefault="00DE0130" w:rsidP="00CC2960">
            <w:pPr>
              <w:spacing w:before="100" w:beforeAutospacing="1" w:after="100" w:afterAutospacing="1"/>
              <w:outlineLvl w:val="0"/>
              <w:rPr>
                <w:rFonts w:ascii="Cairo" w:eastAsia="Times New Roman" w:hAnsi="Cairo" w:cs="Cairo"/>
                <w:b/>
                <w:bCs/>
                <w:kern w:val="36"/>
                <w:sz w:val="48"/>
                <w:szCs w:val="48"/>
                <w:lang w:val="en-GB" w:eastAsia="en-GB"/>
              </w:rPr>
            </w:pPr>
          </w:p>
        </w:tc>
      </w:tr>
      <w:tr w:rsidR="00DE0130" w:rsidRPr="00741E8D" w14:paraId="722589E4" w14:textId="77777777" w:rsidTr="00CC2960">
        <w:trPr>
          <w:trHeight w:val="573"/>
        </w:trPr>
        <w:tc>
          <w:tcPr>
            <w:tcW w:w="2157" w:type="dxa"/>
          </w:tcPr>
          <w:p w14:paraId="091A6F43" w14:textId="77777777" w:rsidR="00DE0130" w:rsidRPr="00741E8D" w:rsidRDefault="00DE0130" w:rsidP="00CC2960">
            <w:pPr>
              <w:spacing w:before="120" w:after="120"/>
              <w:outlineLvl w:val="0"/>
              <w:rPr>
                <w:rFonts w:ascii="Cairo" w:hAnsi="Cairo" w:cs="Cairo"/>
                <w:b/>
                <w:bCs/>
              </w:rPr>
            </w:pPr>
            <w:bookmarkStart w:id="33" w:name="_Toc225265377"/>
            <w:r w:rsidRPr="00741E8D">
              <w:rPr>
                <w:rFonts w:ascii="Cairo" w:hAnsi="Cairo" w:cs="Cairo"/>
                <w:b/>
                <w:bCs/>
              </w:rPr>
              <w:t>Audit Manager</w:t>
            </w:r>
            <w:bookmarkEnd w:id="33"/>
          </w:p>
        </w:tc>
        <w:tc>
          <w:tcPr>
            <w:tcW w:w="2157" w:type="dxa"/>
          </w:tcPr>
          <w:p w14:paraId="562B0BB8" w14:textId="77777777" w:rsidR="00DE0130" w:rsidRPr="00741E8D" w:rsidRDefault="00DE0130" w:rsidP="00CC2960">
            <w:pPr>
              <w:spacing w:before="100" w:beforeAutospacing="1" w:after="100" w:afterAutospacing="1"/>
              <w:outlineLvl w:val="0"/>
              <w:rPr>
                <w:rFonts w:ascii="Cairo" w:hAnsi="Cairo" w:cs="Cairo"/>
                <w:b/>
                <w:bCs/>
              </w:rPr>
            </w:pPr>
          </w:p>
        </w:tc>
        <w:tc>
          <w:tcPr>
            <w:tcW w:w="2344" w:type="dxa"/>
          </w:tcPr>
          <w:p w14:paraId="4C6D7C64" w14:textId="77777777" w:rsidR="00DE0130" w:rsidRPr="00741E8D" w:rsidRDefault="00DE0130" w:rsidP="00CC2960">
            <w:pPr>
              <w:spacing w:before="100" w:beforeAutospacing="1" w:after="100" w:afterAutospacing="1"/>
              <w:outlineLvl w:val="0"/>
              <w:rPr>
                <w:rFonts w:ascii="Cairo" w:hAnsi="Cairo" w:cs="Cairo"/>
                <w:b/>
                <w:bCs/>
              </w:rPr>
            </w:pPr>
          </w:p>
        </w:tc>
        <w:tc>
          <w:tcPr>
            <w:tcW w:w="2268" w:type="dxa"/>
          </w:tcPr>
          <w:p w14:paraId="1F49ED69" w14:textId="77777777" w:rsidR="00DE0130" w:rsidRPr="00741E8D" w:rsidRDefault="00DE0130" w:rsidP="00CC2960">
            <w:pPr>
              <w:spacing w:before="100" w:beforeAutospacing="1" w:after="100" w:afterAutospacing="1"/>
              <w:outlineLvl w:val="0"/>
              <w:rPr>
                <w:rFonts w:ascii="Cairo" w:hAnsi="Cairo" w:cs="Cairo"/>
                <w:b/>
                <w:bCs/>
              </w:rPr>
            </w:pPr>
          </w:p>
        </w:tc>
      </w:tr>
      <w:tr w:rsidR="00DE0130" w:rsidRPr="00741E8D" w14:paraId="2798F5D1" w14:textId="77777777" w:rsidTr="00CC2960">
        <w:trPr>
          <w:trHeight w:val="573"/>
        </w:trPr>
        <w:tc>
          <w:tcPr>
            <w:tcW w:w="2157" w:type="dxa"/>
          </w:tcPr>
          <w:p w14:paraId="2527EB3D" w14:textId="77777777" w:rsidR="00DE0130" w:rsidRPr="00741E8D" w:rsidRDefault="00DE0130" w:rsidP="00CC2960">
            <w:pPr>
              <w:spacing w:before="120" w:after="120"/>
              <w:outlineLvl w:val="0"/>
              <w:rPr>
                <w:rFonts w:ascii="Cairo" w:hAnsi="Cairo" w:cs="Cairo"/>
                <w:b/>
                <w:bCs/>
              </w:rPr>
            </w:pPr>
            <w:bookmarkStart w:id="34" w:name="_Toc225265378"/>
            <w:r w:rsidRPr="00741E8D">
              <w:rPr>
                <w:rFonts w:ascii="Cairo" w:hAnsi="Cairo" w:cs="Cairo"/>
                <w:b/>
                <w:bCs/>
              </w:rPr>
              <w:t>Senior Auditor</w:t>
            </w:r>
            <w:bookmarkEnd w:id="34"/>
          </w:p>
        </w:tc>
        <w:tc>
          <w:tcPr>
            <w:tcW w:w="2157" w:type="dxa"/>
          </w:tcPr>
          <w:p w14:paraId="07783CEF" w14:textId="77777777" w:rsidR="00DE0130" w:rsidRPr="00741E8D" w:rsidRDefault="00DE0130" w:rsidP="00CC2960">
            <w:pPr>
              <w:spacing w:before="100" w:beforeAutospacing="1" w:after="100" w:afterAutospacing="1"/>
              <w:outlineLvl w:val="0"/>
              <w:rPr>
                <w:rFonts w:ascii="Cairo" w:hAnsi="Cairo" w:cs="Cairo"/>
                <w:b/>
                <w:bCs/>
              </w:rPr>
            </w:pPr>
          </w:p>
        </w:tc>
        <w:tc>
          <w:tcPr>
            <w:tcW w:w="2344" w:type="dxa"/>
          </w:tcPr>
          <w:p w14:paraId="2AC65206" w14:textId="77777777" w:rsidR="00DE0130" w:rsidRPr="00741E8D" w:rsidRDefault="00DE0130" w:rsidP="00CC2960">
            <w:pPr>
              <w:spacing w:before="100" w:beforeAutospacing="1" w:after="100" w:afterAutospacing="1"/>
              <w:outlineLvl w:val="0"/>
              <w:rPr>
                <w:rFonts w:ascii="Cairo" w:hAnsi="Cairo" w:cs="Cairo"/>
                <w:b/>
                <w:bCs/>
              </w:rPr>
            </w:pPr>
          </w:p>
        </w:tc>
        <w:tc>
          <w:tcPr>
            <w:tcW w:w="2268" w:type="dxa"/>
          </w:tcPr>
          <w:p w14:paraId="154588AC" w14:textId="77777777" w:rsidR="00DE0130" w:rsidRPr="00741E8D" w:rsidRDefault="00DE0130" w:rsidP="00CC2960">
            <w:pPr>
              <w:spacing w:before="100" w:beforeAutospacing="1" w:after="100" w:afterAutospacing="1"/>
              <w:outlineLvl w:val="0"/>
              <w:rPr>
                <w:rFonts w:ascii="Cairo" w:hAnsi="Cairo" w:cs="Cairo"/>
                <w:b/>
                <w:bCs/>
              </w:rPr>
            </w:pPr>
          </w:p>
        </w:tc>
      </w:tr>
      <w:tr w:rsidR="00DE0130" w:rsidRPr="00741E8D" w14:paraId="48E50FF4" w14:textId="77777777" w:rsidTr="00CC2960">
        <w:trPr>
          <w:trHeight w:val="573"/>
        </w:trPr>
        <w:tc>
          <w:tcPr>
            <w:tcW w:w="2157" w:type="dxa"/>
          </w:tcPr>
          <w:p w14:paraId="321B29C5" w14:textId="77777777" w:rsidR="00DE0130" w:rsidRPr="00741E8D" w:rsidRDefault="00DE0130" w:rsidP="00CC2960">
            <w:pPr>
              <w:spacing w:before="120" w:after="120"/>
              <w:outlineLvl w:val="0"/>
              <w:rPr>
                <w:rFonts w:ascii="Cairo" w:hAnsi="Cairo" w:cs="Cairo"/>
                <w:b/>
                <w:bCs/>
              </w:rPr>
            </w:pPr>
            <w:bookmarkStart w:id="35" w:name="_Toc225265379"/>
            <w:r w:rsidRPr="00741E8D">
              <w:rPr>
                <w:rFonts w:ascii="Cairo" w:hAnsi="Cairo" w:cs="Cairo"/>
                <w:b/>
                <w:bCs/>
              </w:rPr>
              <w:t>Audit Associate</w:t>
            </w:r>
            <w:bookmarkEnd w:id="35"/>
          </w:p>
        </w:tc>
        <w:tc>
          <w:tcPr>
            <w:tcW w:w="2157" w:type="dxa"/>
          </w:tcPr>
          <w:p w14:paraId="571E320C" w14:textId="77777777" w:rsidR="00DE0130" w:rsidRPr="00741E8D" w:rsidRDefault="00DE0130" w:rsidP="00CC2960">
            <w:pPr>
              <w:spacing w:before="100" w:beforeAutospacing="1" w:after="100" w:afterAutospacing="1"/>
              <w:outlineLvl w:val="0"/>
              <w:rPr>
                <w:rFonts w:ascii="Cairo" w:hAnsi="Cairo" w:cs="Cairo"/>
                <w:b/>
                <w:bCs/>
              </w:rPr>
            </w:pPr>
          </w:p>
        </w:tc>
        <w:tc>
          <w:tcPr>
            <w:tcW w:w="2344" w:type="dxa"/>
          </w:tcPr>
          <w:p w14:paraId="3C72DB23" w14:textId="77777777" w:rsidR="00DE0130" w:rsidRPr="00741E8D" w:rsidRDefault="00DE0130" w:rsidP="00CC2960">
            <w:pPr>
              <w:spacing w:before="100" w:beforeAutospacing="1" w:after="100" w:afterAutospacing="1"/>
              <w:outlineLvl w:val="0"/>
              <w:rPr>
                <w:rFonts w:ascii="Cairo" w:hAnsi="Cairo" w:cs="Cairo"/>
                <w:b/>
                <w:bCs/>
              </w:rPr>
            </w:pPr>
          </w:p>
        </w:tc>
        <w:tc>
          <w:tcPr>
            <w:tcW w:w="2268" w:type="dxa"/>
          </w:tcPr>
          <w:p w14:paraId="1D4DB352" w14:textId="77777777" w:rsidR="00DE0130" w:rsidRPr="00741E8D" w:rsidRDefault="00DE0130" w:rsidP="00CC2960">
            <w:pPr>
              <w:spacing w:before="100" w:beforeAutospacing="1" w:after="100" w:afterAutospacing="1"/>
              <w:outlineLvl w:val="0"/>
              <w:rPr>
                <w:rFonts w:ascii="Cairo" w:hAnsi="Cairo" w:cs="Cairo"/>
                <w:b/>
                <w:bCs/>
              </w:rPr>
            </w:pPr>
          </w:p>
        </w:tc>
      </w:tr>
      <w:tr w:rsidR="00DE0130" w:rsidRPr="00741E8D" w14:paraId="510B9D5D" w14:textId="77777777" w:rsidTr="00CC2960">
        <w:trPr>
          <w:trHeight w:val="573"/>
        </w:trPr>
        <w:tc>
          <w:tcPr>
            <w:tcW w:w="2157" w:type="dxa"/>
          </w:tcPr>
          <w:p w14:paraId="16A1E234" w14:textId="77777777" w:rsidR="00DE0130" w:rsidRPr="00741E8D" w:rsidRDefault="00DE0130" w:rsidP="00CC2960">
            <w:pPr>
              <w:spacing w:before="120" w:after="120"/>
              <w:outlineLvl w:val="0"/>
              <w:rPr>
                <w:rFonts w:ascii="Cairo" w:hAnsi="Cairo" w:cs="Cairo"/>
                <w:b/>
                <w:bCs/>
              </w:rPr>
            </w:pPr>
            <w:bookmarkStart w:id="36" w:name="_Toc225265380"/>
            <w:r w:rsidRPr="00741E8D">
              <w:rPr>
                <w:rFonts w:ascii="Cairo" w:hAnsi="Cairo" w:cs="Cairo"/>
                <w:b/>
                <w:bCs/>
              </w:rPr>
              <w:t>Other Staff</w:t>
            </w:r>
            <w:bookmarkEnd w:id="36"/>
          </w:p>
        </w:tc>
        <w:tc>
          <w:tcPr>
            <w:tcW w:w="2157" w:type="dxa"/>
          </w:tcPr>
          <w:p w14:paraId="5B6FA135" w14:textId="77777777" w:rsidR="00DE0130" w:rsidRPr="00741E8D" w:rsidRDefault="00DE0130" w:rsidP="00CC2960">
            <w:pPr>
              <w:spacing w:before="100" w:beforeAutospacing="1" w:after="100" w:afterAutospacing="1"/>
              <w:outlineLvl w:val="0"/>
              <w:rPr>
                <w:rFonts w:ascii="Cairo" w:hAnsi="Cairo" w:cs="Cairo"/>
                <w:b/>
                <w:bCs/>
              </w:rPr>
            </w:pPr>
          </w:p>
        </w:tc>
        <w:tc>
          <w:tcPr>
            <w:tcW w:w="2344" w:type="dxa"/>
          </w:tcPr>
          <w:p w14:paraId="6488508F" w14:textId="77777777" w:rsidR="00DE0130" w:rsidRPr="00741E8D" w:rsidRDefault="00DE0130" w:rsidP="00CC2960">
            <w:pPr>
              <w:spacing w:before="100" w:beforeAutospacing="1" w:after="100" w:afterAutospacing="1"/>
              <w:outlineLvl w:val="0"/>
              <w:rPr>
                <w:rFonts w:ascii="Cairo" w:hAnsi="Cairo" w:cs="Cairo"/>
                <w:b/>
                <w:bCs/>
              </w:rPr>
            </w:pPr>
          </w:p>
        </w:tc>
        <w:tc>
          <w:tcPr>
            <w:tcW w:w="2268" w:type="dxa"/>
          </w:tcPr>
          <w:p w14:paraId="5C8763C6" w14:textId="77777777" w:rsidR="00DE0130" w:rsidRPr="00741E8D" w:rsidRDefault="00DE0130" w:rsidP="00CC2960">
            <w:pPr>
              <w:spacing w:before="100" w:beforeAutospacing="1" w:after="100" w:afterAutospacing="1"/>
              <w:outlineLvl w:val="0"/>
              <w:rPr>
                <w:rFonts w:ascii="Cairo" w:hAnsi="Cairo" w:cs="Cairo"/>
                <w:b/>
                <w:bCs/>
              </w:rPr>
            </w:pPr>
          </w:p>
        </w:tc>
      </w:tr>
      <w:tr w:rsidR="00DE0130" w:rsidRPr="00741E8D" w14:paraId="11EBDBA8" w14:textId="77777777" w:rsidTr="00CC2960">
        <w:tc>
          <w:tcPr>
            <w:tcW w:w="6658" w:type="dxa"/>
            <w:gridSpan w:val="3"/>
            <w:shd w:val="clear" w:color="auto" w:fill="DAEEF3" w:themeFill="accent5" w:themeFillTint="33"/>
            <w:vAlign w:val="center"/>
          </w:tcPr>
          <w:p w14:paraId="45A0CAFB" w14:textId="77777777" w:rsidR="00DE0130" w:rsidRPr="00741E8D" w:rsidRDefault="00DE0130" w:rsidP="00CC2960">
            <w:pPr>
              <w:spacing w:before="100" w:beforeAutospacing="1" w:after="100" w:afterAutospacing="1"/>
              <w:outlineLvl w:val="0"/>
              <w:rPr>
                <w:rFonts w:ascii="Cairo" w:eastAsia="Times New Roman" w:hAnsi="Cairo" w:cs="Cairo"/>
                <w:b/>
                <w:bCs/>
                <w:kern w:val="36"/>
                <w:sz w:val="48"/>
                <w:szCs w:val="48"/>
                <w:lang w:val="en-GB" w:eastAsia="en-GB"/>
              </w:rPr>
            </w:pPr>
            <w:bookmarkStart w:id="37" w:name="_Toc225265381"/>
            <w:r w:rsidRPr="00741E8D">
              <w:rPr>
                <w:rFonts w:ascii="Cairo" w:hAnsi="Cairo" w:cs="Cairo"/>
                <w:b/>
                <w:bCs/>
              </w:rPr>
              <w:t>TOTAL Professional Fees</w:t>
            </w:r>
            <w:bookmarkEnd w:id="37"/>
          </w:p>
        </w:tc>
        <w:tc>
          <w:tcPr>
            <w:tcW w:w="2268" w:type="dxa"/>
            <w:shd w:val="clear" w:color="auto" w:fill="DAEEF3" w:themeFill="accent5" w:themeFillTint="33"/>
            <w:vAlign w:val="center"/>
          </w:tcPr>
          <w:p w14:paraId="4497E2FD" w14:textId="77777777" w:rsidR="00DE0130" w:rsidRPr="00741E8D" w:rsidRDefault="00DE0130" w:rsidP="00CC2960">
            <w:pPr>
              <w:spacing w:before="100" w:beforeAutospacing="1" w:after="100" w:afterAutospacing="1"/>
              <w:outlineLvl w:val="0"/>
              <w:rPr>
                <w:rFonts w:ascii="Cairo" w:eastAsia="Times New Roman" w:hAnsi="Cairo" w:cs="Cairo"/>
                <w:b/>
                <w:bCs/>
                <w:kern w:val="36"/>
                <w:sz w:val="48"/>
                <w:szCs w:val="48"/>
                <w:lang w:val="en-GB" w:eastAsia="en-GB"/>
              </w:rPr>
            </w:pPr>
          </w:p>
        </w:tc>
      </w:tr>
    </w:tbl>
    <w:p w14:paraId="2056640C" w14:textId="77777777" w:rsidR="00DE0130" w:rsidRPr="0021769E" w:rsidRDefault="00DE0130" w:rsidP="00DE0130">
      <w:pPr>
        <w:spacing w:after="0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</w:p>
    <w:p w14:paraId="2D48D3B0" w14:textId="77777777" w:rsidR="00DE0130" w:rsidRPr="0021769E" w:rsidRDefault="00DE0130" w:rsidP="00DE0130">
      <w:pPr>
        <w:spacing w:before="100" w:beforeAutospacing="1" w:after="100" w:afterAutospacing="1" w:line="240" w:lineRule="auto"/>
        <w:outlineLvl w:val="0"/>
        <w:rPr>
          <w:rFonts w:ascii="Cairo" w:eastAsia="Times New Roman" w:hAnsi="Cairo" w:cs="Cairo"/>
          <w:b/>
          <w:bCs/>
          <w:kern w:val="36"/>
          <w:sz w:val="48"/>
          <w:szCs w:val="48"/>
          <w:lang w:val="en-GB" w:eastAsia="en-GB"/>
        </w:rPr>
      </w:pPr>
      <w:bookmarkStart w:id="38" w:name="_Toc225265382"/>
      <w:r w:rsidRPr="0021769E">
        <w:rPr>
          <w:rFonts w:ascii="Cairo" w:eastAsia="Times New Roman" w:hAnsi="Cairo" w:cs="Cairo"/>
          <w:b/>
          <w:bCs/>
          <w:kern w:val="36"/>
          <w:sz w:val="48"/>
          <w:szCs w:val="48"/>
          <w:lang w:val="en-GB" w:eastAsia="en-GB"/>
        </w:rPr>
        <w:t>4. Other Expenses</w:t>
      </w:r>
      <w:bookmarkEnd w:id="38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15"/>
        <w:gridCol w:w="4315"/>
      </w:tblGrid>
      <w:tr w:rsidR="00DE0130" w:rsidRPr="00741E8D" w14:paraId="38E1EE60" w14:textId="77777777" w:rsidTr="00CC2960">
        <w:tc>
          <w:tcPr>
            <w:tcW w:w="4315" w:type="dxa"/>
            <w:shd w:val="clear" w:color="auto" w:fill="7030A0"/>
          </w:tcPr>
          <w:p w14:paraId="5DEDCAAC" w14:textId="77777777" w:rsidR="00DE0130" w:rsidRPr="00741E8D" w:rsidRDefault="00DE0130" w:rsidP="00CC2960">
            <w:pPr>
              <w:rPr>
                <w:rFonts w:ascii="Cairo" w:eastAsia="Times New Roman" w:hAnsi="Cairo" w:cs="Cairo"/>
                <w:b/>
                <w:bCs/>
                <w:color w:val="FFFFFF" w:themeColor="background1"/>
                <w:sz w:val="24"/>
                <w:szCs w:val="24"/>
                <w:lang w:val="en-GB" w:eastAsia="en-GB"/>
              </w:rPr>
            </w:pPr>
            <w:r w:rsidRPr="00741E8D">
              <w:rPr>
                <w:rFonts w:ascii="Cairo" w:hAnsi="Cairo" w:cs="Cairo"/>
                <w:b/>
                <w:bCs/>
                <w:color w:val="FFFFFF" w:themeColor="background1"/>
                <w:sz w:val="24"/>
                <w:szCs w:val="24"/>
              </w:rPr>
              <w:lastRenderedPageBreak/>
              <w:t>Expense Category</w:t>
            </w:r>
          </w:p>
        </w:tc>
        <w:tc>
          <w:tcPr>
            <w:tcW w:w="4315" w:type="dxa"/>
            <w:shd w:val="clear" w:color="auto" w:fill="7030A0"/>
          </w:tcPr>
          <w:p w14:paraId="06850A1F" w14:textId="77777777" w:rsidR="00DE0130" w:rsidRPr="00741E8D" w:rsidRDefault="00DE0130" w:rsidP="00CC2960">
            <w:pPr>
              <w:rPr>
                <w:rFonts w:ascii="Cairo" w:eastAsia="Times New Roman" w:hAnsi="Cairo" w:cs="Cairo"/>
                <w:b/>
                <w:bCs/>
                <w:color w:val="FFFFFF" w:themeColor="background1"/>
                <w:sz w:val="24"/>
                <w:szCs w:val="24"/>
                <w:lang w:val="en-GB" w:eastAsia="en-GB"/>
              </w:rPr>
            </w:pPr>
            <w:r w:rsidRPr="00741E8D">
              <w:rPr>
                <w:rFonts w:ascii="Cairo" w:hAnsi="Cairo" w:cs="Cairo"/>
                <w:b/>
                <w:bCs/>
                <w:color w:val="FFFFFF" w:themeColor="background1"/>
                <w:sz w:val="24"/>
                <w:szCs w:val="24"/>
              </w:rPr>
              <w:t>Cost (USD)</w:t>
            </w:r>
          </w:p>
        </w:tc>
      </w:tr>
      <w:tr w:rsidR="00DE0130" w:rsidRPr="00741E8D" w14:paraId="641217D5" w14:textId="77777777" w:rsidTr="00CC2960">
        <w:tc>
          <w:tcPr>
            <w:tcW w:w="4315" w:type="dxa"/>
          </w:tcPr>
          <w:p w14:paraId="4E82ABAC" w14:textId="77777777" w:rsidR="00DE0130" w:rsidRPr="00741E8D" w:rsidRDefault="00DE0130" w:rsidP="00CC2960">
            <w:pPr>
              <w:rPr>
                <w:rFonts w:ascii="Cairo" w:eastAsia="Times New Roman" w:hAnsi="Cairo" w:cs="Cairo"/>
                <w:sz w:val="24"/>
                <w:szCs w:val="24"/>
                <w:lang w:val="en-GB" w:eastAsia="en-GB"/>
              </w:rPr>
            </w:pPr>
            <w:r w:rsidRPr="00741E8D">
              <w:rPr>
                <w:rFonts w:ascii="Cairo" w:hAnsi="Cairo" w:cs="Cairo"/>
              </w:rPr>
              <w:t>Travel Expenses</w:t>
            </w:r>
          </w:p>
        </w:tc>
        <w:tc>
          <w:tcPr>
            <w:tcW w:w="4315" w:type="dxa"/>
          </w:tcPr>
          <w:p w14:paraId="0600B450" w14:textId="77777777" w:rsidR="00DE0130" w:rsidRPr="00741E8D" w:rsidRDefault="00DE0130" w:rsidP="00CC2960">
            <w:pPr>
              <w:rPr>
                <w:rFonts w:ascii="Cairo" w:eastAsia="Times New Roman" w:hAnsi="Cairo" w:cs="Cairo"/>
                <w:sz w:val="24"/>
                <w:szCs w:val="24"/>
                <w:lang w:val="en-GB" w:eastAsia="en-GB"/>
              </w:rPr>
            </w:pPr>
          </w:p>
        </w:tc>
      </w:tr>
      <w:tr w:rsidR="00DE0130" w:rsidRPr="00741E8D" w14:paraId="616F3B37" w14:textId="77777777" w:rsidTr="00CC2960">
        <w:tc>
          <w:tcPr>
            <w:tcW w:w="4315" w:type="dxa"/>
          </w:tcPr>
          <w:p w14:paraId="25293E1E" w14:textId="77777777" w:rsidR="00DE0130" w:rsidRPr="00741E8D" w:rsidRDefault="00DE0130" w:rsidP="00CC2960">
            <w:pPr>
              <w:rPr>
                <w:rFonts w:ascii="Cairo" w:eastAsia="Times New Roman" w:hAnsi="Cairo" w:cs="Cairo"/>
                <w:sz w:val="24"/>
                <w:szCs w:val="24"/>
                <w:lang w:val="en-GB" w:eastAsia="en-GB"/>
              </w:rPr>
            </w:pPr>
            <w:r w:rsidRPr="00741E8D">
              <w:rPr>
                <w:rFonts w:ascii="Cairo" w:hAnsi="Cairo" w:cs="Cairo"/>
              </w:rPr>
              <w:t>Accommodation</w:t>
            </w:r>
          </w:p>
        </w:tc>
        <w:tc>
          <w:tcPr>
            <w:tcW w:w="4315" w:type="dxa"/>
          </w:tcPr>
          <w:p w14:paraId="3A40C26A" w14:textId="77777777" w:rsidR="00DE0130" w:rsidRPr="00741E8D" w:rsidRDefault="00DE0130" w:rsidP="00CC2960">
            <w:pPr>
              <w:rPr>
                <w:rFonts w:ascii="Cairo" w:eastAsia="Times New Roman" w:hAnsi="Cairo" w:cs="Cairo"/>
                <w:sz w:val="24"/>
                <w:szCs w:val="24"/>
                <w:lang w:val="en-GB" w:eastAsia="en-GB"/>
              </w:rPr>
            </w:pPr>
          </w:p>
        </w:tc>
      </w:tr>
      <w:tr w:rsidR="00DE0130" w:rsidRPr="00741E8D" w14:paraId="6D8A3085" w14:textId="77777777" w:rsidTr="00CC2960">
        <w:tc>
          <w:tcPr>
            <w:tcW w:w="4315" w:type="dxa"/>
          </w:tcPr>
          <w:p w14:paraId="033F9D9A" w14:textId="77777777" w:rsidR="00DE0130" w:rsidRPr="00741E8D" w:rsidRDefault="00DE0130" w:rsidP="00CC2960">
            <w:pPr>
              <w:rPr>
                <w:rFonts w:ascii="Cairo" w:eastAsia="Times New Roman" w:hAnsi="Cairo" w:cs="Cairo"/>
                <w:sz w:val="24"/>
                <w:szCs w:val="24"/>
                <w:lang w:val="en-GB" w:eastAsia="en-GB"/>
              </w:rPr>
            </w:pPr>
            <w:r w:rsidRPr="00741E8D">
              <w:rPr>
                <w:rFonts w:ascii="Cairo" w:hAnsi="Cairo" w:cs="Cairo"/>
              </w:rPr>
              <w:t>Administrative Costs</w:t>
            </w:r>
          </w:p>
        </w:tc>
        <w:tc>
          <w:tcPr>
            <w:tcW w:w="4315" w:type="dxa"/>
          </w:tcPr>
          <w:p w14:paraId="3A8DD0A6" w14:textId="77777777" w:rsidR="00DE0130" w:rsidRPr="00741E8D" w:rsidRDefault="00DE0130" w:rsidP="00CC2960">
            <w:pPr>
              <w:rPr>
                <w:rFonts w:ascii="Cairo" w:eastAsia="Times New Roman" w:hAnsi="Cairo" w:cs="Cairo"/>
                <w:sz w:val="24"/>
                <w:szCs w:val="24"/>
                <w:lang w:val="en-GB" w:eastAsia="en-GB"/>
              </w:rPr>
            </w:pPr>
          </w:p>
        </w:tc>
      </w:tr>
      <w:tr w:rsidR="00DE0130" w:rsidRPr="00741E8D" w14:paraId="32CD4D48" w14:textId="77777777" w:rsidTr="00CC2960">
        <w:tc>
          <w:tcPr>
            <w:tcW w:w="4315" w:type="dxa"/>
          </w:tcPr>
          <w:p w14:paraId="69744258" w14:textId="77777777" w:rsidR="00DE0130" w:rsidRPr="00741E8D" w:rsidRDefault="00DE0130" w:rsidP="00CC2960">
            <w:pPr>
              <w:rPr>
                <w:rFonts w:ascii="Cairo" w:eastAsia="Times New Roman" w:hAnsi="Cairo" w:cs="Cairo"/>
                <w:sz w:val="24"/>
                <w:szCs w:val="24"/>
                <w:lang w:val="en-GB" w:eastAsia="en-GB"/>
              </w:rPr>
            </w:pPr>
            <w:r w:rsidRPr="00741E8D">
              <w:rPr>
                <w:rFonts w:ascii="Cairo" w:hAnsi="Cairo" w:cs="Cairo"/>
              </w:rPr>
              <w:t>Other Costs</w:t>
            </w:r>
          </w:p>
        </w:tc>
        <w:tc>
          <w:tcPr>
            <w:tcW w:w="4315" w:type="dxa"/>
          </w:tcPr>
          <w:p w14:paraId="2C2216B1" w14:textId="77777777" w:rsidR="00DE0130" w:rsidRPr="00741E8D" w:rsidRDefault="00DE0130" w:rsidP="00CC2960">
            <w:pPr>
              <w:rPr>
                <w:rFonts w:ascii="Cairo" w:eastAsia="Times New Roman" w:hAnsi="Cairo" w:cs="Cairo"/>
                <w:sz w:val="24"/>
                <w:szCs w:val="24"/>
                <w:lang w:val="en-GB" w:eastAsia="en-GB"/>
              </w:rPr>
            </w:pPr>
          </w:p>
        </w:tc>
      </w:tr>
      <w:tr w:rsidR="00DE0130" w:rsidRPr="00741E8D" w14:paraId="2755B4AF" w14:textId="77777777" w:rsidTr="00CC2960">
        <w:tc>
          <w:tcPr>
            <w:tcW w:w="4315" w:type="dxa"/>
            <w:shd w:val="clear" w:color="auto" w:fill="DAEEF3" w:themeFill="accent5" w:themeFillTint="33"/>
          </w:tcPr>
          <w:p w14:paraId="091A99DA" w14:textId="77777777" w:rsidR="00DE0130" w:rsidRPr="00741E8D" w:rsidRDefault="00DE0130" w:rsidP="00CC2960">
            <w:pPr>
              <w:rPr>
                <w:rFonts w:ascii="Cairo" w:eastAsia="Times New Roman" w:hAnsi="Cairo" w:cs="Cairo"/>
                <w:b/>
                <w:bCs/>
                <w:sz w:val="24"/>
                <w:szCs w:val="24"/>
                <w:lang w:val="en-GB" w:eastAsia="en-GB"/>
              </w:rPr>
            </w:pPr>
            <w:r w:rsidRPr="0021769E">
              <w:rPr>
                <w:rFonts w:ascii="Cairo" w:eastAsia="Times New Roman" w:hAnsi="Cairo" w:cs="Cairo"/>
                <w:b/>
                <w:bCs/>
                <w:sz w:val="24"/>
                <w:szCs w:val="24"/>
                <w:lang w:val="en-GB" w:eastAsia="en-GB"/>
              </w:rPr>
              <w:t>Total Other Expenses:</w:t>
            </w:r>
          </w:p>
        </w:tc>
        <w:tc>
          <w:tcPr>
            <w:tcW w:w="4315" w:type="dxa"/>
            <w:shd w:val="clear" w:color="auto" w:fill="DAEEF3" w:themeFill="accent5" w:themeFillTint="33"/>
          </w:tcPr>
          <w:p w14:paraId="5C8CF9BD" w14:textId="77777777" w:rsidR="00DE0130" w:rsidRPr="00741E8D" w:rsidRDefault="00DE0130" w:rsidP="00CC2960">
            <w:pPr>
              <w:rPr>
                <w:rFonts w:ascii="Cairo" w:eastAsia="Times New Roman" w:hAnsi="Cairo" w:cs="Cairo"/>
                <w:b/>
                <w:bCs/>
                <w:sz w:val="24"/>
                <w:szCs w:val="24"/>
                <w:lang w:val="en-GB" w:eastAsia="en-GB"/>
              </w:rPr>
            </w:pPr>
          </w:p>
        </w:tc>
      </w:tr>
    </w:tbl>
    <w:p w14:paraId="1E015C11" w14:textId="77777777" w:rsidR="00DE0130" w:rsidRPr="0021769E" w:rsidRDefault="00DE0130" w:rsidP="00DE0130">
      <w:pPr>
        <w:spacing w:after="0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</w:p>
    <w:p w14:paraId="3535BE62" w14:textId="77777777" w:rsidR="00DE0130" w:rsidRPr="00741E8D" w:rsidRDefault="00DE0130" w:rsidP="00DE0130">
      <w:pPr>
        <w:spacing w:before="100" w:beforeAutospacing="1" w:after="100" w:afterAutospacing="1" w:line="240" w:lineRule="auto"/>
        <w:outlineLvl w:val="0"/>
        <w:rPr>
          <w:rFonts w:ascii="Cairo" w:eastAsia="Times New Roman" w:hAnsi="Cairo" w:cs="Cairo"/>
          <w:b/>
          <w:bCs/>
          <w:kern w:val="36"/>
          <w:sz w:val="48"/>
          <w:szCs w:val="48"/>
          <w:lang w:val="en-GB" w:eastAsia="en-GB"/>
        </w:rPr>
      </w:pPr>
      <w:bookmarkStart w:id="39" w:name="_Toc225265383"/>
      <w:r w:rsidRPr="0021769E">
        <w:rPr>
          <w:rFonts w:ascii="Cairo" w:eastAsia="Times New Roman" w:hAnsi="Cairo" w:cs="Cairo"/>
          <w:b/>
          <w:bCs/>
          <w:kern w:val="36"/>
          <w:sz w:val="48"/>
          <w:szCs w:val="48"/>
          <w:lang w:val="en-GB" w:eastAsia="en-GB"/>
        </w:rPr>
        <w:t>5. Total Financial Proposal</w:t>
      </w:r>
      <w:bookmarkEnd w:id="39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15"/>
        <w:gridCol w:w="4315"/>
      </w:tblGrid>
      <w:tr w:rsidR="00DE0130" w:rsidRPr="00741E8D" w14:paraId="557F608D" w14:textId="77777777" w:rsidTr="00CC2960">
        <w:tc>
          <w:tcPr>
            <w:tcW w:w="4315" w:type="dxa"/>
            <w:shd w:val="clear" w:color="auto" w:fill="7030A0"/>
          </w:tcPr>
          <w:p w14:paraId="69D59702" w14:textId="77777777" w:rsidR="00DE0130" w:rsidRPr="00741E8D" w:rsidRDefault="00DE0130" w:rsidP="00CC2960">
            <w:pPr>
              <w:spacing w:before="100" w:beforeAutospacing="1" w:after="100" w:afterAutospacing="1"/>
              <w:outlineLvl w:val="0"/>
              <w:rPr>
                <w:rFonts w:ascii="Cairo" w:eastAsia="Times New Roman" w:hAnsi="Cairo" w:cs="Cairo"/>
                <w:b/>
                <w:bCs/>
                <w:color w:val="FFFFFF" w:themeColor="background1"/>
                <w:kern w:val="36"/>
                <w:sz w:val="32"/>
                <w:szCs w:val="32"/>
                <w:lang w:val="en-GB" w:eastAsia="en-GB"/>
              </w:rPr>
            </w:pPr>
            <w:bookmarkStart w:id="40" w:name="_Toc225265384"/>
            <w:r w:rsidRPr="00741E8D">
              <w:rPr>
                <w:rFonts w:ascii="Cairo" w:hAnsi="Cairo" w:cs="Cairo"/>
                <w:b/>
                <w:bCs/>
                <w:color w:val="FFFFFF" w:themeColor="background1"/>
              </w:rPr>
              <w:t>Cost Category</w:t>
            </w:r>
            <w:bookmarkEnd w:id="40"/>
          </w:p>
        </w:tc>
        <w:tc>
          <w:tcPr>
            <w:tcW w:w="4315" w:type="dxa"/>
            <w:shd w:val="clear" w:color="auto" w:fill="7030A0"/>
          </w:tcPr>
          <w:p w14:paraId="420F06A9" w14:textId="77777777" w:rsidR="00DE0130" w:rsidRPr="00741E8D" w:rsidRDefault="00DE0130" w:rsidP="00CC2960">
            <w:pPr>
              <w:spacing w:before="100" w:beforeAutospacing="1" w:after="100" w:afterAutospacing="1"/>
              <w:jc w:val="center"/>
              <w:outlineLvl w:val="0"/>
              <w:rPr>
                <w:rFonts w:ascii="Cairo" w:eastAsia="Times New Roman" w:hAnsi="Cairo" w:cs="Cairo"/>
                <w:b/>
                <w:bCs/>
                <w:color w:val="FFFFFF" w:themeColor="background1"/>
                <w:kern w:val="36"/>
                <w:sz w:val="32"/>
                <w:szCs w:val="32"/>
                <w:lang w:val="en-GB" w:eastAsia="en-GB"/>
              </w:rPr>
            </w:pPr>
            <w:bookmarkStart w:id="41" w:name="_Toc225265385"/>
            <w:r w:rsidRPr="00741E8D">
              <w:rPr>
                <w:rFonts w:ascii="Cairo" w:hAnsi="Cairo" w:cs="Cairo"/>
                <w:b/>
                <w:bCs/>
                <w:color w:val="FFFFFF" w:themeColor="background1"/>
              </w:rPr>
              <w:t>Amount (USD)</w:t>
            </w:r>
            <w:bookmarkEnd w:id="41"/>
          </w:p>
        </w:tc>
      </w:tr>
      <w:tr w:rsidR="00DE0130" w:rsidRPr="00741E8D" w14:paraId="6D8F222A" w14:textId="77777777" w:rsidTr="00CC2960">
        <w:tc>
          <w:tcPr>
            <w:tcW w:w="4315" w:type="dxa"/>
          </w:tcPr>
          <w:p w14:paraId="12A7F54A" w14:textId="77777777" w:rsidR="00DE0130" w:rsidRPr="00741E8D" w:rsidRDefault="00DE0130" w:rsidP="00CC2960">
            <w:pPr>
              <w:spacing w:before="100" w:beforeAutospacing="1" w:after="100" w:afterAutospacing="1"/>
              <w:outlineLvl w:val="0"/>
              <w:rPr>
                <w:rFonts w:ascii="Cairo" w:eastAsia="Times New Roman" w:hAnsi="Cairo" w:cs="Cairo"/>
                <w:b/>
                <w:bCs/>
                <w:kern w:val="36"/>
                <w:sz w:val="32"/>
                <w:szCs w:val="32"/>
                <w:lang w:val="en-GB" w:eastAsia="en-GB"/>
              </w:rPr>
            </w:pPr>
            <w:bookmarkStart w:id="42" w:name="_Toc225265386"/>
            <w:r w:rsidRPr="00741E8D">
              <w:rPr>
                <w:rFonts w:ascii="Cairo" w:hAnsi="Cairo" w:cs="Cairo"/>
              </w:rPr>
              <w:t>Total Professional Fees</w:t>
            </w:r>
            <w:bookmarkEnd w:id="42"/>
          </w:p>
        </w:tc>
        <w:tc>
          <w:tcPr>
            <w:tcW w:w="4315" w:type="dxa"/>
          </w:tcPr>
          <w:p w14:paraId="5079D938" w14:textId="77777777" w:rsidR="00DE0130" w:rsidRPr="00741E8D" w:rsidRDefault="00DE0130" w:rsidP="00CC2960">
            <w:pPr>
              <w:spacing w:before="100" w:beforeAutospacing="1" w:after="100" w:afterAutospacing="1"/>
              <w:jc w:val="center"/>
              <w:outlineLvl w:val="0"/>
              <w:rPr>
                <w:rFonts w:ascii="Cairo" w:eastAsia="Times New Roman" w:hAnsi="Cairo" w:cs="Cairo"/>
                <w:b/>
                <w:bCs/>
                <w:kern w:val="36"/>
                <w:sz w:val="32"/>
                <w:szCs w:val="32"/>
                <w:lang w:val="en-GB" w:eastAsia="en-GB"/>
              </w:rPr>
            </w:pPr>
          </w:p>
        </w:tc>
      </w:tr>
      <w:tr w:rsidR="00DE0130" w:rsidRPr="00741E8D" w14:paraId="5856BBD0" w14:textId="77777777" w:rsidTr="00CC2960">
        <w:tc>
          <w:tcPr>
            <w:tcW w:w="4315" w:type="dxa"/>
          </w:tcPr>
          <w:p w14:paraId="271EA9E2" w14:textId="77777777" w:rsidR="00DE0130" w:rsidRPr="00741E8D" w:rsidRDefault="00DE0130" w:rsidP="00CC2960">
            <w:pPr>
              <w:spacing w:before="100" w:beforeAutospacing="1" w:after="100" w:afterAutospacing="1"/>
              <w:outlineLvl w:val="0"/>
              <w:rPr>
                <w:rFonts w:ascii="Cairo" w:eastAsia="Times New Roman" w:hAnsi="Cairo" w:cs="Cairo"/>
                <w:b/>
                <w:bCs/>
                <w:kern w:val="36"/>
                <w:sz w:val="32"/>
                <w:szCs w:val="32"/>
                <w:lang w:val="en-GB" w:eastAsia="en-GB"/>
              </w:rPr>
            </w:pPr>
            <w:bookmarkStart w:id="43" w:name="_Toc225265387"/>
            <w:r w:rsidRPr="00741E8D">
              <w:rPr>
                <w:rFonts w:ascii="Cairo" w:hAnsi="Cairo" w:cs="Cairo"/>
              </w:rPr>
              <w:t>Total Expenses</w:t>
            </w:r>
            <w:bookmarkEnd w:id="43"/>
          </w:p>
        </w:tc>
        <w:tc>
          <w:tcPr>
            <w:tcW w:w="4315" w:type="dxa"/>
          </w:tcPr>
          <w:p w14:paraId="5E680A0F" w14:textId="77777777" w:rsidR="00DE0130" w:rsidRPr="00741E8D" w:rsidRDefault="00DE0130" w:rsidP="00CC2960">
            <w:pPr>
              <w:spacing w:before="100" w:beforeAutospacing="1" w:after="100" w:afterAutospacing="1"/>
              <w:jc w:val="center"/>
              <w:outlineLvl w:val="0"/>
              <w:rPr>
                <w:rFonts w:ascii="Cairo" w:eastAsia="Times New Roman" w:hAnsi="Cairo" w:cs="Cairo"/>
                <w:b/>
                <w:bCs/>
                <w:kern w:val="36"/>
                <w:sz w:val="32"/>
                <w:szCs w:val="32"/>
                <w:lang w:val="en-GB" w:eastAsia="en-GB"/>
              </w:rPr>
            </w:pPr>
          </w:p>
        </w:tc>
      </w:tr>
      <w:tr w:rsidR="00DE0130" w:rsidRPr="00741E8D" w14:paraId="3F44E577" w14:textId="77777777" w:rsidTr="00CC2960">
        <w:tc>
          <w:tcPr>
            <w:tcW w:w="4315" w:type="dxa"/>
          </w:tcPr>
          <w:p w14:paraId="126FF6A7" w14:textId="77777777" w:rsidR="00DE0130" w:rsidRPr="00741E8D" w:rsidRDefault="00DE0130" w:rsidP="00CC2960">
            <w:pPr>
              <w:spacing w:before="100" w:beforeAutospacing="1" w:after="100" w:afterAutospacing="1"/>
              <w:outlineLvl w:val="0"/>
              <w:rPr>
                <w:rFonts w:ascii="Cairo" w:eastAsia="Times New Roman" w:hAnsi="Cairo" w:cs="Cairo"/>
                <w:b/>
                <w:bCs/>
                <w:kern w:val="36"/>
                <w:sz w:val="32"/>
                <w:szCs w:val="32"/>
                <w:lang w:val="en-GB" w:eastAsia="en-GB"/>
              </w:rPr>
            </w:pPr>
            <w:bookmarkStart w:id="44" w:name="_Toc225265388"/>
            <w:r w:rsidRPr="00741E8D">
              <w:rPr>
                <w:rFonts w:ascii="Cairo" w:hAnsi="Cairo" w:cs="Cairo"/>
              </w:rPr>
              <w:t>Taxes (if applicable)</w:t>
            </w:r>
            <w:bookmarkEnd w:id="44"/>
          </w:p>
        </w:tc>
        <w:tc>
          <w:tcPr>
            <w:tcW w:w="4315" w:type="dxa"/>
          </w:tcPr>
          <w:p w14:paraId="6C562135" w14:textId="77777777" w:rsidR="00DE0130" w:rsidRPr="00741E8D" w:rsidRDefault="00DE0130" w:rsidP="00CC2960">
            <w:pPr>
              <w:spacing w:before="100" w:beforeAutospacing="1" w:after="100" w:afterAutospacing="1"/>
              <w:jc w:val="center"/>
              <w:outlineLvl w:val="0"/>
              <w:rPr>
                <w:rFonts w:ascii="Cairo" w:eastAsia="Times New Roman" w:hAnsi="Cairo" w:cs="Cairo"/>
                <w:b/>
                <w:bCs/>
                <w:kern w:val="36"/>
                <w:sz w:val="32"/>
                <w:szCs w:val="32"/>
                <w:lang w:val="en-GB" w:eastAsia="en-GB"/>
              </w:rPr>
            </w:pPr>
          </w:p>
        </w:tc>
      </w:tr>
      <w:tr w:rsidR="00DE0130" w:rsidRPr="00741E8D" w14:paraId="55C11D71" w14:textId="77777777" w:rsidTr="00CC2960">
        <w:tc>
          <w:tcPr>
            <w:tcW w:w="4315" w:type="dxa"/>
            <w:shd w:val="clear" w:color="auto" w:fill="DAEEF3" w:themeFill="accent5" w:themeFillTint="33"/>
          </w:tcPr>
          <w:p w14:paraId="5123DFC5" w14:textId="77777777" w:rsidR="00DE0130" w:rsidRPr="00741E8D" w:rsidRDefault="00DE0130" w:rsidP="00CC2960">
            <w:pPr>
              <w:spacing w:before="100" w:beforeAutospacing="1" w:after="100" w:afterAutospacing="1"/>
              <w:outlineLvl w:val="0"/>
              <w:rPr>
                <w:rFonts w:ascii="Cairo" w:eastAsia="Times New Roman" w:hAnsi="Cairo" w:cs="Cairo"/>
                <w:b/>
                <w:bCs/>
                <w:kern w:val="36"/>
                <w:sz w:val="32"/>
                <w:szCs w:val="32"/>
                <w:lang w:val="en-GB" w:eastAsia="en-GB"/>
              </w:rPr>
            </w:pPr>
            <w:bookmarkStart w:id="45" w:name="_Toc225265389"/>
            <w:r w:rsidRPr="00741E8D">
              <w:rPr>
                <w:rFonts w:ascii="Cairo" w:hAnsi="Cairo" w:cs="Cairo"/>
                <w:b/>
                <w:bCs/>
              </w:rPr>
              <w:t>Grand Total (in USD)</w:t>
            </w:r>
            <w:bookmarkEnd w:id="45"/>
          </w:p>
        </w:tc>
        <w:tc>
          <w:tcPr>
            <w:tcW w:w="4315" w:type="dxa"/>
            <w:shd w:val="clear" w:color="auto" w:fill="DAEEF3" w:themeFill="accent5" w:themeFillTint="33"/>
          </w:tcPr>
          <w:p w14:paraId="684C64BA" w14:textId="77777777" w:rsidR="00DE0130" w:rsidRPr="00741E8D" w:rsidRDefault="00DE0130" w:rsidP="00CC2960">
            <w:pPr>
              <w:spacing w:before="100" w:beforeAutospacing="1" w:after="100" w:afterAutospacing="1"/>
              <w:jc w:val="center"/>
              <w:outlineLvl w:val="0"/>
              <w:rPr>
                <w:rFonts w:ascii="Cairo" w:eastAsia="Times New Roman" w:hAnsi="Cairo" w:cs="Cairo"/>
                <w:b/>
                <w:bCs/>
                <w:kern w:val="36"/>
                <w:sz w:val="32"/>
                <w:szCs w:val="32"/>
                <w:lang w:val="en-GB" w:eastAsia="en-GB"/>
              </w:rPr>
            </w:pPr>
          </w:p>
        </w:tc>
      </w:tr>
    </w:tbl>
    <w:p w14:paraId="6C936B23" w14:textId="77777777" w:rsidR="00DE0130" w:rsidRPr="0021769E" w:rsidRDefault="00DE0130" w:rsidP="00DE0130">
      <w:pPr>
        <w:spacing w:before="100" w:beforeAutospacing="1" w:after="100" w:afterAutospacing="1" w:line="240" w:lineRule="auto"/>
        <w:outlineLvl w:val="0"/>
        <w:rPr>
          <w:rFonts w:ascii="Cairo" w:eastAsia="Times New Roman" w:hAnsi="Cairo" w:cs="Cairo"/>
          <w:b/>
          <w:bCs/>
          <w:kern w:val="36"/>
          <w:sz w:val="48"/>
          <w:szCs w:val="48"/>
          <w:lang w:val="en-GB" w:eastAsia="en-GB"/>
        </w:rPr>
      </w:pPr>
      <w:bookmarkStart w:id="46" w:name="_Toc225265390"/>
      <w:r w:rsidRPr="0021769E">
        <w:rPr>
          <w:rFonts w:ascii="Cairo" w:eastAsia="Times New Roman" w:hAnsi="Cairo" w:cs="Cairo"/>
          <w:b/>
          <w:bCs/>
          <w:kern w:val="36"/>
          <w:sz w:val="48"/>
          <w:szCs w:val="48"/>
          <w:lang w:val="en-GB" w:eastAsia="en-GB"/>
        </w:rPr>
        <w:t>6. Optional Additional Services</w:t>
      </w:r>
      <w:bookmarkEnd w:id="46"/>
    </w:p>
    <w:p w14:paraId="6E821DEA" w14:textId="77777777" w:rsidR="00DE0130" w:rsidRPr="0021769E" w:rsidRDefault="00DE0130" w:rsidP="00DE0130">
      <w:pPr>
        <w:spacing w:before="100" w:beforeAutospacing="1" w:after="100" w:afterAutospacing="1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  <w:r w:rsidRPr="0021769E">
        <w:rPr>
          <w:rFonts w:ascii="Cairo" w:eastAsia="Times New Roman" w:hAnsi="Cairo" w:cs="Cairo"/>
          <w:sz w:val="24"/>
          <w:szCs w:val="24"/>
          <w:lang w:val="en-GB" w:eastAsia="en-GB"/>
        </w:rPr>
        <w:t>If applicable, provide pricing for additional services.</w:t>
      </w:r>
    </w:p>
    <w:p w14:paraId="10C2921F" w14:textId="77777777" w:rsidR="00DE0130" w:rsidRPr="00741E8D" w:rsidRDefault="00DE0130" w:rsidP="00DE0130">
      <w:pPr>
        <w:spacing w:after="0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15"/>
        <w:gridCol w:w="4315"/>
      </w:tblGrid>
      <w:tr w:rsidR="00DE0130" w:rsidRPr="00741E8D" w14:paraId="5F0B02A5" w14:textId="77777777" w:rsidTr="00CC2960">
        <w:tc>
          <w:tcPr>
            <w:tcW w:w="4315" w:type="dxa"/>
            <w:shd w:val="clear" w:color="auto" w:fill="7030A0"/>
          </w:tcPr>
          <w:p w14:paraId="136C6956" w14:textId="77777777" w:rsidR="00DE0130" w:rsidRPr="00741E8D" w:rsidRDefault="00DE0130" w:rsidP="00CC2960">
            <w:pPr>
              <w:rPr>
                <w:rFonts w:ascii="Cairo" w:eastAsia="Times New Roman" w:hAnsi="Cairo" w:cs="Cairo"/>
                <w:b/>
                <w:bCs/>
                <w:color w:val="FFFFFF" w:themeColor="background1"/>
                <w:sz w:val="24"/>
                <w:szCs w:val="24"/>
                <w:lang w:val="en-GB" w:eastAsia="en-GB"/>
              </w:rPr>
            </w:pPr>
            <w:r w:rsidRPr="00741E8D">
              <w:rPr>
                <w:rFonts w:ascii="Cairo" w:hAnsi="Cairo" w:cs="Cairo"/>
                <w:b/>
                <w:bCs/>
                <w:color w:val="FFFFFF" w:themeColor="background1"/>
              </w:rPr>
              <w:t>Service</w:t>
            </w:r>
          </w:p>
        </w:tc>
        <w:tc>
          <w:tcPr>
            <w:tcW w:w="4315" w:type="dxa"/>
            <w:shd w:val="clear" w:color="auto" w:fill="7030A0"/>
          </w:tcPr>
          <w:p w14:paraId="4111B2F4" w14:textId="77777777" w:rsidR="00DE0130" w:rsidRPr="00741E8D" w:rsidRDefault="00DE0130" w:rsidP="00CC2960">
            <w:pPr>
              <w:rPr>
                <w:rFonts w:ascii="Cairo" w:eastAsia="Times New Roman" w:hAnsi="Cairo" w:cs="Cairo"/>
                <w:b/>
                <w:bCs/>
                <w:color w:val="FFFFFF" w:themeColor="background1"/>
                <w:sz w:val="24"/>
                <w:szCs w:val="24"/>
                <w:lang w:val="en-GB" w:eastAsia="en-GB"/>
              </w:rPr>
            </w:pPr>
            <w:r w:rsidRPr="00741E8D">
              <w:rPr>
                <w:rFonts w:ascii="Cairo" w:hAnsi="Cairo" w:cs="Cairo"/>
                <w:b/>
                <w:bCs/>
                <w:color w:val="FFFFFF" w:themeColor="background1"/>
              </w:rPr>
              <w:t>Fee</w:t>
            </w:r>
          </w:p>
        </w:tc>
      </w:tr>
      <w:tr w:rsidR="00DE0130" w:rsidRPr="00741E8D" w14:paraId="6DD329BE" w14:textId="77777777" w:rsidTr="00CC2960">
        <w:tc>
          <w:tcPr>
            <w:tcW w:w="4315" w:type="dxa"/>
          </w:tcPr>
          <w:p w14:paraId="44716323" w14:textId="77777777" w:rsidR="00DE0130" w:rsidRPr="00741E8D" w:rsidRDefault="00DE0130" w:rsidP="00CC2960">
            <w:pPr>
              <w:rPr>
                <w:rFonts w:ascii="Cairo" w:eastAsia="Times New Roman" w:hAnsi="Cairo" w:cs="Cairo"/>
                <w:sz w:val="24"/>
                <w:szCs w:val="24"/>
                <w:lang w:val="en-GB" w:eastAsia="en-GB"/>
              </w:rPr>
            </w:pPr>
            <w:r w:rsidRPr="00741E8D">
              <w:rPr>
                <w:rFonts w:ascii="Cairo" w:hAnsi="Cairo" w:cs="Cairo"/>
              </w:rPr>
              <w:t>Grant Compliance Audits</w:t>
            </w:r>
          </w:p>
        </w:tc>
        <w:tc>
          <w:tcPr>
            <w:tcW w:w="4315" w:type="dxa"/>
          </w:tcPr>
          <w:p w14:paraId="4CF4FE78" w14:textId="77777777" w:rsidR="00DE0130" w:rsidRPr="00741E8D" w:rsidRDefault="00DE0130" w:rsidP="00CC2960">
            <w:pPr>
              <w:rPr>
                <w:rFonts w:ascii="Cairo" w:eastAsia="Times New Roman" w:hAnsi="Cairo" w:cs="Cairo"/>
                <w:sz w:val="24"/>
                <w:szCs w:val="24"/>
                <w:lang w:val="en-GB" w:eastAsia="en-GB"/>
              </w:rPr>
            </w:pPr>
          </w:p>
        </w:tc>
      </w:tr>
      <w:tr w:rsidR="00DE0130" w:rsidRPr="00741E8D" w14:paraId="2F2B335E" w14:textId="77777777" w:rsidTr="00CC2960">
        <w:tc>
          <w:tcPr>
            <w:tcW w:w="4315" w:type="dxa"/>
          </w:tcPr>
          <w:p w14:paraId="58F54A4B" w14:textId="77777777" w:rsidR="00DE0130" w:rsidRPr="00741E8D" w:rsidRDefault="00DE0130" w:rsidP="00CC2960">
            <w:pPr>
              <w:rPr>
                <w:rFonts w:ascii="Cairo" w:eastAsia="Times New Roman" w:hAnsi="Cairo" w:cs="Cairo"/>
                <w:sz w:val="24"/>
                <w:szCs w:val="24"/>
                <w:lang w:val="en-GB" w:eastAsia="en-GB"/>
              </w:rPr>
            </w:pPr>
            <w:r w:rsidRPr="00741E8D">
              <w:rPr>
                <w:rFonts w:ascii="Cairo" w:hAnsi="Cairo" w:cs="Cairo"/>
              </w:rPr>
              <w:t>Special Investigations</w:t>
            </w:r>
          </w:p>
        </w:tc>
        <w:tc>
          <w:tcPr>
            <w:tcW w:w="4315" w:type="dxa"/>
          </w:tcPr>
          <w:p w14:paraId="55300B37" w14:textId="77777777" w:rsidR="00DE0130" w:rsidRPr="00741E8D" w:rsidRDefault="00DE0130" w:rsidP="00CC2960">
            <w:pPr>
              <w:rPr>
                <w:rFonts w:ascii="Cairo" w:eastAsia="Times New Roman" w:hAnsi="Cairo" w:cs="Cairo"/>
                <w:sz w:val="24"/>
                <w:szCs w:val="24"/>
                <w:lang w:val="en-GB" w:eastAsia="en-GB"/>
              </w:rPr>
            </w:pPr>
          </w:p>
        </w:tc>
      </w:tr>
      <w:tr w:rsidR="00DE0130" w:rsidRPr="00741E8D" w14:paraId="7B821AF4" w14:textId="77777777" w:rsidTr="00CC2960">
        <w:tc>
          <w:tcPr>
            <w:tcW w:w="4315" w:type="dxa"/>
          </w:tcPr>
          <w:p w14:paraId="275E76B1" w14:textId="77777777" w:rsidR="00DE0130" w:rsidRPr="00741E8D" w:rsidRDefault="00DE0130" w:rsidP="00CC2960">
            <w:pPr>
              <w:rPr>
                <w:rFonts w:ascii="Cairo" w:eastAsia="Times New Roman" w:hAnsi="Cairo" w:cs="Cairo"/>
                <w:sz w:val="24"/>
                <w:szCs w:val="24"/>
                <w:lang w:val="en-GB" w:eastAsia="en-GB"/>
              </w:rPr>
            </w:pPr>
            <w:r w:rsidRPr="00741E8D">
              <w:rPr>
                <w:rFonts w:ascii="Cairo" w:hAnsi="Cairo" w:cs="Cairo"/>
              </w:rPr>
              <w:t>Financial Advisory</w:t>
            </w:r>
          </w:p>
        </w:tc>
        <w:tc>
          <w:tcPr>
            <w:tcW w:w="4315" w:type="dxa"/>
          </w:tcPr>
          <w:p w14:paraId="6DFC1A19" w14:textId="77777777" w:rsidR="00DE0130" w:rsidRPr="00741E8D" w:rsidRDefault="00DE0130" w:rsidP="00CC2960">
            <w:pPr>
              <w:rPr>
                <w:rFonts w:ascii="Cairo" w:eastAsia="Times New Roman" w:hAnsi="Cairo" w:cs="Cairo"/>
                <w:sz w:val="24"/>
                <w:szCs w:val="24"/>
                <w:lang w:val="en-GB" w:eastAsia="en-GB"/>
              </w:rPr>
            </w:pPr>
          </w:p>
        </w:tc>
      </w:tr>
      <w:tr w:rsidR="00DE0130" w:rsidRPr="00741E8D" w14:paraId="18D8275E" w14:textId="77777777" w:rsidTr="00CC2960">
        <w:tc>
          <w:tcPr>
            <w:tcW w:w="4315" w:type="dxa"/>
          </w:tcPr>
          <w:p w14:paraId="4950F5CE" w14:textId="77777777" w:rsidR="00DE0130" w:rsidRPr="00741E8D" w:rsidRDefault="00DE0130" w:rsidP="00CC2960">
            <w:pPr>
              <w:rPr>
                <w:rFonts w:ascii="Cairo" w:hAnsi="Cairo" w:cs="Cairo"/>
              </w:rPr>
            </w:pPr>
            <w:r w:rsidRPr="00741E8D">
              <w:rPr>
                <w:rFonts w:ascii="Cairo" w:hAnsi="Cairo" w:cs="Cairo"/>
              </w:rPr>
              <w:t>Other(please specify)</w:t>
            </w:r>
          </w:p>
        </w:tc>
        <w:tc>
          <w:tcPr>
            <w:tcW w:w="4315" w:type="dxa"/>
          </w:tcPr>
          <w:p w14:paraId="41F2C0B8" w14:textId="77777777" w:rsidR="00DE0130" w:rsidRPr="00741E8D" w:rsidRDefault="00DE0130" w:rsidP="00CC2960">
            <w:pPr>
              <w:rPr>
                <w:rFonts w:ascii="Cairo" w:eastAsia="Times New Roman" w:hAnsi="Cairo" w:cs="Cairo"/>
                <w:sz w:val="24"/>
                <w:szCs w:val="24"/>
                <w:lang w:val="en-GB" w:eastAsia="en-GB"/>
              </w:rPr>
            </w:pPr>
          </w:p>
        </w:tc>
      </w:tr>
      <w:tr w:rsidR="00DE0130" w:rsidRPr="00741E8D" w14:paraId="5361949F" w14:textId="77777777" w:rsidTr="00CC2960">
        <w:tc>
          <w:tcPr>
            <w:tcW w:w="4315" w:type="dxa"/>
            <w:shd w:val="clear" w:color="auto" w:fill="E5DFEC" w:themeFill="accent4" w:themeFillTint="33"/>
          </w:tcPr>
          <w:p w14:paraId="376AF06E" w14:textId="77777777" w:rsidR="00DE0130" w:rsidRPr="00741E8D" w:rsidRDefault="00DE0130" w:rsidP="00CC2960">
            <w:pPr>
              <w:rPr>
                <w:rFonts w:ascii="Cairo" w:hAnsi="Cairo" w:cs="Cairo"/>
                <w:b/>
                <w:bCs/>
              </w:rPr>
            </w:pPr>
            <w:r w:rsidRPr="00741E8D">
              <w:rPr>
                <w:rFonts w:ascii="Cairo" w:hAnsi="Cairo" w:cs="Cairo"/>
                <w:b/>
                <w:bCs/>
              </w:rPr>
              <w:t>TOTAL Optional Additional Services</w:t>
            </w:r>
          </w:p>
        </w:tc>
        <w:tc>
          <w:tcPr>
            <w:tcW w:w="4315" w:type="dxa"/>
            <w:shd w:val="clear" w:color="auto" w:fill="E5DFEC" w:themeFill="accent4" w:themeFillTint="33"/>
          </w:tcPr>
          <w:p w14:paraId="1C96770B" w14:textId="77777777" w:rsidR="00DE0130" w:rsidRPr="00741E8D" w:rsidRDefault="00DE0130" w:rsidP="00CC2960">
            <w:pPr>
              <w:rPr>
                <w:rFonts w:ascii="Cairo" w:eastAsia="Times New Roman" w:hAnsi="Cairo" w:cs="Cairo"/>
                <w:b/>
                <w:bCs/>
                <w:sz w:val="24"/>
                <w:szCs w:val="24"/>
                <w:lang w:val="en-GB" w:eastAsia="en-GB"/>
              </w:rPr>
            </w:pPr>
          </w:p>
        </w:tc>
      </w:tr>
    </w:tbl>
    <w:p w14:paraId="618F775E" w14:textId="77777777" w:rsidR="00DE0130" w:rsidRPr="0021769E" w:rsidRDefault="00DE0130" w:rsidP="00DE0130">
      <w:pPr>
        <w:spacing w:before="100" w:beforeAutospacing="1" w:after="100" w:afterAutospacing="1" w:line="240" w:lineRule="auto"/>
        <w:outlineLvl w:val="0"/>
        <w:rPr>
          <w:rFonts w:ascii="Cairo" w:eastAsia="Times New Roman" w:hAnsi="Cairo" w:cs="Cairo"/>
          <w:b/>
          <w:bCs/>
          <w:kern w:val="36"/>
          <w:sz w:val="48"/>
          <w:szCs w:val="48"/>
          <w:lang w:val="en-GB" w:eastAsia="en-GB"/>
        </w:rPr>
      </w:pPr>
      <w:bookmarkStart w:id="47" w:name="_Toc225265391"/>
      <w:r w:rsidRPr="0021769E">
        <w:rPr>
          <w:rFonts w:ascii="Cairo" w:eastAsia="Times New Roman" w:hAnsi="Cairo" w:cs="Cairo"/>
          <w:b/>
          <w:bCs/>
          <w:kern w:val="36"/>
          <w:sz w:val="48"/>
          <w:szCs w:val="48"/>
          <w:lang w:val="en-GB" w:eastAsia="en-GB"/>
        </w:rPr>
        <w:lastRenderedPageBreak/>
        <w:t>7. Payment Terms</w:t>
      </w:r>
      <w:bookmarkEnd w:id="47"/>
    </w:p>
    <w:p w14:paraId="57E348A8" w14:textId="77777777" w:rsidR="00DE0130" w:rsidRPr="00741E8D" w:rsidRDefault="00DE0130" w:rsidP="00DE0130">
      <w:pPr>
        <w:spacing w:before="100" w:beforeAutospacing="1" w:after="100" w:afterAutospacing="1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  <w:r w:rsidRPr="0021769E">
        <w:rPr>
          <w:rFonts w:ascii="Cairo" w:eastAsia="Times New Roman" w:hAnsi="Cairo" w:cs="Cairo"/>
          <w:sz w:val="24"/>
          <w:szCs w:val="24"/>
          <w:lang w:val="en-GB" w:eastAsia="en-GB"/>
        </w:rPr>
        <w:t>Proposed payment schedule: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15"/>
        <w:gridCol w:w="4315"/>
      </w:tblGrid>
      <w:tr w:rsidR="00DE0130" w:rsidRPr="00741E8D" w14:paraId="6BC5CAD6" w14:textId="77777777" w:rsidTr="00CC2960">
        <w:tc>
          <w:tcPr>
            <w:tcW w:w="4315" w:type="dxa"/>
            <w:shd w:val="clear" w:color="auto" w:fill="7030A0"/>
          </w:tcPr>
          <w:p w14:paraId="45674A5E" w14:textId="77777777" w:rsidR="00DE0130" w:rsidRPr="00741E8D" w:rsidRDefault="00DE0130" w:rsidP="00CC2960">
            <w:pPr>
              <w:spacing w:before="100" w:beforeAutospacing="1" w:after="100" w:afterAutospacing="1"/>
              <w:rPr>
                <w:rFonts w:ascii="Cairo" w:eastAsia="Times New Roman" w:hAnsi="Cairo" w:cs="Cairo"/>
                <w:b/>
                <w:bCs/>
                <w:color w:val="FFFFFF" w:themeColor="background1"/>
                <w:sz w:val="24"/>
                <w:szCs w:val="24"/>
                <w:lang w:val="en-GB" w:eastAsia="en-GB"/>
              </w:rPr>
            </w:pPr>
            <w:r w:rsidRPr="00741E8D">
              <w:rPr>
                <w:rFonts w:ascii="Cairo" w:hAnsi="Cairo" w:cs="Cairo"/>
                <w:b/>
                <w:bCs/>
                <w:color w:val="FFFFFF" w:themeColor="background1"/>
                <w:sz w:val="24"/>
                <w:szCs w:val="24"/>
              </w:rPr>
              <w:t>Milestone</w:t>
            </w:r>
          </w:p>
        </w:tc>
        <w:tc>
          <w:tcPr>
            <w:tcW w:w="4315" w:type="dxa"/>
            <w:shd w:val="clear" w:color="auto" w:fill="7030A0"/>
          </w:tcPr>
          <w:p w14:paraId="269CE339" w14:textId="77777777" w:rsidR="00DE0130" w:rsidRPr="00741E8D" w:rsidRDefault="00DE0130" w:rsidP="00CC2960">
            <w:pPr>
              <w:spacing w:before="100" w:beforeAutospacing="1" w:after="100" w:afterAutospacing="1"/>
              <w:jc w:val="center"/>
              <w:rPr>
                <w:rFonts w:ascii="Cairo" w:eastAsia="Times New Roman" w:hAnsi="Cairo" w:cs="Cairo"/>
                <w:b/>
                <w:bCs/>
                <w:color w:val="FFFFFF" w:themeColor="background1"/>
                <w:sz w:val="24"/>
                <w:szCs w:val="24"/>
                <w:lang w:val="en-GB" w:eastAsia="en-GB"/>
              </w:rPr>
            </w:pPr>
            <w:r w:rsidRPr="00741E8D">
              <w:rPr>
                <w:rFonts w:ascii="Cairo" w:hAnsi="Cairo" w:cs="Cairo"/>
                <w:b/>
                <w:bCs/>
                <w:color w:val="FFFFFF" w:themeColor="background1"/>
                <w:sz w:val="24"/>
                <w:szCs w:val="24"/>
              </w:rPr>
              <w:t>Payment Percentage</w:t>
            </w:r>
          </w:p>
        </w:tc>
      </w:tr>
      <w:tr w:rsidR="00DE0130" w:rsidRPr="00741E8D" w14:paraId="297CE7FD" w14:textId="77777777" w:rsidTr="00CC2960">
        <w:tc>
          <w:tcPr>
            <w:tcW w:w="4315" w:type="dxa"/>
          </w:tcPr>
          <w:p w14:paraId="1E035860" w14:textId="77777777" w:rsidR="00DE0130" w:rsidRPr="00741E8D" w:rsidRDefault="00DE0130" w:rsidP="00CC2960">
            <w:pPr>
              <w:spacing w:before="100" w:beforeAutospacing="1" w:after="100" w:afterAutospacing="1"/>
              <w:rPr>
                <w:rFonts w:ascii="Cairo" w:eastAsia="Times New Roman" w:hAnsi="Cairo" w:cs="Cairo"/>
                <w:b/>
                <w:bCs/>
                <w:sz w:val="24"/>
                <w:szCs w:val="24"/>
                <w:lang w:val="en-GB" w:eastAsia="en-GB"/>
              </w:rPr>
            </w:pPr>
            <w:r w:rsidRPr="00741E8D">
              <w:rPr>
                <w:rFonts w:ascii="Cairo" w:hAnsi="Cairo" w:cs="Cairo"/>
                <w:b/>
                <w:bCs/>
              </w:rPr>
              <w:t>Contract Signing</w:t>
            </w:r>
          </w:p>
        </w:tc>
        <w:tc>
          <w:tcPr>
            <w:tcW w:w="4315" w:type="dxa"/>
          </w:tcPr>
          <w:p w14:paraId="01620C42" w14:textId="77777777" w:rsidR="00DE0130" w:rsidRPr="00741E8D" w:rsidRDefault="00DE0130" w:rsidP="00CC2960">
            <w:pPr>
              <w:spacing w:before="100" w:beforeAutospacing="1" w:after="100" w:afterAutospacing="1"/>
              <w:rPr>
                <w:rFonts w:ascii="Cairo" w:eastAsia="Times New Roman" w:hAnsi="Cairo" w:cs="Cairo"/>
                <w:b/>
                <w:bCs/>
                <w:sz w:val="24"/>
                <w:szCs w:val="24"/>
                <w:lang w:val="en-GB" w:eastAsia="en-GB"/>
              </w:rPr>
            </w:pPr>
          </w:p>
        </w:tc>
      </w:tr>
      <w:tr w:rsidR="00DE0130" w:rsidRPr="00741E8D" w14:paraId="6589E9F4" w14:textId="77777777" w:rsidTr="00CC2960">
        <w:tc>
          <w:tcPr>
            <w:tcW w:w="4315" w:type="dxa"/>
          </w:tcPr>
          <w:p w14:paraId="37DCAE9A" w14:textId="77777777" w:rsidR="00DE0130" w:rsidRPr="00741E8D" w:rsidRDefault="00DE0130" w:rsidP="00CC2960">
            <w:pPr>
              <w:spacing w:before="100" w:beforeAutospacing="1" w:after="100" w:afterAutospacing="1"/>
              <w:rPr>
                <w:rFonts w:ascii="Cairo" w:eastAsia="Times New Roman" w:hAnsi="Cairo" w:cs="Cairo"/>
                <w:b/>
                <w:bCs/>
                <w:sz w:val="24"/>
                <w:szCs w:val="24"/>
                <w:lang w:val="en-GB" w:eastAsia="en-GB"/>
              </w:rPr>
            </w:pPr>
            <w:r w:rsidRPr="00741E8D">
              <w:rPr>
                <w:rFonts w:ascii="Cairo" w:hAnsi="Cairo" w:cs="Cairo"/>
                <w:b/>
                <w:bCs/>
              </w:rPr>
              <w:t>Completion of Fieldwork</w:t>
            </w:r>
          </w:p>
        </w:tc>
        <w:tc>
          <w:tcPr>
            <w:tcW w:w="4315" w:type="dxa"/>
          </w:tcPr>
          <w:p w14:paraId="2823192F" w14:textId="77777777" w:rsidR="00DE0130" w:rsidRPr="00741E8D" w:rsidRDefault="00DE0130" w:rsidP="00CC2960">
            <w:pPr>
              <w:spacing w:before="100" w:beforeAutospacing="1" w:after="100" w:afterAutospacing="1"/>
              <w:rPr>
                <w:rFonts w:ascii="Cairo" w:eastAsia="Times New Roman" w:hAnsi="Cairo" w:cs="Cairo"/>
                <w:b/>
                <w:bCs/>
                <w:sz w:val="24"/>
                <w:szCs w:val="24"/>
                <w:lang w:val="en-GB" w:eastAsia="en-GB"/>
              </w:rPr>
            </w:pPr>
          </w:p>
        </w:tc>
      </w:tr>
      <w:tr w:rsidR="00DE0130" w:rsidRPr="00741E8D" w14:paraId="527D31FB" w14:textId="77777777" w:rsidTr="00CC2960">
        <w:tc>
          <w:tcPr>
            <w:tcW w:w="4315" w:type="dxa"/>
          </w:tcPr>
          <w:p w14:paraId="76E11339" w14:textId="77777777" w:rsidR="00DE0130" w:rsidRPr="00741E8D" w:rsidRDefault="00DE0130" w:rsidP="00CC2960">
            <w:pPr>
              <w:spacing w:before="100" w:beforeAutospacing="1" w:after="100" w:afterAutospacing="1"/>
              <w:rPr>
                <w:rFonts w:ascii="Cairo" w:eastAsia="Times New Roman" w:hAnsi="Cairo" w:cs="Cairo"/>
                <w:b/>
                <w:bCs/>
                <w:sz w:val="24"/>
                <w:szCs w:val="24"/>
                <w:lang w:val="en-GB" w:eastAsia="en-GB"/>
              </w:rPr>
            </w:pPr>
            <w:r w:rsidRPr="00741E8D">
              <w:rPr>
                <w:rFonts w:ascii="Cairo" w:hAnsi="Cairo" w:cs="Cairo"/>
                <w:b/>
                <w:bCs/>
              </w:rPr>
              <w:t>Submission of Draft Audit Report</w:t>
            </w:r>
          </w:p>
        </w:tc>
        <w:tc>
          <w:tcPr>
            <w:tcW w:w="4315" w:type="dxa"/>
          </w:tcPr>
          <w:p w14:paraId="33AB6CE4" w14:textId="77777777" w:rsidR="00DE0130" w:rsidRPr="00741E8D" w:rsidRDefault="00DE0130" w:rsidP="00CC2960">
            <w:pPr>
              <w:spacing w:before="100" w:beforeAutospacing="1" w:after="100" w:afterAutospacing="1"/>
              <w:rPr>
                <w:rFonts w:ascii="Cairo" w:eastAsia="Times New Roman" w:hAnsi="Cairo" w:cs="Cairo"/>
                <w:b/>
                <w:bCs/>
                <w:sz w:val="24"/>
                <w:szCs w:val="24"/>
                <w:lang w:val="en-GB" w:eastAsia="en-GB"/>
              </w:rPr>
            </w:pPr>
          </w:p>
        </w:tc>
      </w:tr>
      <w:tr w:rsidR="00DE0130" w:rsidRPr="00741E8D" w14:paraId="17A8AF33" w14:textId="77777777" w:rsidTr="00CC2960">
        <w:tc>
          <w:tcPr>
            <w:tcW w:w="4315" w:type="dxa"/>
          </w:tcPr>
          <w:p w14:paraId="27F34B25" w14:textId="77777777" w:rsidR="00DE0130" w:rsidRPr="00741E8D" w:rsidRDefault="00DE0130" w:rsidP="00CC2960">
            <w:pPr>
              <w:spacing w:before="100" w:beforeAutospacing="1" w:after="100" w:afterAutospacing="1"/>
              <w:rPr>
                <w:rFonts w:ascii="Cairo" w:eastAsia="Times New Roman" w:hAnsi="Cairo" w:cs="Cairo"/>
                <w:b/>
                <w:bCs/>
                <w:sz w:val="24"/>
                <w:szCs w:val="24"/>
                <w:lang w:val="en-GB" w:eastAsia="en-GB"/>
              </w:rPr>
            </w:pPr>
            <w:r w:rsidRPr="00741E8D">
              <w:rPr>
                <w:rFonts w:ascii="Cairo" w:hAnsi="Cairo" w:cs="Cairo"/>
                <w:b/>
                <w:bCs/>
              </w:rPr>
              <w:t>Final Audit Report</w:t>
            </w:r>
          </w:p>
        </w:tc>
        <w:tc>
          <w:tcPr>
            <w:tcW w:w="4315" w:type="dxa"/>
          </w:tcPr>
          <w:p w14:paraId="3B967F91" w14:textId="77777777" w:rsidR="00DE0130" w:rsidRPr="00741E8D" w:rsidRDefault="00DE0130" w:rsidP="00CC2960">
            <w:pPr>
              <w:spacing w:before="100" w:beforeAutospacing="1" w:after="100" w:afterAutospacing="1"/>
              <w:rPr>
                <w:rFonts w:ascii="Cairo" w:eastAsia="Times New Roman" w:hAnsi="Cairo" w:cs="Cairo"/>
                <w:b/>
                <w:bCs/>
                <w:sz w:val="24"/>
                <w:szCs w:val="24"/>
                <w:lang w:val="en-GB" w:eastAsia="en-GB"/>
              </w:rPr>
            </w:pPr>
          </w:p>
        </w:tc>
      </w:tr>
    </w:tbl>
    <w:p w14:paraId="3D5602FB" w14:textId="77777777" w:rsidR="00DE0130" w:rsidRPr="0021769E" w:rsidRDefault="00DE0130" w:rsidP="00DE0130">
      <w:pPr>
        <w:spacing w:before="100" w:beforeAutospacing="1" w:after="100" w:afterAutospacing="1" w:line="240" w:lineRule="auto"/>
        <w:outlineLvl w:val="0"/>
        <w:rPr>
          <w:rFonts w:ascii="Cairo" w:eastAsia="Times New Roman" w:hAnsi="Cairo" w:cs="Cairo"/>
          <w:b/>
          <w:bCs/>
          <w:kern w:val="36"/>
          <w:sz w:val="48"/>
          <w:szCs w:val="48"/>
          <w:lang w:val="en-GB" w:eastAsia="en-GB"/>
        </w:rPr>
      </w:pPr>
      <w:bookmarkStart w:id="48" w:name="_Toc225265392"/>
      <w:r w:rsidRPr="0021769E">
        <w:rPr>
          <w:rFonts w:ascii="Cairo" w:eastAsia="Times New Roman" w:hAnsi="Cairo" w:cs="Cairo"/>
          <w:b/>
          <w:bCs/>
          <w:kern w:val="36"/>
          <w:sz w:val="48"/>
          <w:szCs w:val="48"/>
          <w:lang w:val="en-GB" w:eastAsia="en-GB"/>
        </w:rPr>
        <w:t>8. Financial Proposal Declaration</w:t>
      </w:r>
      <w:bookmarkEnd w:id="48"/>
    </w:p>
    <w:p w14:paraId="27BD2DA7" w14:textId="77777777" w:rsidR="00DE0130" w:rsidRPr="0021769E" w:rsidRDefault="00DE0130" w:rsidP="00DE0130">
      <w:pPr>
        <w:spacing w:before="100" w:beforeAutospacing="1" w:after="100" w:afterAutospacing="1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  <w:r w:rsidRPr="0021769E">
        <w:rPr>
          <w:rFonts w:ascii="Cairo" w:eastAsia="Times New Roman" w:hAnsi="Cairo" w:cs="Cairo"/>
          <w:sz w:val="24"/>
          <w:szCs w:val="24"/>
          <w:lang w:val="en-GB" w:eastAsia="en-GB"/>
        </w:rPr>
        <w:t>We confirm that:</w:t>
      </w:r>
    </w:p>
    <w:p w14:paraId="1F8D2AAC" w14:textId="77777777" w:rsidR="00DE0130" w:rsidRPr="0021769E" w:rsidRDefault="00DE0130" w:rsidP="00DE0130">
      <w:pPr>
        <w:spacing w:before="100" w:beforeAutospacing="1" w:after="100" w:afterAutospacing="1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  <w:r w:rsidRPr="0021769E">
        <w:rPr>
          <w:rFonts w:ascii="Cairo" w:eastAsia="Times New Roman" w:hAnsi="Cairo" w:cs="Cairo"/>
          <w:sz w:val="24"/>
          <w:szCs w:val="24"/>
          <w:lang w:val="en-GB" w:eastAsia="en-GB"/>
        </w:rPr>
        <w:t xml:space="preserve">• The above prices are </w:t>
      </w:r>
      <w:r w:rsidRPr="0021769E">
        <w:rPr>
          <w:rFonts w:ascii="Cairo" w:eastAsia="Times New Roman" w:hAnsi="Cairo" w:cs="Cairo"/>
          <w:b/>
          <w:bCs/>
          <w:sz w:val="24"/>
          <w:szCs w:val="24"/>
          <w:lang w:val="en-GB" w:eastAsia="en-GB"/>
        </w:rPr>
        <w:t>complete and accurate</w:t>
      </w:r>
      <w:r w:rsidRPr="0021769E">
        <w:rPr>
          <w:rFonts w:ascii="Cairo" w:eastAsia="Times New Roman" w:hAnsi="Cairo" w:cs="Cairo"/>
          <w:sz w:val="24"/>
          <w:szCs w:val="24"/>
          <w:lang w:val="en-GB" w:eastAsia="en-GB"/>
        </w:rPr>
        <w:t>.</w:t>
      </w:r>
      <w:r w:rsidRPr="0021769E">
        <w:rPr>
          <w:rFonts w:ascii="Cairo" w:eastAsia="Times New Roman" w:hAnsi="Cairo" w:cs="Cairo"/>
          <w:sz w:val="24"/>
          <w:szCs w:val="24"/>
          <w:lang w:val="en-GB" w:eastAsia="en-GB"/>
        </w:rPr>
        <w:br/>
        <w:t xml:space="preserve">• The financial proposal is valid for </w:t>
      </w:r>
      <w:r w:rsidRPr="0021769E">
        <w:rPr>
          <w:rFonts w:ascii="Cairo" w:eastAsia="Times New Roman" w:hAnsi="Cairo" w:cs="Cairo"/>
          <w:b/>
          <w:bCs/>
          <w:sz w:val="24"/>
          <w:szCs w:val="24"/>
          <w:lang w:val="en-GB" w:eastAsia="en-GB"/>
        </w:rPr>
        <w:t>90 days</w:t>
      </w:r>
      <w:r w:rsidRPr="0021769E">
        <w:rPr>
          <w:rFonts w:ascii="Cairo" w:eastAsia="Times New Roman" w:hAnsi="Cairo" w:cs="Cairo"/>
          <w:sz w:val="24"/>
          <w:szCs w:val="24"/>
          <w:lang w:val="en-GB" w:eastAsia="en-GB"/>
        </w:rPr>
        <w:t xml:space="preserve"> from the submission deadline.</w:t>
      </w:r>
      <w:r w:rsidRPr="0021769E">
        <w:rPr>
          <w:rFonts w:ascii="Cairo" w:eastAsia="Times New Roman" w:hAnsi="Cairo" w:cs="Cairo"/>
          <w:sz w:val="24"/>
          <w:szCs w:val="24"/>
          <w:lang w:val="en-GB" w:eastAsia="en-GB"/>
        </w:rPr>
        <w:br/>
        <w:t xml:space="preserve">• We understand that Human Appeal USA is </w:t>
      </w:r>
      <w:r w:rsidRPr="0021769E">
        <w:rPr>
          <w:rFonts w:ascii="Cairo" w:eastAsia="Times New Roman" w:hAnsi="Cairo" w:cs="Cairo"/>
          <w:b/>
          <w:bCs/>
          <w:sz w:val="24"/>
          <w:szCs w:val="24"/>
          <w:lang w:val="en-GB" w:eastAsia="en-GB"/>
        </w:rPr>
        <w:t>not obligated to accept the lowest bid</w:t>
      </w:r>
      <w:r w:rsidRPr="0021769E">
        <w:rPr>
          <w:rFonts w:ascii="Cairo" w:eastAsia="Times New Roman" w:hAnsi="Cairo" w:cs="Cairo"/>
          <w:sz w:val="24"/>
          <w:szCs w:val="24"/>
          <w:lang w:val="en-GB" w:eastAsia="en-GB"/>
        </w:rPr>
        <w:t>.</w:t>
      </w:r>
    </w:p>
    <w:p w14:paraId="05AADB82" w14:textId="77777777" w:rsidR="00DE0130" w:rsidRPr="0021769E" w:rsidRDefault="00DE0130" w:rsidP="00DE0130">
      <w:pPr>
        <w:spacing w:before="100" w:beforeAutospacing="1" w:after="100" w:afterAutospacing="1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  <w:r w:rsidRPr="0021769E">
        <w:rPr>
          <w:rFonts w:ascii="Cairo" w:eastAsia="Times New Roman" w:hAnsi="Cairo" w:cs="Cairo"/>
          <w:sz w:val="24"/>
          <w:szCs w:val="24"/>
          <w:lang w:val="en-GB" w:eastAsia="en-GB"/>
        </w:rPr>
        <w:t>Authorized Representative</w:t>
      </w:r>
    </w:p>
    <w:p w14:paraId="06B3C799" w14:textId="77777777" w:rsidR="00DE0130" w:rsidRPr="0021769E" w:rsidRDefault="00DE0130" w:rsidP="00DE0130">
      <w:pPr>
        <w:spacing w:after="120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  <w:r w:rsidRPr="0021769E">
        <w:rPr>
          <w:rFonts w:ascii="Cairo" w:eastAsia="Times New Roman" w:hAnsi="Cairo" w:cs="Cairo"/>
          <w:sz w:val="24"/>
          <w:szCs w:val="24"/>
          <w:lang w:val="en-GB" w:eastAsia="en-GB"/>
        </w:rPr>
        <w:t>Name: __________________________</w:t>
      </w:r>
    </w:p>
    <w:p w14:paraId="39FCE2FE" w14:textId="77777777" w:rsidR="00DE0130" w:rsidRPr="0021769E" w:rsidRDefault="00DE0130" w:rsidP="00DE0130">
      <w:pPr>
        <w:spacing w:after="120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  <w:r w:rsidRPr="0021769E">
        <w:rPr>
          <w:rFonts w:ascii="Cairo" w:eastAsia="Times New Roman" w:hAnsi="Cairo" w:cs="Cairo"/>
          <w:sz w:val="24"/>
          <w:szCs w:val="24"/>
          <w:lang w:val="en-GB" w:eastAsia="en-GB"/>
        </w:rPr>
        <w:t>Title: __________________________</w:t>
      </w:r>
    </w:p>
    <w:p w14:paraId="359CFCC5" w14:textId="77777777" w:rsidR="00DE0130" w:rsidRPr="0021769E" w:rsidRDefault="00DE0130" w:rsidP="00DE0130">
      <w:pPr>
        <w:spacing w:after="120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  <w:r w:rsidRPr="0021769E">
        <w:rPr>
          <w:rFonts w:ascii="Cairo" w:eastAsia="Times New Roman" w:hAnsi="Cairo" w:cs="Cairo"/>
          <w:sz w:val="24"/>
          <w:szCs w:val="24"/>
          <w:lang w:val="en-GB" w:eastAsia="en-GB"/>
        </w:rPr>
        <w:t>Signature: __________________________</w:t>
      </w:r>
    </w:p>
    <w:p w14:paraId="6299EAE1" w14:textId="77777777" w:rsidR="00DE0130" w:rsidRPr="0021769E" w:rsidRDefault="00DE0130" w:rsidP="00DE0130">
      <w:pPr>
        <w:spacing w:after="120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  <w:r w:rsidRPr="0021769E">
        <w:rPr>
          <w:rFonts w:ascii="Cairo" w:eastAsia="Times New Roman" w:hAnsi="Cairo" w:cs="Cairo"/>
          <w:sz w:val="24"/>
          <w:szCs w:val="24"/>
          <w:lang w:val="en-GB" w:eastAsia="en-GB"/>
        </w:rPr>
        <w:t>Date: __________________________</w:t>
      </w:r>
      <w:r w:rsidRPr="00741E8D">
        <w:rPr>
          <w:rFonts w:ascii="Cairo" w:eastAsia="Times New Roman" w:hAnsi="Cairo" w:cs="Cairo"/>
          <w:sz w:val="24"/>
          <w:szCs w:val="24"/>
          <w:lang w:val="en-GB" w:eastAsia="en-GB"/>
        </w:rPr>
        <w:t xml:space="preserve">  | </w:t>
      </w:r>
      <w:r w:rsidRPr="0021769E">
        <w:rPr>
          <w:rFonts w:ascii="Cairo" w:eastAsia="Times New Roman" w:hAnsi="Cairo" w:cs="Cairo"/>
          <w:sz w:val="24"/>
          <w:szCs w:val="24"/>
          <w:lang w:val="en-GB" w:eastAsia="en-GB"/>
        </w:rPr>
        <w:t>Company Stamp (if applicable)</w:t>
      </w:r>
    </w:p>
    <w:p w14:paraId="45D4A75C" w14:textId="77777777" w:rsidR="00DE0130" w:rsidRPr="00741E8D" w:rsidRDefault="00DE0130" w:rsidP="00DE0130">
      <w:pPr>
        <w:rPr>
          <w:rFonts w:ascii="Cairo" w:hAnsi="Cairo" w:cs="Cairo"/>
          <w:lang w:val="en-GB"/>
        </w:rPr>
      </w:pPr>
    </w:p>
    <w:p w14:paraId="34D93F76" w14:textId="46A5F6BD" w:rsidR="00DE0130" w:rsidRDefault="00DE0130">
      <w:pPr>
        <w:rPr>
          <w:rFonts w:ascii="Cairo" w:hAnsi="Cairo" w:cs="Cairo"/>
          <w:b/>
          <w:bCs/>
          <w:sz w:val="32"/>
          <w:szCs w:val="32"/>
          <w:lang w:val="en-GB"/>
        </w:rPr>
      </w:pPr>
      <w:r>
        <w:rPr>
          <w:rFonts w:ascii="Cairo" w:hAnsi="Cairo" w:cs="Cairo"/>
          <w:b/>
          <w:bCs/>
          <w:sz w:val="32"/>
          <w:szCs w:val="32"/>
          <w:lang w:val="en-GB"/>
        </w:rPr>
        <w:br w:type="page"/>
      </w:r>
    </w:p>
    <w:p w14:paraId="67F78314" w14:textId="48262384" w:rsidR="003424AE" w:rsidRDefault="00DE0130" w:rsidP="00424D15">
      <w:pPr>
        <w:pStyle w:val="Heading1"/>
        <w:rPr>
          <w:lang w:val="en-GB"/>
        </w:rPr>
      </w:pPr>
      <w:bookmarkStart w:id="49" w:name="_Toc225265393"/>
      <w:r w:rsidRPr="00424D15">
        <w:rPr>
          <w:highlight w:val="yellow"/>
          <w:lang w:val="en-GB"/>
        </w:rPr>
        <w:lastRenderedPageBreak/>
        <w:t>APPENDIX C</w:t>
      </w:r>
      <w:r w:rsidR="00614FCB" w:rsidRPr="00424D15">
        <w:rPr>
          <w:highlight w:val="yellow"/>
          <w:lang w:val="en-GB"/>
        </w:rPr>
        <w:t xml:space="preserve"> - </w:t>
      </w:r>
      <w:r w:rsidR="00424D15" w:rsidRPr="00424D15">
        <w:rPr>
          <w:highlight w:val="yellow"/>
          <w:lang w:val="en-GB"/>
        </w:rPr>
        <w:t>Audit Independence Questionnaire (Conflict Of Interest)</w:t>
      </w:r>
      <w:bookmarkEnd w:id="49"/>
    </w:p>
    <w:p w14:paraId="6276936F" w14:textId="77777777" w:rsidR="00922571" w:rsidRPr="00FA7D5B" w:rsidRDefault="00922571" w:rsidP="00922571">
      <w:pPr>
        <w:rPr>
          <w:rFonts w:ascii="Cairo" w:hAnsi="Cairo" w:cs="Cairo"/>
          <w:lang w:val="en-GB"/>
        </w:rPr>
      </w:pPr>
      <w:r w:rsidRPr="00FA7D5B">
        <w:rPr>
          <w:rFonts w:ascii="Cairo" w:hAnsi="Cairo" w:cs="Cairo"/>
          <w:lang w:val="en-GB"/>
        </w:rPr>
        <w:t xml:space="preserve">This questionnaire ensures the auditor meets </w:t>
      </w:r>
      <w:r w:rsidRPr="00FA7D5B">
        <w:rPr>
          <w:rFonts w:ascii="Cairo" w:hAnsi="Cairo" w:cs="Cairo"/>
          <w:b/>
          <w:bCs/>
          <w:lang w:val="en-GB"/>
        </w:rPr>
        <w:t>independence standards required by professional accounting bodies</w:t>
      </w:r>
      <w:r w:rsidRPr="00FA7D5B">
        <w:rPr>
          <w:rFonts w:ascii="Cairo" w:hAnsi="Cairo" w:cs="Cairo"/>
          <w:lang w:val="en-GB"/>
        </w:rPr>
        <w:t>.</w:t>
      </w:r>
    </w:p>
    <w:p w14:paraId="7A02F8AA" w14:textId="77777777" w:rsidR="00922571" w:rsidRPr="00FA7D5B" w:rsidRDefault="00922571" w:rsidP="00922571">
      <w:pPr>
        <w:jc w:val="center"/>
        <w:rPr>
          <w:rFonts w:ascii="Cairo" w:hAnsi="Cairo" w:cs="Cairo"/>
          <w:b/>
          <w:bCs/>
          <w:sz w:val="32"/>
          <w:szCs w:val="32"/>
          <w:lang w:val="en-GB"/>
        </w:rPr>
      </w:pPr>
      <w:r w:rsidRPr="00FA7D5B">
        <w:rPr>
          <w:rFonts w:ascii="Cairo" w:hAnsi="Cairo" w:cs="Cairo"/>
          <w:b/>
          <w:bCs/>
          <w:sz w:val="32"/>
          <w:szCs w:val="32"/>
          <w:lang w:val="en-GB"/>
        </w:rPr>
        <w:t>Audit Independence Questionnaire</w:t>
      </w:r>
    </w:p>
    <w:p w14:paraId="5F0A8ED0" w14:textId="77777777" w:rsidR="00922571" w:rsidRPr="00FA7D5B" w:rsidRDefault="00922571" w:rsidP="00922571">
      <w:pPr>
        <w:rPr>
          <w:rFonts w:ascii="Cairo" w:hAnsi="Cairo" w:cs="Cairo"/>
          <w:lang w:val="en-GB"/>
        </w:rPr>
      </w:pPr>
      <w:r w:rsidRPr="00FA7D5B">
        <w:rPr>
          <w:rFonts w:ascii="Cairo" w:hAnsi="Cairo" w:cs="Cairo"/>
          <w:lang w:val="en-GB"/>
        </w:rPr>
        <w:t>Firm Name: __________________</w:t>
      </w:r>
    </w:p>
    <w:p w14:paraId="3315A18C" w14:textId="77777777" w:rsidR="00922571" w:rsidRPr="00FA7D5B" w:rsidRDefault="00922571" w:rsidP="00922571">
      <w:pPr>
        <w:rPr>
          <w:rFonts w:ascii="Cairo" w:hAnsi="Cairo" w:cs="Cairo"/>
          <w:lang w:val="en-GB"/>
        </w:rPr>
      </w:pPr>
      <w:r w:rsidRPr="00FA7D5B">
        <w:rPr>
          <w:rFonts w:ascii="Cairo" w:hAnsi="Cairo" w:cs="Cairo"/>
          <w:lang w:val="en-GB"/>
        </w:rPr>
        <w:t>Engagement: External Audit – Human Appeal USA</w:t>
      </w:r>
    </w:p>
    <w:p w14:paraId="5FE3457C" w14:textId="77777777" w:rsidR="00922571" w:rsidRPr="00FA7D5B" w:rsidRDefault="00922571" w:rsidP="00922571">
      <w:pPr>
        <w:rPr>
          <w:rFonts w:ascii="Cairo" w:hAnsi="Cairo" w:cs="Cairo"/>
          <w:lang w:val="en-GB"/>
        </w:rPr>
      </w:pPr>
      <w:r w:rsidRPr="00FA7D5B">
        <w:rPr>
          <w:rFonts w:ascii="Cairo" w:hAnsi="Cairo" w:cs="Cairo"/>
          <w:lang w:val="en-GB"/>
        </w:rPr>
        <w:t>Completion Date: __________________</w:t>
      </w:r>
    </w:p>
    <w:p w14:paraId="2CED86C8" w14:textId="77777777" w:rsidR="00922571" w:rsidRPr="00FA7D5B" w:rsidRDefault="00922571" w:rsidP="00922571">
      <w:pPr>
        <w:rPr>
          <w:rFonts w:ascii="Cairo" w:hAnsi="Cairo" w:cs="Cairo"/>
          <w:lang w:val="en-GB"/>
        </w:rPr>
      </w:pPr>
    </w:p>
    <w:p w14:paraId="2F586D3D" w14:textId="77777777" w:rsidR="00922571" w:rsidRPr="00FA7D5B" w:rsidRDefault="00922571" w:rsidP="00922571">
      <w:pPr>
        <w:shd w:val="clear" w:color="auto" w:fill="7030A0"/>
        <w:rPr>
          <w:rFonts w:ascii="Cairo" w:hAnsi="Cairo" w:cs="Cairo"/>
          <w:b/>
          <w:bCs/>
          <w:color w:val="FFFFFF" w:themeColor="background1"/>
          <w:lang w:val="en-GB"/>
        </w:rPr>
      </w:pPr>
      <w:r w:rsidRPr="00FA7D5B">
        <w:rPr>
          <w:rFonts w:ascii="Cairo" w:hAnsi="Cairo" w:cs="Cairo"/>
          <w:b/>
          <w:bCs/>
          <w:color w:val="FFFFFF" w:themeColor="background1"/>
          <w:lang w:val="en-GB"/>
        </w:rPr>
        <w:t>Section 1 – Financial Relationships</w:t>
      </w:r>
    </w:p>
    <w:p w14:paraId="6E639B0B" w14:textId="77777777" w:rsidR="00922571" w:rsidRPr="00FA7D5B" w:rsidRDefault="00922571" w:rsidP="00922571">
      <w:pPr>
        <w:numPr>
          <w:ilvl w:val="0"/>
          <w:numId w:val="70"/>
        </w:numPr>
        <w:rPr>
          <w:rFonts w:ascii="Cairo" w:hAnsi="Cairo" w:cs="Cairo"/>
          <w:b/>
          <w:bCs/>
          <w:lang w:val="en-GB"/>
        </w:rPr>
      </w:pPr>
      <w:r w:rsidRPr="00FA7D5B">
        <w:rPr>
          <w:rFonts w:ascii="Cairo" w:hAnsi="Cairo" w:cs="Cairo"/>
          <w:b/>
          <w:bCs/>
          <w:lang w:val="en-GB"/>
        </w:rPr>
        <w:t>Does the firm or any partner have a financial interest in Human Appeal USA?</w:t>
      </w:r>
    </w:p>
    <w:p w14:paraId="7E3FE5AF" w14:textId="77777777" w:rsidR="00922571" w:rsidRPr="00C93E6F" w:rsidRDefault="00922571" w:rsidP="00922571">
      <w:pPr>
        <w:rPr>
          <w:rFonts w:ascii="Segoe UI Symbol" w:hAnsi="Segoe UI Symbol" w:cs="Segoe UI Symbol"/>
          <w:lang w:val="en-GB"/>
        </w:rPr>
      </w:pPr>
      <w:r w:rsidRPr="00C93E6F">
        <w:rPr>
          <w:rFonts w:ascii="Segoe UI Symbol" w:hAnsi="Segoe UI Symbol" w:cs="Segoe UI Symbol"/>
          <w:lang w:val="en-GB"/>
        </w:rPr>
        <w:t>☐ Yes</w:t>
      </w:r>
    </w:p>
    <w:p w14:paraId="745B71F7" w14:textId="77777777" w:rsidR="00922571" w:rsidRDefault="00922571" w:rsidP="00922571">
      <w:pPr>
        <w:rPr>
          <w:rFonts w:ascii="Segoe UI Symbol" w:hAnsi="Segoe UI Symbol" w:cs="Segoe UI Symbol"/>
          <w:lang w:val="en-GB"/>
        </w:rPr>
      </w:pPr>
      <w:r w:rsidRPr="00C93E6F">
        <w:rPr>
          <w:rFonts w:ascii="Segoe UI Symbol" w:hAnsi="Segoe UI Symbol" w:cs="Segoe UI Symbol"/>
          <w:lang w:val="en-GB"/>
        </w:rPr>
        <w:t>☐ No</w:t>
      </w:r>
    </w:p>
    <w:p w14:paraId="7330199F" w14:textId="77777777" w:rsidR="00922571" w:rsidRPr="00FA7D5B" w:rsidRDefault="00922571" w:rsidP="00922571">
      <w:pPr>
        <w:rPr>
          <w:rFonts w:ascii="Cairo" w:hAnsi="Cairo" w:cs="Cairo"/>
          <w:lang w:val="en-GB"/>
        </w:rPr>
      </w:pPr>
      <w:r w:rsidRPr="00FA7D5B">
        <w:rPr>
          <w:rFonts w:ascii="Cairo" w:hAnsi="Cairo" w:cs="Cairo"/>
          <w:lang w:val="en-GB"/>
        </w:rPr>
        <w:t>If yes, provide details.</w:t>
      </w:r>
    </w:p>
    <w:p w14:paraId="1753E392" w14:textId="77777777" w:rsidR="00922571" w:rsidRPr="00FA7D5B" w:rsidRDefault="00922571" w:rsidP="00922571">
      <w:pPr>
        <w:rPr>
          <w:rFonts w:ascii="Cairo" w:hAnsi="Cairo" w:cs="Cairo"/>
          <w:lang w:val="en-GB"/>
        </w:rPr>
      </w:pPr>
    </w:p>
    <w:p w14:paraId="084E26CB" w14:textId="77777777" w:rsidR="00922571" w:rsidRPr="00FA7D5B" w:rsidRDefault="00922571" w:rsidP="00922571">
      <w:pPr>
        <w:numPr>
          <w:ilvl w:val="0"/>
          <w:numId w:val="71"/>
        </w:numPr>
        <w:rPr>
          <w:rFonts w:ascii="Cairo" w:hAnsi="Cairo" w:cs="Cairo"/>
          <w:b/>
          <w:bCs/>
          <w:lang w:val="en-GB"/>
        </w:rPr>
      </w:pPr>
      <w:r w:rsidRPr="00FA7D5B">
        <w:rPr>
          <w:rFonts w:ascii="Cairo" w:hAnsi="Cairo" w:cs="Cairo"/>
          <w:b/>
          <w:bCs/>
          <w:lang w:val="en-GB"/>
        </w:rPr>
        <w:t>Does the firm provide any other paid services to Human Appeal USA?</w:t>
      </w:r>
    </w:p>
    <w:p w14:paraId="3932E98D" w14:textId="77777777" w:rsidR="00922571" w:rsidRPr="00C93E6F" w:rsidRDefault="00922571" w:rsidP="00922571">
      <w:pPr>
        <w:rPr>
          <w:rFonts w:ascii="Segoe UI Symbol" w:hAnsi="Segoe UI Symbol" w:cs="Segoe UI Symbol"/>
          <w:lang w:val="en-GB"/>
        </w:rPr>
      </w:pPr>
      <w:r w:rsidRPr="00C93E6F">
        <w:rPr>
          <w:rFonts w:ascii="Segoe UI Symbol" w:hAnsi="Segoe UI Symbol" w:cs="Segoe UI Symbol"/>
          <w:lang w:val="en-GB"/>
        </w:rPr>
        <w:t>☐ Yes</w:t>
      </w:r>
    </w:p>
    <w:p w14:paraId="71369BB7" w14:textId="77777777" w:rsidR="00922571" w:rsidRDefault="00922571" w:rsidP="00922571">
      <w:pPr>
        <w:rPr>
          <w:rFonts w:ascii="Segoe UI Symbol" w:hAnsi="Segoe UI Symbol" w:cs="Segoe UI Symbol"/>
          <w:lang w:val="en-GB"/>
        </w:rPr>
      </w:pPr>
      <w:r w:rsidRPr="00C93E6F">
        <w:rPr>
          <w:rFonts w:ascii="Segoe UI Symbol" w:hAnsi="Segoe UI Symbol" w:cs="Segoe UI Symbol"/>
          <w:lang w:val="en-GB"/>
        </w:rPr>
        <w:t>☐ No</w:t>
      </w:r>
    </w:p>
    <w:p w14:paraId="57009EFC" w14:textId="77777777" w:rsidR="00922571" w:rsidRPr="00FA7D5B" w:rsidRDefault="00922571" w:rsidP="00922571">
      <w:pPr>
        <w:rPr>
          <w:rFonts w:ascii="Cairo" w:hAnsi="Cairo" w:cs="Cairo"/>
          <w:lang w:val="en-GB"/>
        </w:rPr>
      </w:pPr>
      <w:r w:rsidRPr="00FA7D5B">
        <w:rPr>
          <w:rFonts w:ascii="Cairo" w:hAnsi="Cairo" w:cs="Cairo"/>
          <w:lang w:val="en-GB"/>
        </w:rPr>
        <w:t>If yes, describe services.</w:t>
      </w:r>
    </w:p>
    <w:p w14:paraId="4DE00BC7" w14:textId="77777777" w:rsidR="00922571" w:rsidRPr="00FA7D5B" w:rsidRDefault="00922571" w:rsidP="00922571">
      <w:pPr>
        <w:rPr>
          <w:rFonts w:ascii="Cairo" w:hAnsi="Cairo" w:cs="Cairo"/>
          <w:lang w:val="en-GB"/>
        </w:rPr>
      </w:pPr>
    </w:p>
    <w:p w14:paraId="2730B027" w14:textId="77777777" w:rsidR="00922571" w:rsidRPr="00FA7D5B" w:rsidRDefault="00922571" w:rsidP="00922571">
      <w:pPr>
        <w:shd w:val="clear" w:color="auto" w:fill="7030A0"/>
        <w:rPr>
          <w:rFonts w:ascii="Cairo" w:hAnsi="Cairo" w:cs="Cairo"/>
          <w:b/>
          <w:bCs/>
          <w:color w:val="FFFFFF" w:themeColor="background1"/>
          <w:lang w:val="en-GB"/>
        </w:rPr>
      </w:pPr>
      <w:r w:rsidRPr="00FA7D5B">
        <w:rPr>
          <w:rFonts w:ascii="Cairo" w:hAnsi="Cairo" w:cs="Cairo"/>
          <w:b/>
          <w:bCs/>
          <w:color w:val="FFFFFF" w:themeColor="background1"/>
          <w:lang w:val="en-GB"/>
        </w:rPr>
        <w:t>Section 2 – Employment Relationships</w:t>
      </w:r>
    </w:p>
    <w:p w14:paraId="11E2A05D" w14:textId="77777777" w:rsidR="00922571" w:rsidRPr="00FA7D5B" w:rsidRDefault="00922571" w:rsidP="00922571">
      <w:pPr>
        <w:numPr>
          <w:ilvl w:val="0"/>
          <w:numId w:val="72"/>
        </w:numPr>
        <w:rPr>
          <w:rFonts w:ascii="Cairo" w:hAnsi="Cairo" w:cs="Cairo"/>
          <w:b/>
          <w:bCs/>
          <w:lang w:val="en-GB"/>
        </w:rPr>
      </w:pPr>
      <w:r w:rsidRPr="00FA7D5B">
        <w:rPr>
          <w:rFonts w:ascii="Cairo" w:hAnsi="Cairo" w:cs="Cairo"/>
          <w:b/>
          <w:bCs/>
          <w:lang w:val="en-GB"/>
        </w:rPr>
        <w:t>Has any partner or employee worked for Human Appeal USA in the last 3 years?</w:t>
      </w:r>
    </w:p>
    <w:p w14:paraId="3E2EBB3E" w14:textId="77777777" w:rsidR="00922571" w:rsidRPr="00FA7D5B" w:rsidRDefault="00922571" w:rsidP="00922571">
      <w:pPr>
        <w:rPr>
          <w:rFonts w:ascii="Cairo" w:hAnsi="Cairo" w:cs="Cairo"/>
          <w:lang w:val="en-GB"/>
        </w:rPr>
      </w:pPr>
      <w:r w:rsidRPr="00FA7D5B">
        <w:rPr>
          <w:rFonts w:ascii="Segoe UI Symbol" w:hAnsi="Segoe UI Symbol" w:cs="Segoe UI Symbol"/>
          <w:lang w:val="en-GB"/>
        </w:rPr>
        <w:lastRenderedPageBreak/>
        <w:t>☐</w:t>
      </w:r>
      <w:r w:rsidRPr="00FA7D5B">
        <w:rPr>
          <w:rFonts w:ascii="Cairo" w:hAnsi="Cairo" w:cs="Cairo"/>
          <w:lang w:val="en-GB"/>
        </w:rPr>
        <w:t xml:space="preserve"> Yes</w:t>
      </w:r>
      <w:r w:rsidRPr="00FA7D5B">
        <w:rPr>
          <w:rFonts w:ascii="Cairo" w:hAnsi="Cairo" w:cs="Cairo"/>
          <w:lang w:val="en-GB"/>
        </w:rPr>
        <w:br/>
      </w:r>
      <w:r w:rsidRPr="00FA7D5B">
        <w:rPr>
          <w:rFonts w:ascii="Segoe UI Symbol" w:hAnsi="Segoe UI Symbol" w:cs="Segoe UI Symbol"/>
          <w:lang w:val="en-GB"/>
        </w:rPr>
        <w:t>☐</w:t>
      </w:r>
      <w:r w:rsidRPr="00FA7D5B">
        <w:rPr>
          <w:rFonts w:ascii="Cairo" w:hAnsi="Cairo" w:cs="Cairo"/>
          <w:lang w:val="en-GB"/>
        </w:rPr>
        <w:t xml:space="preserve"> No</w:t>
      </w:r>
    </w:p>
    <w:p w14:paraId="21D220DA" w14:textId="77777777" w:rsidR="00922571" w:rsidRPr="00FA7D5B" w:rsidRDefault="00922571" w:rsidP="00922571">
      <w:pPr>
        <w:rPr>
          <w:rFonts w:ascii="Cairo" w:hAnsi="Cairo" w:cs="Cairo"/>
          <w:lang w:val="en-GB"/>
        </w:rPr>
      </w:pPr>
    </w:p>
    <w:p w14:paraId="1543112E" w14:textId="77777777" w:rsidR="00922571" w:rsidRPr="00FA7D5B" w:rsidRDefault="00922571" w:rsidP="00922571">
      <w:pPr>
        <w:numPr>
          <w:ilvl w:val="0"/>
          <w:numId w:val="73"/>
        </w:numPr>
        <w:rPr>
          <w:rFonts w:ascii="Cairo" w:hAnsi="Cairo" w:cs="Cairo"/>
          <w:b/>
          <w:bCs/>
          <w:lang w:val="en-GB"/>
        </w:rPr>
      </w:pPr>
      <w:r w:rsidRPr="00FA7D5B">
        <w:rPr>
          <w:rFonts w:ascii="Cairo" w:hAnsi="Cairo" w:cs="Cairo"/>
          <w:b/>
          <w:bCs/>
          <w:lang w:val="en-GB"/>
        </w:rPr>
        <w:t>Are any immediate family members employed by Human Appeal USA?</w:t>
      </w:r>
    </w:p>
    <w:p w14:paraId="48F6DE36" w14:textId="77777777" w:rsidR="00922571" w:rsidRPr="00C93E6F" w:rsidRDefault="00922571" w:rsidP="00922571">
      <w:pPr>
        <w:rPr>
          <w:rFonts w:ascii="Segoe UI Symbol" w:hAnsi="Segoe UI Symbol" w:cs="Segoe UI Symbol"/>
          <w:lang w:val="en-GB"/>
        </w:rPr>
      </w:pPr>
      <w:r w:rsidRPr="00C93E6F">
        <w:rPr>
          <w:rFonts w:ascii="Segoe UI Symbol" w:hAnsi="Segoe UI Symbol" w:cs="Segoe UI Symbol"/>
          <w:lang w:val="en-GB"/>
        </w:rPr>
        <w:t>☐ Yes</w:t>
      </w:r>
    </w:p>
    <w:p w14:paraId="41B7A8EA" w14:textId="77777777" w:rsidR="00922571" w:rsidRPr="00FA7D5B" w:rsidRDefault="00922571" w:rsidP="00922571">
      <w:pPr>
        <w:rPr>
          <w:rFonts w:ascii="Cairo" w:hAnsi="Cairo" w:cs="Cairo"/>
          <w:lang w:val="en-GB"/>
        </w:rPr>
      </w:pPr>
      <w:r w:rsidRPr="00C93E6F">
        <w:rPr>
          <w:rFonts w:ascii="Segoe UI Symbol" w:hAnsi="Segoe UI Symbol" w:cs="Segoe UI Symbol"/>
          <w:lang w:val="en-GB"/>
        </w:rPr>
        <w:t>☐ No</w:t>
      </w:r>
    </w:p>
    <w:p w14:paraId="3DD7F70B" w14:textId="77777777" w:rsidR="00922571" w:rsidRPr="00FA7D5B" w:rsidRDefault="00922571" w:rsidP="00922571">
      <w:pPr>
        <w:shd w:val="clear" w:color="auto" w:fill="7030A0"/>
        <w:rPr>
          <w:rFonts w:ascii="Cairo" w:hAnsi="Cairo" w:cs="Cairo"/>
          <w:b/>
          <w:bCs/>
          <w:color w:val="FFFFFF" w:themeColor="background1"/>
          <w:lang w:val="en-GB"/>
        </w:rPr>
      </w:pPr>
      <w:r w:rsidRPr="00FA7D5B">
        <w:rPr>
          <w:rFonts w:ascii="Cairo" w:hAnsi="Cairo" w:cs="Cairo"/>
          <w:b/>
          <w:bCs/>
          <w:color w:val="FFFFFF" w:themeColor="background1"/>
          <w:lang w:val="en-GB"/>
        </w:rPr>
        <w:t>Section 3 – Governance Relationships</w:t>
      </w:r>
    </w:p>
    <w:p w14:paraId="212D3944" w14:textId="77777777" w:rsidR="00922571" w:rsidRPr="00FA7D5B" w:rsidRDefault="00922571" w:rsidP="00922571">
      <w:pPr>
        <w:numPr>
          <w:ilvl w:val="0"/>
          <w:numId w:val="74"/>
        </w:numPr>
        <w:rPr>
          <w:rFonts w:ascii="Cairo" w:hAnsi="Cairo" w:cs="Cairo"/>
          <w:b/>
          <w:bCs/>
          <w:lang w:val="en-GB"/>
        </w:rPr>
      </w:pPr>
      <w:r w:rsidRPr="00FA7D5B">
        <w:rPr>
          <w:rFonts w:ascii="Cairo" w:hAnsi="Cairo" w:cs="Cairo"/>
          <w:b/>
          <w:bCs/>
          <w:lang w:val="en-GB"/>
        </w:rPr>
        <w:t>Does any partner</w:t>
      </w:r>
      <w:r>
        <w:rPr>
          <w:rFonts w:ascii="Cairo" w:hAnsi="Cairo" w:cs="Cairo"/>
          <w:b/>
          <w:bCs/>
          <w:lang w:val="en-GB"/>
        </w:rPr>
        <w:t>/employee</w:t>
      </w:r>
      <w:r w:rsidRPr="00FA7D5B">
        <w:rPr>
          <w:rFonts w:ascii="Cairo" w:hAnsi="Cairo" w:cs="Cairo"/>
          <w:b/>
          <w:bCs/>
          <w:lang w:val="en-GB"/>
        </w:rPr>
        <w:t xml:space="preserve"> serve </w:t>
      </w:r>
      <w:r>
        <w:rPr>
          <w:rFonts w:ascii="Cairo" w:hAnsi="Cairo" w:cs="Cairo"/>
          <w:b/>
          <w:bCs/>
          <w:lang w:val="en-GB"/>
        </w:rPr>
        <w:t xml:space="preserve">as Trustee </w:t>
      </w:r>
      <w:r w:rsidRPr="00FA7D5B">
        <w:rPr>
          <w:rFonts w:ascii="Cairo" w:hAnsi="Cairo" w:cs="Cairo"/>
          <w:b/>
          <w:bCs/>
          <w:lang w:val="en-GB"/>
        </w:rPr>
        <w:t>of Human Appeal USA?</w:t>
      </w:r>
    </w:p>
    <w:p w14:paraId="5EFA9821" w14:textId="77777777" w:rsidR="00922571" w:rsidRPr="00C93E6F" w:rsidRDefault="00922571" w:rsidP="00922571">
      <w:pPr>
        <w:rPr>
          <w:rFonts w:ascii="Segoe UI Symbol" w:hAnsi="Segoe UI Symbol" w:cs="Segoe UI Symbol"/>
          <w:lang w:val="en-GB"/>
        </w:rPr>
      </w:pPr>
      <w:r w:rsidRPr="00C93E6F">
        <w:rPr>
          <w:rFonts w:ascii="Segoe UI Symbol" w:hAnsi="Segoe UI Symbol" w:cs="Segoe UI Symbol"/>
          <w:lang w:val="en-GB"/>
        </w:rPr>
        <w:t>☐ Yes</w:t>
      </w:r>
    </w:p>
    <w:p w14:paraId="4EAB0D31" w14:textId="77777777" w:rsidR="00922571" w:rsidRPr="00FA7D5B" w:rsidRDefault="00922571" w:rsidP="00922571">
      <w:pPr>
        <w:rPr>
          <w:rFonts w:ascii="Cairo" w:hAnsi="Cairo" w:cs="Cairo"/>
          <w:lang w:val="en-GB"/>
        </w:rPr>
      </w:pPr>
      <w:r w:rsidRPr="00C93E6F">
        <w:rPr>
          <w:rFonts w:ascii="Segoe UI Symbol" w:hAnsi="Segoe UI Symbol" w:cs="Segoe UI Symbol"/>
          <w:lang w:val="en-GB"/>
        </w:rPr>
        <w:t>☐ No</w:t>
      </w:r>
    </w:p>
    <w:p w14:paraId="1325FD86" w14:textId="77777777" w:rsidR="00922571" w:rsidRPr="00FA7D5B" w:rsidRDefault="00922571" w:rsidP="00922571">
      <w:pPr>
        <w:numPr>
          <w:ilvl w:val="0"/>
          <w:numId w:val="75"/>
        </w:numPr>
        <w:rPr>
          <w:rFonts w:ascii="Cairo" w:hAnsi="Cairo" w:cs="Cairo"/>
          <w:b/>
          <w:bCs/>
          <w:lang w:val="en-GB"/>
        </w:rPr>
      </w:pPr>
      <w:r w:rsidRPr="00FA7D5B">
        <w:rPr>
          <w:rFonts w:ascii="Cairo" w:hAnsi="Cairo" w:cs="Cairo"/>
          <w:b/>
          <w:bCs/>
          <w:lang w:val="en-GB"/>
        </w:rPr>
        <w:t>Has the firm provided</w:t>
      </w:r>
      <w:r>
        <w:rPr>
          <w:rFonts w:ascii="Cairo" w:hAnsi="Cairo" w:cs="Cairo"/>
          <w:b/>
          <w:bCs/>
          <w:lang w:val="en-GB"/>
        </w:rPr>
        <w:t xml:space="preserve"> or still providing any</w:t>
      </w:r>
      <w:r w:rsidRPr="00FA7D5B">
        <w:rPr>
          <w:rFonts w:ascii="Cairo" w:hAnsi="Cairo" w:cs="Cairo"/>
          <w:b/>
          <w:bCs/>
          <w:lang w:val="en-GB"/>
        </w:rPr>
        <w:t xml:space="preserve"> consulting services </w:t>
      </w:r>
      <w:r>
        <w:rPr>
          <w:rFonts w:ascii="Cairo" w:hAnsi="Cairo" w:cs="Cairo"/>
          <w:b/>
          <w:bCs/>
          <w:lang w:val="en-GB"/>
        </w:rPr>
        <w:t>to Human Appeal which</w:t>
      </w:r>
      <w:r w:rsidRPr="00FA7D5B">
        <w:rPr>
          <w:rFonts w:ascii="Cairo" w:hAnsi="Cairo" w:cs="Cairo"/>
          <w:b/>
          <w:bCs/>
          <w:lang w:val="en-GB"/>
        </w:rPr>
        <w:t xml:space="preserve"> may impair </w:t>
      </w:r>
      <w:r>
        <w:rPr>
          <w:rFonts w:ascii="Cairo" w:hAnsi="Cairo" w:cs="Cairo"/>
          <w:b/>
          <w:bCs/>
          <w:lang w:val="en-GB"/>
        </w:rPr>
        <w:t xml:space="preserve">its </w:t>
      </w:r>
      <w:r w:rsidRPr="00FA7D5B">
        <w:rPr>
          <w:rFonts w:ascii="Cairo" w:hAnsi="Cairo" w:cs="Cairo"/>
          <w:b/>
          <w:bCs/>
          <w:lang w:val="en-GB"/>
        </w:rPr>
        <w:t>independence</w:t>
      </w:r>
      <w:r>
        <w:rPr>
          <w:rFonts w:ascii="Cairo" w:hAnsi="Cairo" w:cs="Cairo"/>
          <w:b/>
          <w:bCs/>
          <w:lang w:val="en-GB"/>
        </w:rPr>
        <w:t xml:space="preserve"> during the audit engagement</w:t>
      </w:r>
      <w:r w:rsidRPr="00FA7D5B">
        <w:rPr>
          <w:rFonts w:ascii="Cairo" w:hAnsi="Cairo" w:cs="Cairo"/>
          <w:b/>
          <w:bCs/>
          <w:lang w:val="en-GB"/>
        </w:rPr>
        <w:t>?</w:t>
      </w:r>
    </w:p>
    <w:p w14:paraId="337BC6A9" w14:textId="77777777" w:rsidR="00922571" w:rsidRPr="00C93E6F" w:rsidRDefault="00922571" w:rsidP="00922571">
      <w:pPr>
        <w:rPr>
          <w:rFonts w:ascii="Segoe UI Symbol" w:hAnsi="Segoe UI Symbol" w:cs="Segoe UI Symbol"/>
          <w:lang w:val="en-GB"/>
        </w:rPr>
      </w:pPr>
      <w:r w:rsidRPr="00C93E6F">
        <w:rPr>
          <w:rFonts w:ascii="Segoe UI Symbol" w:hAnsi="Segoe UI Symbol" w:cs="Segoe UI Symbol"/>
          <w:lang w:val="en-GB"/>
        </w:rPr>
        <w:t>☐ Yes</w:t>
      </w:r>
    </w:p>
    <w:p w14:paraId="2E811817" w14:textId="77777777" w:rsidR="00922571" w:rsidRPr="00FA7D5B" w:rsidRDefault="00922571" w:rsidP="00922571">
      <w:pPr>
        <w:rPr>
          <w:rFonts w:ascii="Cairo" w:hAnsi="Cairo" w:cs="Cairo"/>
          <w:lang w:val="en-GB"/>
        </w:rPr>
      </w:pPr>
      <w:r w:rsidRPr="00C93E6F">
        <w:rPr>
          <w:rFonts w:ascii="Segoe UI Symbol" w:hAnsi="Segoe UI Symbol" w:cs="Segoe UI Symbol"/>
          <w:lang w:val="en-GB"/>
        </w:rPr>
        <w:t>☐ No</w:t>
      </w:r>
    </w:p>
    <w:p w14:paraId="2985E3E7" w14:textId="77777777" w:rsidR="00922571" w:rsidRPr="00FA7D5B" w:rsidRDefault="00922571" w:rsidP="00922571">
      <w:pPr>
        <w:shd w:val="clear" w:color="auto" w:fill="7030A0"/>
        <w:rPr>
          <w:rFonts w:ascii="Cairo" w:hAnsi="Cairo" w:cs="Cairo"/>
          <w:b/>
          <w:bCs/>
          <w:color w:val="FFFFFF" w:themeColor="background1"/>
          <w:lang w:val="en-GB"/>
        </w:rPr>
      </w:pPr>
      <w:r w:rsidRPr="00FA7D5B">
        <w:rPr>
          <w:rFonts w:ascii="Cairo" w:hAnsi="Cairo" w:cs="Cairo"/>
          <w:b/>
          <w:bCs/>
          <w:color w:val="FFFFFF" w:themeColor="background1"/>
          <w:lang w:val="en-GB"/>
        </w:rPr>
        <w:t>Section 4 – Ethical Compliance</w:t>
      </w:r>
    </w:p>
    <w:p w14:paraId="1084DB94" w14:textId="77777777" w:rsidR="00922571" w:rsidRPr="00FA7D5B" w:rsidRDefault="00922571" w:rsidP="00922571">
      <w:pPr>
        <w:numPr>
          <w:ilvl w:val="0"/>
          <w:numId w:val="76"/>
        </w:numPr>
        <w:rPr>
          <w:rFonts w:ascii="Cairo" w:hAnsi="Cairo" w:cs="Cairo"/>
          <w:lang w:val="en-GB"/>
        </w:rPr>
      </w:pPr>
      <w:r w:rsidRPr="00FA7D5B">
        <w:rPr>
          <w:rFonts w:ascii="Cairo" w:hAnsi="Cairo" w:cs="Cairo"/>
          <w:lang w:val="en-GB"/>
        </w:rPr>
        <w:t>Has the firm</w:t>
      </w:r>
      <w:r>
        <w:rPr>
          <w:rFonts w:ascii="Cairo" w:hAnsi="Cairo" w:cs="Cairo"/>
          <w:lang w:val="en-GB"/>
        </w:rPr>
        <w:t xml:space="preserve"> or any of its partner</w:t>
      </w:r>
      <w:r w:rsidRPr="00FA7D5B">
        <w:rPr>
          <w:rFonts w:ascii="Cairo" w:hAnsi="Cairo" w:cs="Cairo"/>
          <w:lang w:val="en-GB"/>
        </w:rPr>
        <w:t xml:space="preserve"> been subject to disciplinary action by a professional body?</w:t>
      </w:r>
    </w:p>
    <w:p w14:paraId="53E87B41" w14:textId="77777777" w:rsidR="00922571" w:rsidRPr="00C93E6F" w:rsidRDefault="00922571" w:rsidP="00922571">
      <w:pPr>
        <w:rPr>
          <w:rFonts w:ascii="Segoe UI Symbol" w:hAnsi="Segoe UI Symbol" w:cs="Segoe UI Symbol"/>
          <w:lang w:val="en-GB"/>
        </w:rPr>
      </w:pPr>
      <w:r w:rsidRPr="00C93E6F">
        <w:rPr>
          <w:rFonts w:ascii="Segoe UI Symbol" w:hAnsi="Segoe UI Symbol" w:cs="Segoe UI Symbol"/>
          <w:lang w:val="en-GB"/>
        </w:rPr>
        <w:t>☐ Yes</w:t>
      </w:r>
    </w:p>
    <w:p w14:paraId="18CD5930" w14:textId="77777777" w:rsidR="00922571" w:rsidRDefault="00922571" w:rsidP="00922571">
      <w:pPr>
        <w:rPr>
          <w:rFonts w:ascii="Segoe UI Symbol" w:hAnsi="Segoe UI Symbol" w:cs="Segoe UI Symbol"/>
          <w:lang w:val="en-GB"/>
        </w:rPr>
      </w:pPr>
      <w:r w:rsidRPr="00C93E6F">
        <w:rPr>
          <w:rFonts w:ascii="Segoe UI Symbol" w:hAnsi="Segoe UI Symbol" w:cs="Segoe UI Symbol"/>
          <w:lang w:val="en-GB"/>
        </w:rPr>
        <w:t>☐ No</w:t>
      </w:r>
    </w:p>
    <w:p w14:paraId="18E3417C" w14:textId="77777777" w:rsidR="00922571" w:rsidRPr="00FA7D5B" w:rsidRDefault="00922571" w:rsidP="00922571">
      <w:pPr>
        <w:rPr>
          <w:rFonts w:ascii="Cairo" w:hAnsi="Cairo" w:cs="Cairo"/>
          <w:lang w:val="en-GB"/>
        </w:rPr>
      </w:pPr>
      <w:r w:rsidRPr="00FA7D5B">
        <w:rPr>
          <w:rFonts w:ascii="Cairo" w:hAnsi="Cairo" w:cs="Cairo"/>
          <w:lang w:val="en-GB"/>
        </w:rPr>
        <w:t>If yes, provide details.</w:t>
      </w:r>
    </w:p>
    <w:p w14:paraId="6153EA9E" w14:textId="77777777" w:rsidR="00922571" w:rsidRPr="00FA7D5B" w:rsidRDefault="00922571" w:rsidP="00922571">
      <w:pPr>
        <w:rPr>
          <w:rFonts w:ascii="Cairo" w:hAnsi="Cairo" w:cs="Cairo"/>
          <w:lang w:val="en-GB"/>
        </w:rPr>
      </w:pPr>
    </w:p>
    <w:p w14:paraId="6B5C8E8E" w14:textId="77777777" w:rsidR="00922571" w:rsidRPr="00FA7D5B" w:rsidRDefault="00922571" w:rsidP="00922571">
      <w:pPr>
        <w:shd w:val="clear" w:color="auto" w:fill="7030A0"/>
        <w:rPr>
          <w:rFonts w:ascii="Cairo" w:hAnsi="Cairo" w:cs="Cairo"/>
          <w:b/>
          <w:bCs/>
          <w:color w:val="FFFFFF" w:themeColor="background1"/>
          <w:lang w:val="en-GB"/>
        </w:rPr>
      </w:pPr>
      <w:r w:rsidRPr="00FA7D5B">
        <w:rPr>
          <w:rFonts w:ascii="Cairo" w:hAnsi="Cairo" w:cs="Cairo"/>
          <w:b/>
          <w:bCs/>
          <w:color w:val="FFFFFF" w:themeColor="background1"/>
          <w:lang w:val="en-GB"/>
        </w:rPr>
        <w:t>Declaration</w:t>
      </w:r>
    </w:p>
    <w:p w14:paraId="58D5D1A6" w14:textId="77777777" w:rsidR="00922571" w:rsidRPr="00FA7D5B" w:rsidRDefault="00922571" w:rsidP="00922571">
      <w:pPr>
        <w:rPr>
          <w:rFonts w:ascii="Cairo" w:hAnsi="Cairo" w:cs="Cairo"/>
          <w:lang w:val="en-GB"/>
        </w:rPr>
      </w:pPr>
      <w:r w:rsidRPr="00FA7D5B">
        <w:rPr>
          <w:rFonts w:ascii="Cairo" w:hAnsi="Cairo" w:cs="Cairo"/>
          <w:lang w:val="en-GB"/>
        </w:rPr>
        <w:lastRenderedPageBreak/>
        <w:t>I certify that the above responses are accurate and that the firm complies with independence standards required under applicable auditing regulations.</w:t>
      </w:r>
    </w:p>
    <w:p w14:paraId="1DD8B515" w14:textId="77777777" w:rsidR="00922571" w:rsidRPr="00FA7D5B" w:rsidRDefault="00922571" w:rsidP="00922571">
      <w:pPr>
        <w:rPr>
          <w:rFonts w:ascii="Cairo" w:hAnsi="Cairo" w:cs="Cairo"/>
          <w:lang w:val="en-GB"/>
        </w:rPr>
      </w:pPr>
      <w:r w:rsidRPr="00FA7D5B">
        <w:rPr>
          <w:rFonts w:ascii="Cairo" w:hAnsi="Cairo" w:cs="Cairo"/>
          <w:lang w:val="en-GB"/>
        </w:rPr>
        <w:t>Name: __________________</w:t>
      </w:r>
      <w:r w:rsidRPr="00FA7D5B">
        <w:rPr>
          <w:rFonts w:ascii="Cairo" w:hAnsi="Cairo" w:cs="Cairo"/>
          <w:lang w:val="en-GB"/>
        </w:rPr>
        <w:br/>
        <w:t>Title: __________________</w:t>
      </w:r>
    </w:p>
    <w:p w14:paraId="1DA7B010" w14:textId="77777777" w:rsidR="00922571" w:rsidRPr="00FA7D5B" w:rsidRDefault="00922571" w:rsidP="00922571">
      <w:pPr>
        <w:rPr>
          <w:rFonts w:ascii="Cairo" w:hAnsi="Cairo" w:cs="Cairo"/>
          <w:lang w:val="en-GB"/>
        </w:rPr>
      </w:pPr>
      <w:r w:rsidRPr="00FA7D5B">
        <w:rPr>
          <w:rFonts w:ascii="Cairo" w:hAnsi="Cairo" w:cs="Cairo"/>
          <w:lang w:val="en-GB"/>
        </w:rPr>
        <w:t>Signature: __________________</w:t>
      </w:r>
    </w:p>
    <w:p w14:paraId="451A0997" w14:textId="77777777" w:rsidR="00922571" w:rsidRPr="00FA7D5B" w:rsidRDefault="00922571" w:rsidP="00922571">
      <w:pPr>
        <w:rPr>
          <w:rFonts w:ascii="Cairo" w:hAnsi="Cairo" w:cs="Cairo"/>
          <w:lang w:val="en-GB"/>
        </w:rPr>
      </w:pPr>
      <w:r w:rsidRPr="00FA7D5B">
        <w:rPr>
          <w:rFonts w:ascii="Cairo" w:hAnsi="Cairo" w:cs="Cairo"/>
          <w:lang w:val="en-GB"/>
        </w:rPr>
        <w:t>Date: __________________</w:t>
      </w:r>
    </w:p>
    <w:p w14:paraId="12EEAD0A" w14:textId="77777777" w:rsidR="00922571" w:rsidRPr="00DF5967" w:rsidRDefault="00922571" w:rsidP="00922571"/>
    <w:p w14:paraId="2ED336F8" w14:textId="131FB694" w:rsidR="00922571" w:rsidRDefault="00922571">
      <w:pPr>
        <w:rPr>
          <w:rFonts w:ascii="Cairo" w:hAnsi="Cairo" w:cs="Cairo"/>
          <w:b/>
          <w:bCs/>
          <w:sz w:val="32"/>
          <w:szCs w:val="32"/>
          <w:lang w:val="en-GB"/>
        </w:rPr>
      </w:pPr>
      <w:r>
        <w:rPr>
          <w:rFonts w:ascii="Cairo" w:hAnsi="Cairo" w:cs="Cairo"/>
          <w:b/>
          <w:bCs/>
          <w:sz w:val="32"/>
          <w:szCs w:val="32"/>
          <w:lang w:val="en-GB"/>
        </w:rPr>
        <w:br w:type="page"/>
      </w:r>
    </w:p>
    <w:p w14:paraId="42AC10C6" w14:textId="1BD1F909" w:rsidR="00DE0130" w:rsidRPr="00B47A18" w:rsidRDefault="00922571" w:rsidP="00424D15">
      <w:pPr>
        <w:pStyle w:val="Heading1"/>
        <w:jc w:val="center"/>
        <w:rPr>
          <w:lang w:val="en-GB"/>
        </w:rPr>
      </w:pPr>
      <w:bookmarkStart w:id="50" w:name="_Toc225265394"/>
      <w:r w:rsidRPr="00B47A18">
        <w:rPr>
          <w:highlight w:val="yellow"/>
          <w:lang w:val="en-GB"/>
        </w:rPr>
        <w:lastRenderedPageBreak/>
        <w:t>APPENDIX D</w:t>
      </w:r>
      <w:r w:rsidR="007C275A" w:rsidRPr="00B47A18">
        <w:rPr>
          <w:highlight w:val="yellow"/>
          <w:lang w:val="en-GB"/>
        </w:rPr>
        <w:t xml:space="preserve"> – CONTRACT TEMPLATE (</w:t>
      </w:r>
      <w:r w:rsidR="00C77615" w:rsidRPr="00B47A18">
        <w:rPr>
          <w:highlight w:val="yellow"/>
          <w:lang w:val="en-GB"/>
        </w:rPr>
        <w:t>EXAMPLE/DRAFT)</w:t>
      </w:r>
      <w:bookmarkEnd w:id="50"/>
    </w:p>
    <w:p w14:paraId="59C0F4B2" w14:textId="77777777" w:rsidR="007C275A" w:rsidRPr="00BF23E8" w:rsidRDefault="007C275A" w:rsidP="007C275A">
      <w:pPr>
        <w:spacing w:before="100" w:beforeAutospacing="1" w:after="100" w:afterAutospacing="1" w:line="240" w:lineRule="auto"/>
        <w:jc w:val="center"/>
        <w:rPr>
          <w:rFonts w:ascii="Cairo" w:eastAsia="Times New Roman" w:hAnsi="Cairo" w:cs="Cairo"/>
          <w:sz w:val="24"/>
          <w:szCs w:val="24"/>
          <w:lang w:val="en-GB" w:eastAsia="en-GB"/>
        </w:rPr>
      </w:pPr>
      <w:r w:rsidRPr="00BF23E8">
        <w:rPr>
          <w:rFonts w:ascii="Cairo" w:eastAsia="Times New Roman" w:hAnsi="Cairo" w:cs="Cairo"/>
          <w:sz w:val="24"/>
          <w:szCs w:val="24"/>
          <w:lang w:val="en-GB" w:eastAsia="en-GB"/>
        </w:rPr>
        <w:t>External Audit Services Agreement</w:t>
      </w:r>
    </w:p>
    <w:p w14:paraId="5A7848C6" w14:textId="77777777" w:rsidR="007C275A" w:rsidRPr="00FA7D5B" w:rsidRDefault="007C275A" w:rsidP="007C275A">
      <w:pPr>
        <w:spacing w:before="100" w:beforeAutospacing="1" w:after="100" w:afterAutospacing="1" w:line="240" w:lineRule="auto"/>
        <w:jc w:val="center"/>
        <w:rPr>
          <w:rFonts w:ascii="Cairo" w:eastAsia="Times New Roman" w:hAnsi="Cairo" w:cs="Cairo"/>
          <w:sz w:val="24"/>
          <w:szCs w:val="24"/>
          <w:lang w:val="en-GB" w:eastAsia="en-GB"/>
        </w:rPr>
      </w:pPr>
      <w:r w:rsidRPr="00FA7D5B">
        <w:rPr>
          <w:rFonts w:ascii="Cairo" w:eastAsia="Times New Roman" w:hAnsi="Cairo" w:cs="Cairo"/>
          <w:sz w:val="24"/>
          <w:szCs w:val="24"/>
          <w:lang w:val="en-GB" w:eastAsia="en-GB"/>
        </w:rPr>
        <w:t>Between</w:t>
      </w:r>
    </w:p>
    <w:p w14:paraId="538CB449" w14:textId="77777777" w:rsidR="007C275A" w:rsidRPr="00FA7D5B" w:rsidRDefault="007C275A" w:rsidP="007C275A">
      <w:pPr>
        <w:spacing w:before="100" w:beforeAutospacing="1" w:after="100" w:afterAutospacing="1" w:line="240" w:lineRule="auto"/>
        <w:jc w:val="center"/>
        <w:rPr>
          <w:rFonts w:ascii="Cairo" w:eastAsia="Times New Roman" w:hAnsi="Cairo" w:cs="Cairo"/>
          <w:sz w:val="24"/>
          <w:szCs w:val="24"/>
          <w:lang w:val="en-GB" w:eastAsia="en-GB"/>
        </w:rPr>
      </w:pPr>
      <w:r w:rsidRPr="00FA7D5B">
        <w:rPr>
          <w:rFonts w:ascii="Cairo" w:eastAsia="Times New Roman" w:hAnsi="Cairo" w:cs="Cairo"/>
          <w:sz w:val="24"/>
          <w:szCs w:val="24"/>
          <w:lang w:val="en-GB" w:eastAsia="en-GB"/>
        </w:rPr>
        <w:t>Human Appeal USA</w:t>
      </w:r>
    </w:p>
    <w:p w14:paraId="57ED44FC" w14:textId="77777777" w:rsidR="007C275A" w:rsidRPr="00FA7D5B" w:rsidRDefault="007C275A" w:rsidP="007C275A">
      <w:pPr>
        <w:spacing w:before="100" w:beforeAutospacing="1" w:after="100" w:afterAutospacing="1" w:line="240" w:lineRule="auto"/>
        <w:jc w:val="center"/>
        <w:rPr>
          <w:rFonts w:ascii="Cairo" w:eastAsia="Times New Roman" w:hAnsi="Cairo" w:cs="Cairo"/>
          <w:sz w:val="24"/>
          <w:szCs w:val="24"/>
          <w:lang w:val="en-GB" w:eastAsia="en-GB"/>
        </w:rPr>
      </w:pPr>
      <w:r w:rsidRPr="00FA7D5B">
        <w:rPr>
          <w:rFonts w:ascii="Cairo" w:eastAsia="Times New Roman" w:hAnsi="Cairo" w:cs="Cairo"/>
          <w:sz w:val="24"/>
          <w:szCs w:val="24"/>
          <w:lang w:val="en-GB" w:eastAsia="en-GB"/>
        </w:rPr>
        <w:t>and</w:t>
      </w:r>
    </w:p>
    <w:p w14:paraId="447C6A0A" w14:textId="77777777" w:rsidR="007C275A" w:rsidRPr="00FA7D5B" w:rsidRDefault="007C275A" w:rsidP="007C275A">
      <w:pPr>
        <w:spacing w:before="100" w:beforeAutospacing="1" w:after="100" w:afterAutospacing="1" w:line="240" w:lineRule="auto"/>
        <w:jc w:val="center"/>
        <w:rPr>
          <w:rFonts w:ascii="Cairo" w:eastAsia="Times New Roman" w:hAnsi="Cairo" w:cs="Cairo"/>
          <w:sz w:val="24"/>
          <w:szCs w:val="24"/>
          <w:lang w:val="en-GB" w:eastAsia="en-GB"/>
        </w:rPr>
      </w:pPr>
      <w:r w:rsidRPr="00FA7D5B">
        <w:rPr>
          <w:rFonts w:ascii="Cairo" w:eastAsia="Times New Roman" w:hAnsi="Cairo" w:cs="Cairo"/>
          <w:sz w:val="24"/>
          <w:szCs w:val="24"/>
          <w:lang w:val="en-GB" w:eastAsia="en-GB"/>
        </w:rPr>
        <w:t>[Audit Firm Name]</w:t>
      </w:r>
    </w:p>
    <w:p w14:paraId="73FCCA16" w14:textId="77777777" w:rsidR="007C275A" w:rsidRPr="00FA7D5B" w:rsidRDefault="007C275A" w:rsidP="007C275A">
      <w:pPr>
        <w:spacing w:before="100" w:beforeAutospacing="1" w:after="100" w:afterAutospacing="1" w:line="240" w:lineRule="auto"/>
        <w:jc w:val="center"/>
        <w:rPr>
          <w:rFonts w:ascii="Cairo" w:eastAsia="Times New Roman" w:hAnsi="Cairo" w:cs="Cairo"/>
          <w:sz w:val="24"/>
          <w:szCs w:val="24"/>
          <w:lang w:val="en-GB" w:eastAsia="en-GB"/>
        </w:rPr>
      </w:pPr>
      <w:r w:rsidRPr="00FA7D5B">
        <w:rPr>
          <w:rFonts w:ascii="Cairo" w:eastAsia="Times New Roman" w:hAnsi="Cairo" w:cs="Cairo"/>
          <w:sz w:val="24"/>
          <w:szCs w:val="24"/>
          <w:lang w:val="en-GB" w:eastAsia="en-GB"/>
        </w:rPr>
        <w:t>Effective Date: __________________</w:t>
      </w:r>
    </w:p>
    <w:p w14:paraId="43E1A0A2" w14:textId="77777777" w:rsidR="007C275A" w:rsidRPr="00FA7D5B" w:rsidRDefault="007C275A" w:rsidP="007C275A">
      <w:pPr>
        <w:spacing w:after="0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</w:p>
    <w:p w14:paraId="41DC3D65" w14:textId="77777777" w:rsidR="007C275A" w:rsidRPr="00FA7D5B" w:rsidRDefault="007C275A" w:rsidP="007C275A">
      <w:pPr>
        <w:shd w:val="clear" w:color="auto" w:fill="7030A0"/>
        <w:spacing w:before="100" w:beforeAutospacing="1" w:after="100" w:afterAutospacing="1" w:line="240" w:lineRule="auto"/>
        <w:outlineLvl w:val="0"/>
        <w:rPr>
          <w:rFonts w:ascii="Cairo" w:eastAsia="Times New Roman" w:hAnsi="Cairo" w:cs="Cairo"/>
          <w:b/>
          <w:bCs/>
          <w:color w:val="FFFFFF" w:themeColor="background1"/>
          <w:kern w:val="36"/>
          <w:sz w:val="24"/>
          <w:szCs w:val="24"/>
          <w:lang w:val="en-GB" w:eastAsia="en-GB"/>
        </w:rPr>
      </w:pPr>
      <w:bookmarkStart w:id="51" w:name="_Toc225265395"/>
      <w:r w:rsidRPr="00FA7D5B">
        <w:rPr>
          <w:rFonts w:ascii="Cairo" w:eastAsia="Times New Roman" w:hAnsi="Cairo" w:cs="Cairo"/>
          <w:b/>
          <w:bCs/>
          <w:color w:val="FFFFFF" w:themeColor="background1"/>
          <w:kern w:val="36"/>
          <w:sz w:val="24"/>
          <w:szCs w:val="24"/>
          <w:lang w:val="en-GB" w:eastAsia="en-GB"/>
        </w:rPr>
        <w:t>1. Parties</w:t>
      </w:r>
      <w:bookmarkEnd w:id="51"/>
    </w:p>
    <w:p w14:paraId="392C1DAA" w14:textId="77777777" w:rsidR="007C275A" w:rsidRPr="00FA7D5B" w:rsidRDefault="007C275A" w:rsidP="007C275A">
      <w:pPr>
        <w:spacing w:before="100" w:beforeAutospacing="1" w:after="100" w:afterAutospacing="1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  <w:r w:rsidRPr="00FA7D5B">
        <w:rPr>
          <w:rFonts w:ascii="Cairo" w:eastAsia="Times New Roman" w:hAnsi="Cairo" w:cs="Cairo"/>
          <w:sz w:val="24"/>
          <w:szCs w:val="24"/>
          <w:lang w:val="en-GB" w:eastAsia="en-GB"/>
        </w:rPr>
        <w:t>This Agreement is entered into between:</w:t>
      </w:r>
    </w:p>
    <w:p w14:paraId="6C7AD1A8" w14:textId="77777777" w:rsidR="007C275A" w:rsidRPr="00FA7D5B" w:rsidRDefault="007C275A" w:rsidP="007C275A">
      <w:pPr>
        <w:spacing w:before="100" w:beforeAutospacing="1" w:after="100" w:afterAutospacing="1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  <w:r w:rsidRPr="00FA7D5B">
        <w:rPr>
          <w:rFonts w:ascii="Cairo" w:eastAsia="Times New Roman" w:hAnsi="Cairo" w:cs="Cairo"/>
          <w:sz w:val="24"/>
          <w:szCs w:val="24"/>
          <w:lang w:val="en-GB" w:eastAsia="en-GB"/>
        </w:rPr>
        <w:t>Human Appeal USA</w:t>
      </w:r>
      <w:r w:rsidRPr="00FA7D5B">
        <w:rPr>
          <w:rFonts w:ascii="Cairo" w:eastAsia="Times New Roman" w:hAnsi="Cairo" w:cs="Cairo"/>
          <w:sz w:val="24"/>
          <w:szCs w:val="24"/>
          <w:lang w:val="en-GB" w:eastAsia="en-GB"/>
        </w:rPr>
        <w:br/>
        <w:t>[Address]</w:t>
      </w:r>
    </w:p>
    <w:p w14:paraId="3EC9FE23" w14:textId="77777777" w:rsidR="007C275A" w:rsidRPr="00FA7D5B" w:rsidRDefault="007C275A" w:rsidP="007C275A">
      <w:pPr>
        <w:spacing w:before="100" w:beforeAutospacing="1" w:after="100" w:afterAutospacing="1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  <w:r w:rsidRPr="00FA7D5B">
        <w:rPr>
          <w:rFonts w:ascii="Cairo" w:eastAsia="Times New Roman" w:hAnsi="Cairo" w:cs="Cairo"/>
          <w:sz w:val="24"/>
          <w:szCs w:val="24"/>
          <w:lang w:val="en-GB" w:eastAsia="en-GB"/>
        </w:rPr>
        <w:t>and</w:t>
      </w:r>
    </w:p>
    <w:p w14:paraId="662751F7" w14:textId="77777777" w:rsidR="007C275A" w:rsidRPr="00FA7D5B" w:rsidRDefault="007C275A" w:rsidP="007C275A">
      <w:pPr>
        <w:spacing w:before="100" w:beforeAutospacing="1" w:after="100" w:afterAutospacing="1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  <w:r w:rsidRPr="00FA7D5B">
        <w:rPr>
          <w:rFonts w:ascii="Cairo" w:eastAsia="Times New Roman" w:hAnsi="Cairo" w:cs="Cairo"/>
          <w:sz w:val="24"/>
          <w:szCs w:val="24"/>
          <w:lang w:val="en-GB" w:eastAsia="en-GB"/>
        </w:rPr>
        <w:t>[Audit Firm Name]</w:t>
      </w:r>
      <w:r w:rsidRPr="00FA7D5B">
        <w:rPr>
          <w:rFonts w:ascii="Cairo" w:eastAsia="Times New Roman" w:hAnsi="Cairo" w:cs="Cairo"/>
          <w:sz w:val="24"/>
          <w:szCs w:val="24"/>
          <w:lang w:val="en-GB" w:eastAsia="en-GB"/>
        </w:rPr>
        <w:br/>
        <w:t>[Address]</w:t>
      </w:r>
    </w:p>
    <w:p w14:paraId="0D8054FD" w14:textId="77777777" w:rsidR="007C275A" w:rsidRPr="00FA7D5B" w:rsidRDefault="007C275A" w:rsidP="007C275A">
      <w:pPr>
        <w:spacing w:after="0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</w:p>
    <w:p w14:paraId="0F4922BD" w14:textId="77777777" w:rsidR="007C275A" w:rsidRPr="00FA7D5B" w:rsidRDefault="007C275A" w:rsidP="007C275A">
      <w:pPr>
        <w:shd w:val="clear" w:color="auto" w:fill="7030A0"/>
        <w:spacing w:before="100" w:beforeAutospacing="1" w:after="100" w:afterAutospacing="1" w:line="240" w:lineRule="auto"/>
        <w:outlineLvl w:val="0"/>
        <w:rPr>
          <w:rFonts w:ascii="Cairo" w:eastAsia="Times New Roman" w:hAnsi="Cairo" w:cs="Cairo"/>
          <w:b/>
          <w:bCs/>
          <w:color w:val="FFFFFF" w:themeColor="background1"/>
          <w:kern w:val="36"/>
          <w:sz w:val="24"/>
          <w:szCs w:val="24"/>
          <w:lang w:val="en-GB" w:eastAsia="en-GB"/>
        </w:rPr>
      </w:pPr>
      <w:bookmarkStart w:id="52" w:name="_Toc225265396"/>
      <w:r w:rsidRPr="00FA7D5B">
        <w:rPr>
          <w:rFonts w:ascii="Cairo" w:eastAsia="Times New Roman" w:hAnsi="Cairo" w:cs="Cairo"/>
          <w:b/>
          <w:bCs/>
          <w:color w:val="FFFFFF" w:themeColor="background1"/>
          <w:kern w:val="36"/>
          <w:sz w:val="24"/>
          <w:szCs w:val="24"/>
          <w:lang w:val="en-GB" w:eastAsia="en-GB"/>
        </w:rPr>
        <w:t>2. Purpose</w:t>
      </w:r>
      <w:bookmarkEnd w:id="52"/>
    </w:p>
    <w:p w14:paraId="03C66250" w14:textId="77777777" w:rsidR="007C275A" w:rsidRPr="00FA7D5B" w:rsidRDefault="007C275A" w:rsidP="007C275A">
      <w:pPr>
        <w:spacing w:before="100" w:beforeAutospacing="1" w:after="100" w:afterAutospacing="1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  <w:r w:rsidRPr="00FA7D5B">
        <w:rPr>
          <w:rFonts w:ascii="Cairo" w:eastAsia="Times New Roman" w:hAnsi="Cairo" w:cs="Cairo"/>
          <w:sz w:val="24"/>
          <w:szCs w:val="24"/>
          <w:lang w:val="en-GB" w:eastAsia="en-GB"/>
        </w:rPr>
        <w:t xml:space="preserve">The purpose of this agreement is to appoint an </w:t>
      </w:r>
      <w:r w:rsidRPr="00FA7D5B">
        <w:rPr>
          <w:rFonts w:ascii="Cairo" w:eastAsia="Times New Roman" w:hAnsi="Cairo" w:cs="Cairo"/>
          <w:b/>
          <w:bCs/>
          <w:sz w:val="24"/>
          <w:szCs w:val="24"/>
          <w:lang w:val="en-GB" w:eastAsia="en-GB"/>
        </w:rPr>
        <w:t>independent external auditor</w:t>
      </w:r>
      <w:r w:rsidRPr="00FA7D5B">
        <w:rPr>
          <w:rFonts w:ascii="Cairo" w:eastAsia="Times New Roman" w:hAnsi="Cairo" w:cs="Cairo"/>
          <w:sz w:val="24"/>
          <w:szCs w:val="24"/>
          <w:lang w:val="en-GB" w:eastAsia="en-GB"/>
        </w:rPr>
        <w:t xml:space="preserve"> to audit the financial statements of Human Appeal USA.</w:t>
      </w:r>
    </w:p>
    <w:p w14:paraId="6CB64CA2" w14:textId="77777777" w:rsidR="007C275A" w:rsidRPr="00FA7D5B" w:rsidRDefault="007C275A" w:rsidP="007C275A">
      <w:pPr>
        <w:spacing w:after="0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</w:p>
    <w:p w14:paraId="28A6DE2F" w14:textId="77777777" w:rsidR="007C275A" w:rsidRPr="00FA7D5B" w:rsidRDefault="007C275A" w:rsidP="007C275A">
      <w:pPr>
        <w:shd w:val="clear" w:color="auto" w:fill="7030A0"/>
        <w:spacing w:before="100" w:beforeAutospacing="1" w:after="100" w:afterAutospacing="1" w:line="240" w:lineRule="auto"/>
        <w:outlineLvl w:val="0"/>
        <w:rPr>
          <w:rFonts w:ascii="Cairo" w:eastAsia="Times New Roman" w:hAnsi="Cairo" w:cs="Cairo"/>
          <w:b/>
          <w:bCs/>
          <w:color w:val="FFFFFF" w:themeColor="background1"/>
          <w:kern w:val="36"/>
          <w:sz w:val="24"/>
          <w:szCs w:val="24"/>
          <w:lang w:val="en-GB" w:eastAsia="en-GB"/>
        </w:rPr>
      </w:pPr>
      <w:bookmarkStart w:id="53" w:name="_Toc225265397"/>
      <w:r w:rsidRPr="00FA7D5B">
        <w:rPr>
          <w:rFonts w:ascii="Cairo" w:eastAsia="Times New Roman" w:hAnsi="Cairo" w:cs="Cairo"/>
          <w:b/>
          <w:bCs/>
          <w:color w:val="FFFFFF" w:themeColor="background1"/>
          <w:kern w:val="36"/>
          <w:sz w:val="24"/>
          <w:szCs w:val="24"/>
          <w:lang w:val="en-GB" w:eastAsia="en-GB"/>
        </w:rPr>
        <w:lastRenderedPageBreak/>
        <w:t>3. Scope of Services</w:t>
      </w:r>
      <w:bookmarkEnd w:id="53"/>
    </w:p>
    <w:p w14:paraId="24A68A51" w14:textId="77777777" w:rsidR="007C275A" w:rsidRPr="00FA7D5B" w:rsidRDefault="007C275A" w:rsidP="007C275A">
      <w:pPr>
        <w:spacing w:before="100" w:beforeAutospacing="1" w:after="100" w:afterAutospacing="1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  <w:r w:rsidRPr="00FA7D5B">
        <w:rPr>
          <w:rFonts w:ascii="Cairo" w:eastAsia="Times New Roman" w:hAnsi="Cairo" w:cs="Cairo"/>
          <w:sz w:val="24"/>
          <w:szCs w:val="24"/>
          <w:lang w:val="en-GB" w:eastAsia="en-GB"/>
        </w:rPr>
        <w:t>The auditor shall perform:</w:t>
      </w:r>
    </w:p>
    <w:p w14:paraId="241505B7" w14:textId="77777777" w:rsidR="007C275A" w:rsidRPr="00BF23E8" w:rsidRDefault="007C275A" w:rsidP="007C275A">
      <w:pPr>
        <w:pStyle w:val="ListParagraph"/>
        <w:numPr>
          <w:ilvl w:val="0"/>
          <w:numId w:val="69"/>
        </w:numPr>
        <w:spacing w:before="100" w:beforeAutospacing="1" w:after="100" w:afterAutospacing="1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  <w:r w:rsidRPr="00BF23E8">
        <w:rPr>
          <w:rFonts w:ascii="Cairo" w:eastAsia="Times New Roman" w:hAnsi="Cairo" w:cs="Cairo"/>
          <w:sz w:val="24"/>
          <w:szCs w:val="24"/>
          <w:lang w:val="en-GB" w:eastAsia="en-GB"/>
        </w:rPr>
        <w:t>Annual financial statement audit</w:t>
      </w:r>
    </w:p>
    <w:p w14:paraId="55891179" w14:textId="77777777" w:rsidR="007C275A" w:rsidRPr="00BF23E8" w:rsidRDefault="007C275A" w:rsidP="007C275A">
      <w:pPr>
        <w:pStyle w:val="ListParagraph"/>
        <w:numPr>
          <w:ilvl w:val="0"/>
          <w:numId w:val="69"/>
        </w:numPr>
        <w:spacing w:before="100" w:beforeAutospacing="1" w:after="100" w:afterAutospacing="1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  <w:r w:rsidRPr="00BF23E8">
        <w:rPr>
          <w:rFonts w:ascii="Cairo" w:eastAsia="Times New Roman" w:hAnsi="Cairo" w:cs="Cairo"/>
          <w:sz w:val="24"/>
          <w:szCs w:val="24"/>
          <w:lang w:val="en-GB" w:eastAsia="en-GB"/>
        </w:rPr>
        <w:t>Review of internal controls</w:t>
      </w:r>
    </w:p>
    <w:p w14:paraId="0670408D" w14:textId="77777777" w:rsidR="007C275A" w:rsidRPr="00BF23E8" w:rsidRDefault="007C275A" w:rsidP="007C275A">
      <w:pPr>
        <w:pStyle w:val="ListParagraph"/>
        <w:numPr>
          <w:ilvl w:val="0"/>
          <w:numId w:val="69"/>
        </w:numPr>
        <w:spacing w:before="100" w:beforeAutospacing="1" w:after="100" w:afterAutospacing="1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  <w:r w:rsidRPr="00BF23E8">
        <w:rPr>
          <w:rFonts w:ascii="Cairo" w:eastAsia="Times New Roman" w:hAnsi="Cairo" w:cs="Cairo"/>
          <w:sz w:val="24"/>
          <w:szCs w:val="24"/>
          <w:lang w:val="en-GB" w:eastAsia="en-GB"/>
        </w:rPr>
        <w:t>Compliance review</w:t>
      </w:r>
    </w:p>
    <w:p w14:paraId="1B6922CA" w14:textId="77777777" w:rsidR="007C275A" w:rsidRPr="00BF23E8" w:rsidRDefault="007C275A" w:rsidP="007C275A">
      <w:pPr>
        <w:pStyle w:val="ListParagraph"/>
        <w:numPr>
          <w:ilvl w:val="0"/>
          <w:numId w:val="69"/>
        </w:numPr>
        <w:spacing w:before="100" w:beforeAutospacing="1" w:after="100" w:afterAutospacing="1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  <w:r w:rsidRPr="00BF23E8">
        <w:rPr>
          <w:rFonts w:ascii="Cairo" w:eastAsia="Times New Roman" w:hAnsi="Cairo" w:cs="Cairo"/>
          <w:sz w:val="24"/>
          <w:szCs w:val="24"/>
          <w:lang w:val="en-GB" w:eastAsia="en-GB"/>
        </w:rPr>
        <w:t>Verification of donor restricted funds</w:t>
      </w:r>
    </w:p>
    <w:p w14:paraId="2B685063" w14:textId="77777777" w:rsidR="007C275A" w:rsidRPr="00FA7D5B" w:rsidRDefault="007C275A" w:rsidP="007C275A">
      <w:pPr>
        <w:spacing w:before="100" w:beforeAutospacing="1" w:after="100" w:afterAutospacing="1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  <w:r w:rsidRPr="00FA7D5B">
        <w:rPr>
          <w:rFonts w:ascii="Cairo" w:eastAsia="Times New Roman" w:hAnsi="Cairo" w:cs="Cairo"/>
          <w:sz w:val="24"/>
          <w:szCs w:val="24"/>
          <w:lang w:val="en-GB" w:eastAsia="en-GB"/>
        </w:rPr>
        <w:t>The audit shall be conducted in accordance with:</w:t>
      </w:r>
    </w:p>
    <w:p w14:paraId="5BE0B7DC" w14:textId="77777777" w:rsidR="007C275A" w:rsidRPr="00BF23E8" w:rsidRDefault="007C275A" w:rsidP="007C275A">
      <w:pPr>
        <w:pStyle w:val="ListParagraph"/>
        <w:numPr>
          <w:ilvl w:val="0"/>
          <w:numId w:val="69"/>
        </w:numPr>
        <w:spacing w:before="100" w:beforeAutospacing="1" w:after="100" w:afterAutospacing="1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  <w:r w:rsidRPr="00BF23E8">
        <w:rPr>
          <w:rFonts w:ascii="Cairo" w:eastAsia="Times New Roman" w:hAnsi="Cairo" w:cs="Cairo"/>
          <w:sz w:val="24"/>
          <w:szCs w:val="24"/>
          <w:lang w:val="en-GB" w:eastAsia="en-GB"/>
        </w:rPr>
        <w:t>Generally Accepted Auditing Standards (GAAS)</w:t>
      </w:r>
    </w:p>
    <w:p w14:paraId="56FA6137" w14:textId="77777777" w:rsidR="007C275A" w:rsidRPr="00BF23E8" w:rsidRDefault="007C275A" w:rsidP="007C275A">
      <w:pPr>
        <w:pStyle w:val="ListParagraph"/>
        <w:numPr>
          <w:ilvl w:val="0"/>
          <w:numId w:val="69"/>
        </w:numPr>
        <w:spacing w:before="100" w:beforeAutospacing="1" w:after="100" w:afterAutospacing="1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  <w:r w:rsidRPr="00BF23E8">
        <w:rPr>
          <w:rFonts w:ascii="Cairo" w:eastAsia="Times New Roman" w:hAnsi="Cairo" w:cs="Cairo"/>
          <w:sz w:val="24"/>
          <w:szCs w:val="24"/>
          <w:lang w:val="en-GB" w:eastAsia="en-GB"/>
        </w:rPr>
        <w:t>US Generally Accepted Accounting Principles (GAAP)</w:t>
      </w:r>
    </w:p>
    <w:p w14:paraId="5E706334" w14:textId="77777777" w:rsidR="007C275A" w:rsidRPr="00FA7D5B" w:rsidRDefault="007C275A" w:rsidP="007C275A">
      <w:pPr>
        <w:shd w:val="clear" w:color="auto" w:fill="7030A0"/>
        <w:spacing w:before="100" w:beforeAutospacing="1" w:after="100" w:afterAutospacing="1" w:line="240" w:lineRule="auto"/>
        <w:outlineLvl w:val="0"/>
        <w:rPr>
          <w:rFonts w:ascii="Cairo" w:eastAsia="Times New Roman" w:hAnsi="Cairo" w:cs="Cairo"/>
          <w:b/>
          <w:bCs/>
          <w:color w:val="FFFFFF" w:themeColor="background1"/>
          <w:kern w:val="36"/>
          <w:sz w:val="24"/>
          <w:szCs w:val="24"/>
          <w:lang w:val="en-GB" w:eastAsia="en-GB"/>
        </w:rPr>
      </w:pPr>
      <w:bookmarkStart w:id="54" w:name="_Toc225265398"/>
      <w:r w:rsidRPr="00FA7D5B">
        <w:rPr>
          <w:rFonts w:ascii="Cairo" w:eastAsia="Times New Roman" w:hAnsi="Cairo" w:cs="Cairo"/>
          <w:b/>
          <w:bCs/>
          <w:color w:val="FFFFFF" w:themeColor="background1"/>
          <w:kern w:val="36"/>
          <w:sz w:val="24"/>
          <w:szCs w:val="24"/>
          <w:lang w:val="en-GB" w:eastAsia="en-GB"/>
        </w:rPr>
        <w:t>4. Auditor Responsibilities</w:t>
      </w:r>
      <w:bookmarkEnd w:id="54"/>
    </w:p>
    <w:p w14:paraId="189AB522" w14:textId="77777777" w:rsidR="007C275A" w:rsidRPr="00FA7D5B" w:rsidRDefault="007C275A" w:rsidP="007C275A">
      <w:pPr>
        <w:spacing w:before="100" w:beforeAutospacing="1" w:after="100" w:afterAutospacing="1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  <w:r w:rsidRPr="00FA7D5B">
        <w:rPr>
          <w:rFonts w:ascii="Cairo" w:eastAsia="Times New Roman" w:hAnsi="Cairo" w:cs="Cairo"/>
          <w:sz w:val="24"/>
          <w:szCs w:val="24"/>
          <w:lang w:val="en-GB" w:eastAsia="en-GB"/>
        </w:rPr>
        <w:t>The audit firm shall:</w:t>
      </w:r>
    </w:p>
    <w:p w14:paraId="02239AC5" w14:textId="77777777" w:rsidR="007C275A" w:rsidRPr="00BF23E8" w:rsidRDefault="007C275A" w:rsidP="007C275A">
      <w:pPr>
        <w:pStyle w:val="ListParagraph"/>
        <w:numPr>
          <w:ilvl w:val="0"/>
          <w:numId w:val="69"/>
        </w:numPr>
        <w:spacing w:before="100" w:beforeAutospacing="1" w:after="100" w:afterAutospacing="1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  <w:r w:rsidRPr="00FA7D5B">
        <w:rPr>
          <w:rFonts w:ascii="Cairo" w:eastAsia="Times New Roman" w:hAnsi="Cairo" w:cs="Cairo"/>
          <w:sz w:val="24"/>
          <w:szCs w:val="24"/>
          <w:lang w:val="en-GB" w:eastAsia="en-GB"/>
        </w:rPr>
        <w:t>Conduct audit fieldwork</w:t>
      </w:r>
    </w:p>
    <w:p w14:paraId="2AF51AA2" w14:textId="77777777" w:rsidR="007C275A" w:rsidRPr="00BF23E8" w:rsidRDefault="007C275A" w:rsidP="007C275A">
      <w:pPr>
        <w:pStyle w:val="ListParagraph"/>
        <w:numPr>
          <w:ilvl w:val="0"/>
          <w:numId w:val="69"/>
        </w:numPr>
        <w:spacing w:before="100" w:beforeAutospacing="1" w:after="100" w:afterAutospacing="1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  <w:r w:rsidRPr="00FA7D5B">
        <w:rPr>
          <w:rFonts w:ascii="Cairo" w:eastAsia="Times New Roman" w:hAnsi="Cairo" w:cs="Cairo"/>
          <w:sz w:val="24"/>
          <w:szCs w:val="24"/>
          <w:lang w:val="en-GB" w:eastAsia="en-GB"/>
        </w:rPr>
        <w:t>Evaluate financial reporting accuracy</w:t>
      </w:r>
    </w:p>
    <w:p w14:paraId="180B92FF" w14:textId="77777777" w:rsidR="007C275A" w:rsidRPr="00BF23E8" w:rsidRDefault="007C275A" w:rsidP="007C275A">
      <w:pPr>
        <w:pStyle w:val="ListParagraph"/>
        <w:numPr>
          <w:ilvl w:val="0"/>
          <w:numId w:val="69"/>
        </w:numPr>
        <w:spacing w:before="100" w:beforeAutospacing="1" w:after="100" w:afterAutospacing="1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  <w:r w:rsidRPr="00FA7D5B">
        <w:rPr>
          <w:rFonts w:ascii="Cairo" w:eastAsia="Times New Roman" w:hAnsi="Cairo" w:cs="Cairo"/>
          <w:sz w:val="24"/>
          <w:szCs w:val="24"/>
          <w:lang w:val="en-GB" w:eastAsia="en-GB"/>
        </w:rPr>
        <w:t>Identify weaknesses in financial controls</w:t>
      </w:r>
    </w:p>
    <w:p w14:paraId="0F12F876" w14:textId="77777777" w:rsidR="007C275A" w:rsidRPr="00FA7D5B" w:rsidRDefault="007C275A" w:rsidP="007C275A">
      <w:pPr>
        <w:pStyle w:val="ListParagraph"/>
        <w:numPr>
          <w:ilvl w:val="0"/>
          <w:numId w:val="69"/>
        </w:numPr>
        <w:spacing w:before="100" w:beforeAutospacing="1" w:after="100" w:afterAutospacing="1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  <w:r w:rsidRPr="00FA7D5B">
        <w:rPr>
          <w:rFonts w:ascii="Cairo" w:eastAsia="Times New Roman" w:hAnsi="Cairo" w:cs="Cairo"/>
          <w:sz w:val="24"/>
          <w:szCs w:val="24"/>
          <w:lang w:val="en-GB" w:eastAsia="en-GB"/>
        </w:rPr>
        <w:t>Issue an independent audit opinion</w:t>
      </w:r>
    </w:p>
    <w:p w14:paraId="65D286B4" w14:textId="77777777" w:rsidR="007C275A" w:rsidRPr="00BF23E8" w:rsidRDefault="007C275A" w:rsidP="007C275A">
      <w:pPr>
        <w:spacing w:before="100" w:beforeAutospacing="1" w:after="100" w:afterAutospacing="1" w:line="240" w:lineRule="auto"/>
        <w:outlineLvl w:val="0"/>
        <w:rPr>
          <w:rFonts w:ascii="Cairo" w:eastAsia="Times New Roman" w:hAnsi="Cairo" w:cs="Cairo"/>
          <w:b/>
          <w:bCs/>
          <w:kern w:val="36"/>
          <w:sz w:val="24"/>
          <w:szCs w:val="24"/>
          <w:lang w:val="en-GB" w:eastAsia="en-GB"/>
        </w:rPr>
      </w:pPr>
    </w:p>
    <w:p w14:paraId="58869E4D" w14:textId="77777777" w:rsidR="007C275A" w:rsidRPr="00FA7D5B" w:rsidRDefault="007C275A" w:rsidP="007C275A">
      <w:pPr>
        <w:shd w:val="clear" w:color="auto" w:fill="7030A0"/>
        <w:spacing w:before="100" w:beforeAutospacing="1" w:after="100" w:afterAutospacing="1" w:line="240" w:lineRule="auto"/>
        <w:outlineLvl w:val="0"/>
        <w:rPr>
          <w:rFonts w:ascii="Cairo" w:eastAsia="Times New Roman" w:hAnsi="Cairo" w:cs="Cairo"/>
          <w:b/>
          <w:bCs/>
          <w:color w:val="FFFFFF" w:themeColor="background1"/>
          <w:kern w:val="36"/>
          <w:sz w:val="24"/>
          <w:szCs w:val="24"/>
          <w:lang w:val="en-GB" w:eastAsia="en-GB"/>
        </w:rPr>
      </w:pPr>
      <w:bookmarkStart w:id="55" w:name="_Toc225265399"/>
      <w:r w:rsidRPr="00FA7D5B">
        <w:rPr>
          <w:rFonts w:ascii="Cairo" w:eastAsia="Times New Roman" w:hAnsi="Cairo" w:cs="Cairo"/>
          <w:b/>
          <w:bCs/>
          <w:color w:val="FFFFFF" w:themeColor="background1"/>
          <w:kern w:val="36"/>
          <w:sz w:val="24"/>
          <w:szCs w:val="24"/>
          <w:lang w:val="en-GB" w:eastAsia="en-GB"/>
        </w:rPr>
        <w:t>5. Human Appeal Responsibilities</w:t>
      </w:r>
      <w:bookmarkEnd w:id="55"/>
    </w:p>
    <w:p w14:paraId="3F73D3ED" w14:textId="77777777" w:rsidR="007C275A" w:rsidRPr="00FA7D5B" w:rsidRDefault="007C275A" w:rsidP="007C275A">
      <w:pPr>
        <w:spacing w:before="100" w:beforeAutospacing="1" w:after="100" w:afterAutospacing="1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  <w:r w:rsidRPr="00FA7D5B">
        <w:rPr>
          <w:rFonts w:ascii="Cairo" w:eastAsia="Times New Roman" w:hAnsi="Cairo" w:cs="Cairo"/>
          <w:sz w:val="24"/>
          <w:szCs w:val="24"/>
          <w:lang w:val="en-GB" w:eastAsia="en-GB"/>
        </w:rPr>
        <w:t>Human Appeal USA will:</w:t>
      </w:r>
    </w:p>
    <w:p w14:paraId="599610C6" w14:textId="77777777" w:rsidR="007C275A" w:rsidRPr="00BF23E8" w:rsidRDefault="007C275A" w:rsidP="007C275A">
      <w:pPr>
        <w:pStyle w:val="ListParagraph"/>
        <w:numPr>
          <w:ilvl w:val="0"/>
          <w:numId w:val="80"/>
        </w:numPr>
        <w:spacing w:before="100" w:beforeAutospacing="1" w:after="100" w:afterAutospacing="1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  <w:r w:rsidRPr="00BF23E8">
        <w:rPr>
          <w:rFonts w:ascii="Cairo" w:eastAsia="Times New Roman" w:hAnsi="Cairo" w:cs="Cairo"/>
          <w:sz w:val="24"/>
          <w:szCs w:val="24"/>
          <w:lang w:val="en-GB" w:eastAsia="en-GB"/>
        </w:rPr>
        <w:t>Provide financial records</w:t>
      </w:r>
    </w:p>
    <w:p w14:paraId="6D0E686C" w14:textId="77777777" w:rsidR="007C275A" w:rsidRPr="00BF23E8" w:rsidRDefault="007C275A" w:rsidP="007C275A">
      <w:pPr>
        <w:pStyle w:val="ListParagraph"/>
        <w:numPr>
          <w:ilvl w:val="0"/>
          <w:numId w:val="80"/>
        </w:numPr>
        <w:spacing w:before="100" w:beforeAutospacing="1" w:after="100" w:afterAutospacing="1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  <w:r w:rsidRPr="00BF23E8">
        <w:rPr>
          <w:rFonts w:ascii="Cairo" w:eastAsia="Times New Roman" w:hAnsi="Cairo" w:cs="Cairo"/>
          <w:sz w:val="24"/>
          <w:szCs w:val="24"/>
          <w:lang w:val="en-GB" w:eastAsia="en-GB"/>
        </w:rPr>
        <w:t>Provide access to staff and systems</w:t>
      </w:r>
    </w:p>
    <w:p w14:paraId="5CC8F809" w14:textId="77777777" w:rsidR="007C275A" w:rsidRPr="00BF23E8" w:rsidRDefault="007C275A" w:rsidP="007C275A">
      <w:pPr>
        <w:pStyle w:val="ListParagraph"/>
        <w:numPr>
          <w:ilvl w:val="0"/>
          <w:numId w:val="80"/>
        </w:numPr>
        <w:spacing w:before="100" w:beforeAutospacing="1" w:after="100" w:afterAutospacing="1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  <w:r w:rsidRPr="00BF23E8">
        <w:rPr>
          <w:rFonts w:ascii="Cairo" w:eastAsia="Times New Roman" w:hAnsi="Cairo" w:cs="Cairo"/>
          <w:sz w:val="24"/>
          <w:szCs w:val="24"/>
          <w:lang w:val="en-GB" w:eastAsia="en-GB"/>
        </w:rPr>
        <w:t>Facilitate audit fieldwork</w:t>
      </w:r>
    </w:p>
    <w:p w14:paraId="24E05467" w14:textId="77777777" w:rsidR="007C275A" w:rsidRPr="00FA7D5B" w:rsidRDefault="007C275A" w:rsidP="007C275A">
      <w:pPr>
        <w:shd w:val="clear" w:color="auto" w:fill="7030A0"/>
        <w:spacing w:before="100" w:beforeAutospacing="1" w:after="100" w:afterAutospacing="1" w:line="240" w:lineRule="auto"/>
        <w:outlineLvl w:val="0"/>
        <w:rPr>
          <w:rFonts w:ascii="Cairo" w:eastAsia="Times New Roman" w:hAnsi="Cairo" w:cs="Cairo"/>
          <w:b/>
          <w:bCs/>
          <w:color w:val="FFFFFF" w:themeColor="background1"/>
          <w:kern w:val="36"/>
          <w:sz w:val="24"/>
          <w:szCs w:val="24"/>
          <w:lang w:val="en-GB" w:eastAsia="en-GB"/>
        </w:rPr>
      </w:pPr>
      <w:bookmarkStart w:id="56" w:name="_Toc225265400"/>
      <w:r w:rsidRPr="00FA7D5B">
        <w:rPr>
          <w:rFonts w:ascii="Cairo" w:eastAsia="Times New Roman" w:hAnsi="Cairo" w:cs="Cairo"/>
          <w:b/>
          <w:bCs/>
          <w:color w:val="FFFFFF" w:themeColor="background1"/>
          <w:kern w:val="36"/>
          <w:sz w:val="24"/>
          <w:szCs w:val="24"/>
          <w:lang w:val="en-GB" w:eastAsia="en-GB"/>
        </w:rPr>
        <w:t>6. Deliverables</w:t>
      </w:r>
      <w:bookmarkEnd w:id="56"/>
    </w:p>
    <w:p w14:paraId="4D12B2CF" w14:textId="77777777" w:rsidR="007C275A" w:rsidRPr="00FA7D5B" w:rsidRDefault="007C275A" w:rsidP="007C275A">
      <w:pPr>
        <w:spacing w:before="100" w:beforeAutospacing="1" w:after="100" w:afterAutospacing="1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  <w:r w:rsidRPr="00FA7D5B">
        <w:rPr>
          <w:rFonts w:ascii="Cairo" w:eastAsia="Times New Roman" w:hAnsi="Cairo" w:cs="Cairo"/>
          <w:sz w:val="24"/>
          <w:szCs w:val="24"/>
          <w:lang w:val="en-GB" w:eastAsia="en-GB"/>
        </w:rPr>
        <w:lastRenderedPageBreak/>
        <w:t>The auditor must provide:</w:t>
      </w:r>
    </w:p>
    <w:p w14:paraId="61627C4C" w14:textId="77777777" w:rsidR="007C275A" w:rsidRPr="00FA7D5B" w:rsidRDefault="007C275A" w:rsidP="007C275A">
      <w:pPr>
        <w:numPr>
          <w:ilvl w:val="0"/>
          <w:numId w:val="77"/>
        </w:numPr>
        <w:spacing w:before="100" w:beforeAutospacing="1" w:after="100" w:afterAutospacing="1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  <w:r w:rsidRPr="00FA7D5B">
        <w:rPr>
          <w:rFonts w:ascii="Cairo" w:eastAsia="Times New Roman" w:hAnsi="Cairo" w:cs="Cairo"/>
          <w:sz w:val="24"/>
          <w:szCs w:val="24"/>
          <w:lang w:val="en-GB" w:eastAsia="en-GB"/>
        </w:rPr>
        <w:t>Independent Auditor’s Report</w:t>
      </w:r>
    </w:p>
    <w:p w14:paraId="1A476C4B" w14:textId="77777777" w:rsidR="007C275A" w:rsidRPr="00FA7D5B" w:rsidRDefault="007C275A" w:rsidP="007C275A">
      <w:pPr>
        <w:numPr>
          <w:ilvl w:val="0"/>
          <w:numId w:val="77"/>
        </w:numPr>
        <w:spacing w:before="100" w:beforeAutospacing="1" w:after="100" w:afterAutospacing="1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  <w:r w:rsidRPr="00FA7D5B">
        <w:rPr>
          <w:rFonts w:ascii="Cairo" w:eastAsia="Times New Roman" w:hAnsi="Cairo" w:cs="Cairo"/>
          <w:sz w:val="24"/>
          <w:szCs w:val="24"/>
          <w:lang w:val="en-GB" w:eastAsia="en-GB"/>
        </w:rPr>
        <w:t>Audited Financial Statements</w:t>
      </w:r>
    </w:p>
    <w:p w14:paraId="41123650" w14:textId="77777777" w:rsidR="007C275A" w:rsidRPr="00FA7D5B" w:rsidRDefault="007C275A" w:rsidP="007C275A">
      <w:pPr>
        <w:numPr>
          <w:ilvl w:val="0"/>
          <w:numId w:val="77"/>
        </w:numPr>
        <w:spacing w:before="100" w:beforeAutospacing="1" w:after="100" w:afterAutospacing="1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  <w:r w:rsidRPr="00FA7D5B">
        <w:rPr>
          <w:rFonts w:ascii="Cairo" w:eastAsia="Times New Roman" w:hAnsi="Cairo" w:cs="Cairo"/>
          <w:sz w:val="24"/>
          <w:szCs w:val="24"/>
          <w:lang w:val="en-GB" w:eastAsia="en-GB"/>
        </w:rPr>
        <w:t>Management Letter</w:t>
      </w:r>
    </w:p>
    <w:p w14:paraId="72BA7653" w14:textId="77777777" w:rsidR="007C275A" w:rsidRPr="00FA7D5B" w:rsidRDefault="007C275A" w:rsidP="007C275A">
      <w:pPr>
        <w:numPr>
          <w:ilvl w:val="0"/>
          <w:numId w:val="77"/>
        </w:numPr>
        <w:spacing w:before="100" w:beforeAutospacing="1" w:after="100" w:afterAutospacing="1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  <w:r w:rsidRPr="00FA7D5B">
        <w:rPr>
          <w:rFonts w:ascii="Cairo" w:eastAsia="Times New Roman" w:hAnsi="Cairo" w:cs="Cairo"/>
          <w:sz w:val="24"/>
          <w:szCs w:val="24"/>
          <w:lang w:val="en-GB" w:eastAsia="en-GB"/>
        </w:rPr>
        <w:t>Presentation to Audit Committee</w:t>
      </w:r>
      <w:r>
        <w:rPr>
          <w:rFonts w:ascii="Cairo" w:eastAsia="Times New Roman" w:hAnsi="Cairo" w:cs="Cairo"/>
          <w:sz w:val="24"/>
          <w:szCs w:val="24"/>
          <w:lang w:val="en-GB" w:eastAsia="en-GB"/>
        </w:rPr>
        <w:t xml:space="preserve"> or any other Executive Management team designated to serve in the capacity of Audit Committee where one is yet to be constituted.</w:t>
      </w:r>
    </w:p>
    <w:p w14:paraId="765A3121" w14:textId="77777777" w:rsidR="007C275A" w:rsidRPr="00FA7D5B" w:rsidRDefault="007C275A" w:rsidP="007C275A">
      <w:pPr>
        <w:spacing w:after="0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</w:p>
    <w:p w14:paraId="7D1BBD3D" w14:textId="77777777" w:rsidR="007C275A" w:rsidRPr="00FA7D5B" w:rsidRDefault="007C275A" w:rsidP="007C275A">
      <w:pPr>
        <w:shd w:val="clear" w:color="auto" w:fill="7030A0"/>
        <w:spacing w:before="100" w:beforeAutospacing="1" w:after="100" w:afterAutospacing="1" w:line="240" w:lineRule="auto"/>
        <w:outlineLvl w:val="0"/>
        <w:rPr>
          <w:rFonts w:ascii="Cairo" w:eastAsia="Times New Roman" w:hAnsi="Cairo" w:cs="Cairo"/>
          <w:b/>
          <w:bCs/>
          <w:color w:val="FFFFFF" w:themeColor="background1"/>
          <w:kern w:val="36"/>
          <w:sz w:val="24"/>
          <w:szCs w:val="24"/>
          <w:lang w:val="en-GB" w:eastAsia="en-GB"/>
        </w:rPr>
      </w:pPr>
      <w:bookmarkStart w:id="57" w:name="_Toc225265401"/>
      <w:r w:rsidRPr="00FA7D5B">
        <w:rPr>
          <w:rFonts w:ascii="Cairo" w:eastAsia="Times New Roman" w:hAnsi="Cairo" w:cs="Cairo"/>
          <w:b/>
          <w:bCs/>
          <w:color w:val="FFFFFF" w:themeColor="background1"/>
          <w:kern w:val="36"/>
          <w:sz w:val="24"/>
          <w:szCs w:val="24"/>
          <w:lang w:val="en-GB" w:eastAsia="en-GB"/>
        </w:rPr>
        <w:t>7. Timeline</w:t>
      </w:r>
      <w:bookmarkEnd w:id="57"/>
    </w:p>
    <w:tbl>
      <w:tblPr>
        <w:tblW w:w="5569" w:type="dxa"/>
        <w:tblCellSpacing w:w="15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592"/>
        <w:gridCol w:w="977"/>
      </w:tblGrid>
      <w:tr w:rsidR="007C275A" w:rsidRPr="00BF23E8" w14:paraId="6F02640B" w14:textId="77777777" w:rsidTr="00CC2960">
        <w:trPr>
          <w:trHeight w:val="431"/>
          <w:tblHeader/>
          <w:tblCellSpacing w:w="15" w:type="dxa"/>
        </w:trPr>
        <w:tc>
          <w:tcPr>
            <w:tcW w:w="0" w:type="auto"/>
            <w:shd w:val="clear" w:color="auto" w:fill="7030A0"/>
            <w:vAlign w:val="center"/>
            <w:hideMark/>
          </w:tcPr>
          <w:p w14:paraId="2C37CFE9" w14:textId="77777777" w:rsidR="007C275A" w:rsidRPr="00FA7D5B" w:rsidRDefault="007C275A" w:rsidP="00CC2960">
            <w:pPr>
              <w:spacing w:after="0" w:line="240" w:lineRule="auto"/>
              <w:jc w:val="center"/>
              <w:rPr>
                <w:rFonts w:ascii="Cairo" w:eastAsia="Times New Roman" w:hAnsi="Cairo" w:cs="Cairo"/>
                <w:b/>
                <w:bCs/>
                <w:color w:val="FFFFFF" w:themeColor="background1"/>
                <w:sz w:val="24"/>
                <w:szCs w:val="24"/>
                <w:lang w:val="en-GB" w:eastAsia="en-GB"/>
              </w:rPr>
            </w:pPr>
            <w:r w:rsidRPr="00FA7D5B">
              <w:rPr>
                <w:rFonts w:ascii="Cairo" w:eastAsia="Times New Roman" w:hAnsi="Cairo" w:cs="Cairo"/>
                <w:b/>
                <w:bCs/>
                <w:color w:val="FFFFFF" w:themeColor="background1"/>
                <w:sz w:val="24"/>
                <w:szCs w:val="24"/>
                <w:lang w:val="en-GB" w:eastAsia="en-GB"/>
              </w:rPr>
              <w:t>Activity</w:t>
            </w:r>
          </w:p>
        </w:tc>
        <w:tc>
          <w:tcPr>
            <w:tcW w:w="0" w:type="auto"/>
            <w:shd w:val="clear" w:color="auto" w:fill="7030A0"/>
            <w:vAlign w:val="center"/>
            <w:hideMark/>
          </w:tcPr>
          <w:p w14:paraId="742FF622" w14:textId="77777777" w:rsidR="007C275A" w:rsidRPr="00FA7D5B" w:rsidRDefault="007C275A" w:rsidP="00CC2960">
            <w:pPr>
              <w:spacing w:after="0" w:line="240" w:lineRule="auto"/>
              <w:jc w:val="center"/>
              <w:rPr>
                <w:rFonts w:ascii="Cairo" w:eastAsia="Times New Roman" w:hAnsi="Cairo" w:cs="Cairo"/>
                <w:b/>
                <w:bCs/>
                <w:color w:val="FFFFFF" w:themeColor="background1"/>
                <w:sz w:val="24"/>
                <w:szCs w:val="24"/>
                <w:lang w:val="en-GB" w:eastAsia="en-GB"/>
              </w:rPr>
            </w:pPr>
            <w:r w:rsidRPr="00FA7D5B">
              <w:rPr>
                <w:rFonts w:ascii="Cairo" w:eastAsia="Times New Roman" w:hAnsi="Cairo" w:cs="Cairo"/>
                <w:b/>
                <w:bCs/>
                <w:color w:val="FFFFFF" w:themeColor="background1"/>
                <w:sz w:val="24"/>
                <w:szCs w:val="24"/>
                <w:lang w:val="en-GB" w:eastAsia="en-GB"/>
              </w:rPr>
              <w:t>Date</w:t>
            </w:r>
          </w:p>
        </w:tc>
      </w:tr>
      <w:tr w:rsidR="007C275A" w:rsidRPr="00FA7D5B" w14:paraId="1E43FA2A" w14:textId="77777777" w:rsidTr="00CC2960">
        <w:trPr>
          <w:trHeight w:val="419"/>
          <w:tblCellSpacing w:w="15" w:type="dxa"/>
        </w:trPr>
        <w:tc>
          <w:tcPr>
            <w:tcW w:w="0" w:type="auto"/>
            <w:vAlign w:val="center"/>
            <w:hideMark/>
          </w:tcPr>
          <w:p w14:paraId="49C4F733" w14:textId="77777777" w:rsidR="007C275A" w:rsidRPr="00FA7D5B" w:rsidRDefault="007C275A" w:rsidP="00CC2960">
            <w:pPr>
              <w:spacing w:after="0" w:line="240" w:lineRule="auto"/>
              <w:rPr>
                <w:rFonts w:ascii="Cairo" w:eastAsia="Times New Roman" w:hAnsi="Cairo" w:cs="Cairo"/>
                <w:sz w:val="24"/>
                <w:szCs w:val="24"/>
                <w:lang w:val="en-GB" w:eastAsia="en-GB"/>
              </w:rPr>
            </w:pPr>
            <w:r w:rsidRPr="00FA7D5B">
              <w:rPr>
                <w:rFonts w:ascii="Cairo" w:eastAsia="Times New Roman" w:hAnsi="Cairo" w:cs="Cairo"/>
                <w:sz w:val="24"/>
                <w:szCs w:val="24"/>
                <w:lang w:val="en-GB" w:eastAsia="en-GB"/>
              </w:rPr>
              <w:t>Audit Fieldwork</w:t>
            </w:r>
            <w:r>
              <w:rPr>
                <w:rFonts w:ascii="Cairo" w:eastAsia="Times New Roman" w:hAnsi="Cairo" w:cs="Cairo"/>
                <w:sz w:val="24"/>
                <w:szCs w:val="24"/>
                <w:lang w:val="en-GB" w:eastAsia="en-GB"/>
              </w:rPr>
              <w:t>- Domestic</w:t>
            </w:r>
          </w:p>
        </w:tc>
        <w:tc>
          <w:tcPr>
            <w:tcW w:w="0" w:type="auto"/>
            <w:vAlign w:val="center"/>
            <w:hideMark/>
          </w:tcPr>
          <w:p w14:paraId="244C4D73" w14:textId="77777777" w:rsidR="007C275A" w:rsidRPr="00FA7D5B" w:rsidRDefault="007C275A" w:rsidP="00CC2960">
            <w:pPr>
              <w:spacing w:after="0" w:line="240" w:lineRule="auto"/>
              <w:rPr>
                <w:rFonts w:ascii="Cairo" w:eastAsia="Times New Roman" w:hAnsi="Cairo" w:cs="Cairo"/>
                <w:sz w:val="24"/>
                <w:szCs w:val="24"/>
                <w:lang w:val="en-GB" w:eastAsia="en-GB"/>
              </w:rPr>
            </w:pPr>
          </w:p>
        </w:tc>
      </w:tr>
      <w:tr w:rsidR="007C275A" w:rsidRPr="00FA7D5B" w14:paraId="08C56D56" w14:textId="77777777" w:rsidTr="00CC2960">
        <w:trPr>
          <w:trHeight w:val="431"/>
          <w:tblCellSpacing w:w="15" w:type="dxa"/>
        </w:trPr>
        <w:tc>
          <w:tcPr>
            <w:tcW w:w="0" w:type="auto"/>
            <w:shd w:val="clear" w:color="auto" w:fill="E5DFEC" w:themeFill="accent4" w:themeFillTint="33"/>
            <w:vAlign w:val="center"/>
            <w:hideMark/>
          </w:tcPr>
          <w:p w14:paraId="30E0D861" w14:textId="77777777" w:rsidR="007C275A" w:rsidRPr="00FA7D5B" w:rsidRDefault="007C275A" w:rsidP="00CC2960">
            <w:pPr>
              <w:spacing w:after="0" w:line="240" w:lineRule="auto"/>
              <w:rPr>
                <w:rFonts w:ascii="Cairo" w:eastAsia="Times New Roman" w:hAnsi="Cairo" w:cs="Cairo"/>
                <w:sz w:val="24"/>
                <w:szCs w:val="24"/>
                <w:lang w:val="en-GB" w:eastAsia="en-GB"/>
              </w:rPr>
            </w:pPr>
            <w:r w:rsidRPr="00FA7D5B">
              <w:rPr>
                <w:rFonts w:ascii="Cairo" w:eastAsia="Times New Roman" w:hAnsi="Cairo" w:cs="Cairo"/>
                <w:sz w:val="24"/>
                <w:szCs w:val="24"/>
                <w:lang w:val="en-GB" w:eastAsia="en-GB"/>
              </w:rPr>
              <w:t>Draft Report</w:t>
            </w:r>
          </w:p>
        </w:tc>
        <w:tc>
          <w:tcPr>
            <w:tcW w:w="0" w:type="auto"/>
            <w:shd w:val="clear" w:color="auto" w:fill="E5DFEC" w:themeFill="accent4" w:themeFillTint="33"/>
            <w:vAlign w:val="center"/>
            <w:hideMark/>
          </w:tcPr>
          <w:p w14:paraId="3CD9C0C7" w14:textId="77777777" w:rsidR="007C275A" w:rsidRPr="00FA7D5B" w:rsidRDefault="007C275A" w:rsidP="00CC2960">
            <w:pPr>
              <w:spacing w:after="0" w:line="240" w:lineRule="auto"/>
              <w:rPr>
                <w:rFonts w:ascii="Cairo" w:eastAsia="Times New Roman" w:hAnsi="Cairo" w:cs="Cairo"/>
                <w:sz w:val="24"/>
                <w:szCs w:val="24"/>
                <w:lang w:val="en-GB" w:eastAsia="en-GB"/>
              </w:rPr>
            </w:pPr>
          </w:p>
        </w:tc>
      </w:tr>
      <w:tr w:rsidR="007C275A" w:rsidRPr="00FA7D5B" w14:paraId="2B4DEB83" w14:textId="77777777" w:rsidTr="00CC2960">
        <w:trPr>
          <w:trHeight w:val="419"/>
          <w:tblCellSpacing w:w="15" w:type="dxa"/>
        </w:trPr>
        <w:tc>
          <w:tcPr>
            <w:tcW w:w="0" w:type="auto"/>
            <w:vAlign w:val="center"/>
            <w:hideMark/>
          </w:tcPr>
          <w:p w14:paraId="190023F5" w14:textId="77777777" w:rsidR="007C275A" w:rsidRPr="00FA7D5B" w:rsidRDefault="007C275A" w:rsidP="00CC2960">
            <w:pPr>
              <w:spacing w:after="0" w:line="240" w:lineRule="auto"/>
              <w:rPr>
                <w:rFonts w:ascii="Cairo" w:eastAsia="Times New Roman" w:hAnsi="Cairo" w:cs="Cairo"/>
                <w:sz w:val="24"/>
                <w:szCs w:val="24"/>
                <w:lang w:val="en-GB" w:eastAsia="en-GB"/>
              </w:rPr>
            </w:pPr>
            <w:r w:rsidRPr="00FA7D5B">
              <w:rPr>
                <w:rFonts w:ascii="Cairo" w:eastAsia="Times New Roman" w:hAnsi="Cairo" w:cs="Cairo"/>
                <w:sz w:val="24"/>
                <w:szCs w:val="24"/>
                <w:lang w:val="en-GB" w:eastAsia="en-GB"/>
              </w:rPr>
              <w:t>Final Report</w:t>
            </w:r>
          </w:p>
        </w:tc>
        <w:tc>
          <w:tcPr>
            <w:tcW w:w="0" w:type="auto"/>
            <w:vAlign w:val="center"/>
            <w:hideMark/>
          </w:tcPr>
          <w:p w14:paraId="35702BD2" w14:textId="77777777" w:rsidR="007C275A" w:rsidRPr="00FA7D5B" w:rsidRDefault="007C275A" w:rsidP="00CC2960">
            <w:pPr>
              <w:spacing w:after="0" w:line="240" w:lineRule="auto"/>
              <w:rPr>
                <w:rFonts w:ascii="Cairo" w:eastAsia="Times New Roman" w:hAnsi="Cairo" w:cs="Cairo"/>
                <w:sz w:val="24"/>
                <w:szCs w:val="24"/>
                <w:lang w:val="en-GB" w:eastAsia="en-GB"/>
              </w:rPr>
            </w:pPr>
          </w:p>
        </w:tc>
      </w:tr>
    </w:tbl>
    <w:p w14:paraId="6750BA5C" w14:textId="77777777" w:rsidR="007C275A" w:rsidRPr="00FA7D5B" w:rsidRDefault="007C275A" w:rsidP="007C275A">
      <w:pPr>
        <w:spacing w:after="0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</w:p>
    <w:p w14:paraId="1F0A36FD" w14:textId="77777777" w:rsidR="007C275A" w:rsidRPr="00FA7D5B" w:rsidRDefault="007C275A" w:rsidP="007C275A">
      <w:pPr>
        <w:shd w:val="clear" w:color="auto" w:fill="7030A0"/>
        <w:spacing w:before="100" w:beforeAutospacing="1" w:after="100" w:afterAutospacing="1" w:line="240" w:lineRule="auto"/>
        <w:outlineLvl w:val="0"/>
        <w:rPr>
          <w:rFonts w:ascii="Cairo" w:eastAsia="Times New Roman" w:hAnsi="Cairo" w:cs="Cairo"/>
          <w:b/>
          <w:bCs/>
          <w:color w:val="FFFFFF" w:themeColor="background1"/>
          <w:kern w:val="36"/>
          <w:sz w:val="24"/>
          <w:szCs w:val="24"/>
          <w:lang w:val="en-GB" w:eastAsia="en-GB"/>
        </w:rPr>
      </w:pPr>
      <w:bookmarkStart w:id="58" w:name="_Toc225265402"/>
      <w:r w:rsidRPr="00FA7D5B">
        <w:rPr>
          <w:rFonts w:ascii="Cairo" w:eastAsia="Times New Roman" w:hAnsi="Cairo" w:cs="Cairo"/>
          <w:b/>
          <w:bCs/>
          <w:color w:val="FFFFFF" w:themeColor="background1"/>
          <w:kern w:val="36"/>
          <w:sz w:val="24"/>
          <w:szCs w:val="24"/>
          <w:lang w:val="en-GB" w:eastAsia="en-GB"/>
        </w:rPr>
        <w:t>8. Fees and Payment</w:t>
      </w:r>
      <w:bookmarkEnd w:id="58"/>
    </w:p>
    <w:p w14:paraId="65EC3A09" w14:textId="77777777" w:rsidR="007C275A" w:rsidRPr="00FA7D5B" w:rsidRDefault="007C275A" w:rsidP="007C275A">
      <w:pPr>
        <w:spacing w:before="100" w:beforeAutospacing="1" w:after="100" w:afterAutospacing="1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  <w:r w:rsidRPr="00FA7D5B">
        <w:rPr>
          <w:rFonts w:ascii="Cairo" w:eastAsia="Times New Roman" w:hAnsi="Cairo" w:cs="Cairo"/>
          <w:sz w:val="24"/>
          <w:szCs w:val="24"/>
          <w:lang w:val="en-GB" w:eastAsia="en-GB"/>
        </w:rPr>
        <w:t>Audit fees shall be:</w:t>
      </w:r>
    </w:p>
    <w:tbl>
      <w:tblPr>
        <w:tblW w:w="6379" w:type="dxa"/>
        <w:tblCellSpacing w:w="15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196"/>
        <w:gridCol w:w="2183"/>
      </w:tblGrid>
      <w:tr w:rsidR="007C275A" w:rsidRPr="00BF23E8" w14:paraId="3D6B18E2" w14:textId="77777777" w:rsidTr="00CC2960">
        <w:trPr>
          <w:trHeight w:val="468"/>
          <w:tblHeader/>
          <w:tblCellSpacing w:w="15" w:type="dxa"/>
        </w:trPr>
        <w:tc>
          <w:tcPr>
            <w:tcW w:w="0" w:type="auto"/>
            <w:shd w:val="clear" w:color="auto" w:fill="7030A0"/>
            <w:vAlign w:val="center"/>
            <w:hideMark/>
          </w:tcPr>
          <w:p w14:paraId="327B58F7" w14:textId="77777777" w:rsidR="007C275A" w:rsidRPr="00FA7D5B" w:rsidRDefault="007C275A" w:rsidP="00CC2960">
            <w:pPr>
              <w:spacing w:after="0" w:line="240" w:lineRule="auto"/>
              <w:rPr>
                <w:rFonts w:ascii="Cairo" w:eastAsia="Times New Roman" w:hAnsi="Cairo" w:cs="Cairo"/>
                <w:b/>
                <w:bCs/>
                <w:color w:val="FFFFFF" w:themeColor="background1"/>
                <w:sz w:val="24"/>
                <w:szCs w:val="24"/>
                <w:lang w:val="en-GB" w:eastAsia="en-GB"/>
              </w:rPr>
            </w:pPr>
            <w:r w:rsidRPr="00FA7D5B">
              <w:rPr>
                <w:rFonts w:ascii="Cairo" w:eastAsia="Times New Roman" w:hAnsi="Cairo" w:cs="Cairo"/>
                <w:b/>
                <w:bCs/>
                <w:color w:val="FFFFFF" w:themeColor="background1"/>
                <w:sz w:val="24"/>
                <w:szCs w:val="24"/>
                <w:lang w:val="en-GB" w:eastAsia="en-GB"/>
              </w:rPr>
              <w:t>Service</w:t>
            </w:r>
          </w:p>
        </w:tc>
        <w:tc>
          <w:tcPr>
            <w:tcW w:w="2138" w:type="dxa"/>
            <w:shd w:val="clear" w:color="auto" w:fill="7030A0"/>
            <w:vAlign w:val="center"/>
            <w:hideMark/>
          </w:tcPr>
          <w:p w14:paraId="4110D293" w14:textId="77777777" w:rsidR="007C275A" w:rsidRPr="00FA7D5B" w:rsidRDefault="007C275A" w:rsidP="00CC2960">
            <w:pPr>
              <w:spacing w:after="0" w:line="240" w:lineRule="auto"/>
              <w:jc w:val="center"/>
              <w:rPr>
                <w:rFonts w:ascii="Cairo" w:eastAsia="Times New Roman" w:hAnsi="Cairo" w:cs="Cairo"/>
                <w:b/>
                <w:bCs/>
                <w:color w:val="FFFFFF" w:themeColor="background1"/>
                <w:sz w:val="24"/>
                <w:szCs w:val="24"/>
                <w:lang w:val="en-GB" w:eastAsia="en-GB"/>
              </w:rPr>
            </w:pPr>
            <w:r w:rsidRPr="00FA7D5B">
              <w:rPr>
                <w:rFonts w:ascii="Cairo" w:eastAsia="Times New Roman" w:hAnsi="Cairo" w:cs="Cairo"/>
                <w:b/>
                <w:bCs/>
                <w:color w:val="FFFFFF" w:themeColor="background1"/>
                <w:sz w:val="24"/>
                <w:szCs w:val="24"/>
                <w:lang w:val="en-GB" w:eastAsia="en-GB"/>
              </w:rPr>
              <w:t>Fee</w:t>
            </w:r>
          </w:p>
        </w:tc>
      </w:tr>
      <w:tr w:rsidR="007C275A" w:rsidRPr="00FA7D5B" w14:paraId="271EC223" w14:textId="77777777" w:rsidTr="00CC2960">
        <w:trPr>
          <w:trHeight w:val="455"/>
          <w:tblCellSpacing w:w="15" w:type="dxa"/>
        </w:trPr>
        <w:tc>
          <w:tcPr>
            <w:tcW w:w="0" w:type="auto"/>
            <w:vAlign w:val="center"/>
            <w:hideMark/>
          </w:tcPr>
          <w:p w14:paraId="50A67AE1" w14:textId="77777777" w:rsidR="007C275A" w:rsidRPr="00FA7D5B" w:rsidRDefault="007C275A" w:rsidP="00CC2960">
            <w:pPr>
              <w:spacing w:after="0" w:line="240" w:lineRule="auto"/>
              <w:rPr>
                <w:rFonts w:ascii="Cairo" w:eastAsia="Times New Roman" w:hAnsi="Cairo" w:cs="Cairo"/>
                <w:sz w:val="24"/>
                <w:szCs w:val="24"/>
                <w:lang w:val="en-GB" w:eastAsia="en-GB"/>
              </w:rPr>
            </w:pPr>
            <w:r w:rsidRPr="00FA7D5B">
              <w:rPr>
                <w:rFonts w:ascii="Cairo" w:eastAsia="Times New Roman" w:hAnsi="Cairo" w:cs="Cairo"/>
                <w:sz w:val="24"/>
                <w:szCs w:val="24"/>
                <w:lang w:val="en-GB" w:eastAsia="en-GB"/>
              </w:rPr>
              <w:t>Annual Audit</w:t>
            </w:r>
          </w:p>
        </w:tc>
        <w:tc>
          <w:tcPr>
            <w:tcW w:w="2138" w:type="dxa"/>
            <w:vAlign w:val="center"/>
            <w:hideMark/>
          </w:tcPr>
          <w:p w14:paraId="1DC4EF58" w14:textId="77777777" w:rsidR="007C275A" w:rsidRPr="00FA7D5B" w:rsidRDefault="007C275A" w:rsidP="00CC2960">
            <w:pPr>
              <w:spacing w:after="0" w:line="240" w:lineRule="auto"/>
              <w:rPr>
                <w:rFonts w:ascii="Cairo" w:eastAsia="Times New Roman" w:hAnsi="Cairo" w:cs="Cairo"/>
                <w:sz w:val="24"/>
                <w:szCs w:val="24"/>
                <w:lang w:val="en-GB" w:eastAsia="en-GB"/>
              </w:rPr>
            </w:pPr>
          </w:p>
        </w:tc>
      </w:tr>
      <w:tr w:rsidR="007C275A" w:rsidRPr="00FA7D5B" w14:paraId="52C6BB75" w14:textId="77777777" w:rsidTr="00CC2960">
        <w:trPr>
          <w:trHeight w:val="468"/>
          <w:tblCellSpacing w:w="15" w:type="dxa"/>
        </w:trPr>
        <w:tc>
          <w:tcPr>
            <w:tcW w:w="0" w:type="auto"/>
            <w:shd w:val="clear" w:color="auto" w:fill="E5DFEC" w:themeFill="accent4" w:themeFillTint="33"/>
            <w:vAlign w:val="center"/>
            <w:hideMark/>
          </w:tcPr>
          <w:p w14:paraId="620A70E9" w14:textId="77777777" w:rsidR="007C275A" w:rsidRPr="00FA7D5B" w:rsidRDefault="007C275A" w:rsidP="00CC2960">
            <w:pPr>
              <w:spacing w:after="0" w:line="240" w:lineRule="auto"/>
              <w:rPr>
                <w:rFonts w:ascii="Cairo" w:eastAsia="Times New Roman" w:hAnsi="Cairo" w:cs="Cairo"/>
                <w:sz w:val="24"/>
                <w:szCs w:val="24"/>
                <w:lang w:val="en-GB" w:eastAsia="en-GB"/>
              </w:rPr>
            </w:pPr>
            <w:r w:rsidRPr="00FA7D5B">
              <w:rPr>
                <w:rFonts w:ascii="Cairo" w:eastAsia="Times New Roman" w:hAnsi="Cairo" w:cs="Cairo"/>
                <w:sz w:val="24"/>
                <w:szCs w:val="24"/>
                <w:lang w:val="en-GB" w:eastAsia="en-GB"/>
              </w:rPr>
              <w:t>Additional Services</w:t>
            </w:r>
          </w:p>
        </w:tc>
        <w:tc>
          <w:tcPr>
            <w:tcW w:w="2138" w:type="dxa"/>
            <w:shd w:val="clear" w:color="auto" w:fill="E5DFEC" w:themeFill="accent4" w:themeFillTint="33"/>
            <w:vAlign w:val="center"/>
            <w:hideMark/>
          </w:tcPr>
          <w:p w14:paraId="459A7D53" w14:textId="77777777" w:rsidR="007C275A" w:rsidRPr="00FA7D5B" w:rsidRDefault="007C275A" w:rsidP="00CC2960">
            <w:pPr>
              <w:spacing w:after="0" w:line="240" w:lineRule="auto"/>
              <w:rPr>
                <w:rFonts w:ascii="Cairo" w:eastAsia="Times New Roman" w:hAnsi="Cairo" w:cs="Cairo"/>
                <w:sz w:val="24"/>
                <w:szCs w:val="24"/>
                <w:lang w:val="en-GB" w:eastAsia="en-GB"/>
              </w:rPr>
            </w:pPr>
          </w:p>
        </w:tc>
      </w:tr>
    </w:tbl>
    <w:p w14:paraId="2D125D55" w14:textId="77777777" w:rsidR="007C275A" w:rsidRPr="00FA7D5B" w:rsidRDefault="007C275A" w:rsidP="007C275A">
      <w:pPr>
        <w:spacing w:before="100" w:beforeAutospacing="1" w:after="100" w:afterAutospacing="1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  <w:commentRangeStart w:id="59"/>
      <w:r w:rsidRPr="00FA7D5B">
        <w:rPr>
          <w:rFonts w:ascii="Cairo" w:eastAsia="Times New Roman" w:hAnsi="Cairo" w:cs="Cairo"/>
          <w:sz w:val="24"/>
          <w:szCs w:val="24"/>
          <w:lang w:val="en-GB" w:eastAsia="en-GB"/>
        </w:rPr>
        <w:t>Payment schedule</w:t>
      </w:r>
      <w:r w:rsidRPr="00BF23E8">
        <w:rPr>
          <w:rFonts w:ascii="Cairo" w:eastAsia="Times New Roman" w:hAnsi="Cairo" w:cs="Cairo"/>
          <w:sz w:val="24"/>
          <w:szCs w:val="24"/>
          <w:lang w:val="en-GB" w:eastAsia="en-GB"/>
        </w:rPr>
        <w:t xml:space="preserve"> (to be agreed/determined)</w:t>
      </w:r>
      <w:r w:rsidRPr="00FA7D5B">
        <w:rPr>
          <w:rFonts w:ascii="Cairo" w:eastAsia="Times New Roman" w:hAnsi="Cairo" w:cs="Cairo"/>
          <w:sz w:val="24"/>
          <w:szCs w:val="24"/>
          <w:lang w:val="en-GB" w:eastAsia="en-GB"/>
        </w:rPr>
        <w:t>:</w:t>
      </w:r>
    </w:p>
    <w:p w14:paraId="349359F3" w14:textId="77777777" w:rsidR="007C275A" w:rsidRPr="00FA7D5B" w:rsidRDefault="007C275A" w:rsidP="007C275A">
      <w:pPr>
        <w:spacing w:before="100" w:beforeAutospacing="1" w:after="100" w:afterAutospacing="1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  <w:r w:rsidRPr="00FA7D5B">
        <w:rPr>
          <w:rFonts w:ascii="Cairo" w:eastAsia="Times New Roman" w:hAnsi="Cairo" w:cs="Cairo"/>
          <w:sz w:val="24"/>
          <w:szCs w:val="24"/>
          <w:lang w:val="en-GB" w:eastAsia="en-GB"/>
        </w:rPr>
        <w:t>• 50% upon commencement</w:t>
      </w:r>
      <w:r w:rsidRPr="00FA7D5B">
        <w:rPr>
          <w:rFonts w:ascii="Cairo" w:eastAsia="Times New Roman" w:hAnsi="Cairo" w:cs="Cairo"/>
          <w:sz w:val="24"/>
          <w:szCs w:val="24"/>
          <w:lang w:val="en-GB" w:eastAsia="en-GB"/>
        </w:rPr>
        <w:br/>
        <w:t>• 50% upon delivery of final audit report</w:t>
      </w:r>
      <w:commentRangeEnd w:id="59"/>
      <w:r w:rsidR="00B47A18" w:rsidRPr="00FA7D5B">
        <w:rPr>
          <w:rStyle w:val="CommentReference"/>
          <w:rFonts w:ascii="Cairo" w:eastAsia="Times New Roman" w:hAnsi="Cairo" w:cs="Cairo"/>
          <w:sz w:val="24"/>
          <w:szCs w:val="24"/>
          <w:lang w:val="en-GB" w:eastAsia="en-GB"/>
        </w:rPr>
        <w:commentReference w:id="59"/>
      </w:r>
    </w:p>
    <w:p w14:paraId="13EE917A" w14:textId="77777777" w:rsidR="007C275A" w:rsidRPr="00FA7D5B" w:rsidRDefault="007C275A" w:rsidP="007C275A">
      <w:pPr>
        <w:shd w:val="clear" w:color="auto" w:fill="7030A0"/>
        <w:spacing w:before="100" w:beforeAutospacing="1" w:after="100" w:afterAutospacing="1" w:line="240" w:lineRule="auto"/>
        <w:outlineLvl w:val="0"/>
        <w:rPr>
          <w:rFonts w:ascii="Cairo" w:eastAsia="Times New Roman" w:hAnsi="Cairo" w:cs="Cairo"/>
          <w:b/>
          <w:bCs/>
          <w:color w:val="FFFFFF" w:themeColor="background1"/>
          <w:kern w:val="36"/>
          <w:sz w:val="24"/>
          <w:szCs w:val="24"/>
          <w:lang w:val="en-GB" w:eastAsia="en-GB"/>
        </w:rPr>
      </w:pPr>
      <w:bookmarkStart w:id="60" w:name="_Toc225265403"/>
      <w:r w:rsidRPr="00FA7D5B">
        <w:rPr>
          <w:rFonts w:ascii="Cairo" w:eastAsia="Times New Roman" w:hAnsi="Cairo" w:cs="Cairo"/>
          <w:b/>
          <w:bCs/>
          <w:color w:val="FFFFFF" w:themeColor="background1"/>
          <w:kern w:val="36"/>
          <w:sz w:val="24"/>
          <w:szCs w:val="24"/>
          <w:lang w:val="en-GB" w:eastAsia="en-GB"/>
        </w:rPr>
        <w:lastRenderedPageBreak/>
        <w:t>9. Confidentiality</w:t>
      </w:r>
      <w:bookmarkEnd w:id="60"/>
    </w:p>
    <w:p w14:paraId="424FB2C3" w14:textId="77777777" w:rsidR="007C275A" w:rsidRPr="00FA7D5B" w:rsidRDefault="007C275A" w:rsidP="007C275A">
      <w:pPr>
        <w:spacing w:before="100" w:beforeAutospacing="1" w:after="100" w:afterAutospacing="1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  <w:r w:rsidRPr="00FA7D5B">
        <w:rPr>
          <w:rFonts w:ascii="Cairo" w:eastAsia="Times New Roman" w:hAnsi="Cairo" w:cs="Cairo"/>
          <w:sz w:val="24"/>
          <w:szCs w:val="24"/>
          <w:lang w:val="en-GB" w:eastAsia="en-GB"/>
        </w:rPr>
        <w:t>The auditor shall maintain confidentiality regarding all financial and operational information obtained during the audit.</w:t>
      </w:r>
    </w:p>
    <w:p w14:paraId="0689BA96" w14:textId="77777777" w:rsidR="007C275A" w:rsidRPr="00FA7D5B" w:rsidRDefault="007C275A" w:rsidP="007C275A">
      <w:pPr>
        <w:shd w:val="clear" w:color="auto" w:fill="7030A0"/>
        <w:spacing w:before="100" w:beforeAutospacing="1" w:after="100" w:afterAutospacing="1" w:line="240" w:lineRule="auto"/>
        <w:outlineLvl w:val="0"/>
        <w:rPr>
          <w:rFonts w:ascii="Cairo" w:eastAsia="Times New Roman" w:hAnsi="Cairo" w:cs="Cairo"/>
          <w:b/>
          <w:bCs/>
          <w:color w:val="FFFFFF" w:themeColor="background1"/>
          <w:kern w:val="36"/>
          <w:sz w:val="24"/>
          <w:szCs w:val="24"/>
          <w:lang w:val="en-GB" w:eastAsia="en-GB"/>
        </w:rPr>
      </w:pPr>
      <w:bookmarkStart w:id="61" w:name="_Toc225265404"/>
      <w:r w:rsidRPr="00FA7D5B">
        <w:rPr>
          <w:rFonts w:ascii="Cairo" w:eastAsia="Times New Roman" w:hAnsi="Cairo" w:cs="Cairo"/>
          <w:b/>
          <w:bCs/>
          <w:color w:val="FFFFFF" w:themeColor="background1"/>
          <w:kern w:val="36"/>
          <w:sz w:val="24"/>
          <w:szCs w:val="24"/>
          <w:lang w:val="en-GB" w:eastAsia="en-GB"/>
        </w:rPr>
        <w:t>10. Independence</w:t>
      </w:r>
      <w:bookmarkEnd w:id="61"/>
    </w:p>
    <w:p w14:paraId="6CC7B480" w14:textId="77777777" w:rsidR="007C275A" w:rsidRPr="00FA7D5B" w:rsidRDefault="007C275A" w:rsidP="007C275A">
      <w:pPr>
        <w:spacing w:before="100" w:beforeAutospacing="1" w:after="100" w:afterAutospacing="1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  <w:r w:rsidRPr="00FA7D5B">
        <w:rPr>
          <w:rFonts w:ascii="Cairo" w:eastAsia="Times New Roman" w:hAnsi="Cairo" w:cs="Cairo"/>
          <w:sz w:val="24"/>
          <w:szCs w:val="24"/>
          <w:lang w:val="en-GB" w:eastAsia="en-GB"/>
        </w:rPr>
        <w:t>The auditor confirms that:</w:t>
      </w:r>
    </w:p>
    <w:p w14:paraId="4464928D" w14:textId="77777777" w:rsidR="007C275A" w:rsidRPr="00FA7D5B" w:rsidRDefault="007C275A" w:rsidP="007C275A">
      <w:pPr>
        <w:spacing w:before="100" w:beforeAutospacing="1" w:after="100" w:afterAutospacing="1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  <w:r w:rsidRPr="00FA7D5B">
        <w:rPr>
          <w:rFonts w:ascii="Cairo" w:eastAsia="Times New Roman" w:hAnsi="Cairo" w:cs="Cairo"/>
          <w:sz w:val="24"/>
          <w:szCs w:val="24"/>
          <w:lang w:val="en-GB" w:eastAsia="en-GB"/>
        </w:rPr>
        <w:t>• No conflicts of interest exist</w:t>
      </w:r>
      <w:r w:rsidRPr="00FA7D5B">
        <w:rPr>
          <w:rFonts w:ascii="Cairo" w:eastAsia="Times New Roman" w:hAnsi="Cairo" w:cs="Cairo"/>
          <w:sz w:val="24"/>
          <w:szCs w:val="24"/>
          <w:lang w:val="en-GB" w:eastAsia="en-GB"/>
        </w:rPr>
        <w:br/>
        <w:t>• The firm remains independent throughout the engagement</w:t>
      </w:r>
    </w:p>
    <w:p w14:paraId="61571565" w14:textId="77777777" w:rsidR="007C275A" w:rsidRPr="00FA7D5B" w:rsidRDefault="007C275A" w:rsidP="007C275A">
      <w:pPr>
        <w:shd w:val="clear" w:color="auto" w:fill="7030A0"/>
        <w:spacing w:before="100" w:beforeAutospacing="1" w:after="100" w:afterAutospacing="1" w:line="240" w:lineRule="auto"/>
        <w:outlineLvl w:val="0"/>
        <w:rPr>
          <w:rFonts w:ascii="Cairo" w:eastAsia="Times New Roman" w:hAnsi="Cairo" w:cs="Cairo"/>
          <w:b/>
          <w:bCs/>
          <w:color w:val="FFFFFF" w:themeColor="background1"/>
          <w:kern w:val="36"/>
          <w:sz w:val="24"/>
          <w:szCs w:val="24"/>
          <w:lang w:val="en-GB" w:eastAsia="en-GB"/>
        </w:rPr>
      </w:pPr>
      <w:bookmarkStart w:id="62" w:name="_Toc225265405"/>
      <w:r w:rsidRPr="00FA7D5B">
        <w:rPr>
          <w:rFonts w:ascii="Cairo" w:eastAsia="Times New Roman" w:hAnsi="Cairo" w:cs="Cairo"/>
          <w:b/>
          <w:bCs/>
          <w:color w:val="FFFFFF" w:themeColor="background1"/>
          <w:kern w:val="36"/>
          <w:sz w:val="24"/>
          <w:szCs w:val="24"/>
          <w:lang w:val="en-GB" w:eastAsia="en-GB"/>
        </w:rPr>
        <w:t>11. Liability</w:t>
      </w:r>
      <w:bookmarkEnd w:id="62"/>
    </w:p>
    <w:p w14:paraId="64DCAC4A" w14:textId="77777777" w:rsidR="007C275A" w:rsidRPr="00FA7D5B" w:rsidRDefault="007C275A" w:rsidP="007C275A">
      <w:pPr>
        <w:spacing w:before="100" w:beforeAutospacing="1" w:after="100" w:afterAutospacing="1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  <w:r w:rsidRPr="00FA7D5B">
        <w:rPr>
          <w:rFonts w:ascii="Cairo" w:eastAsia="Times New Roman" w:hAnsi="Cairo" w:cs="Cairo"/>
          <w:sz w:val="24"/>
          <w:szCs w:val="24"/>
          <w:lang w:val="en-GB" w:eastAsia="en-GB"/>
        </w:rPr>
        <w:t xml:space="preserve">The auditor shall maintain </w:t>
      </w:r>
      <w:r w:rsidRPr="00FA7D5B">
        <w:rPr>
          <w:rFonts w:ascii="Cairo" w:eastAsia="Times New Roman" w:hAnsi="Cairo" w:cs="Cairo"/>
          <w:b/>
          <w:bCs/>
          <w:sz w:val="24"/>
          <w:szCs w:val="24"/>
          <w:lang w:val="en-GB" w:eastAsia="en-GB"/>
        </w:rPr>
        <w:t>professional indemnity insurance</w:t>
      </w:r>
      <w:r w:rsidRPr="00FA7D5B">
        <w:rPr>
          <w:rFonts w:ascii="Cairo" w:eastAsia="Times New Roman" w:hAnsi="Cairo" w:cs="Cairo"/>
          <w:sz w:val="24"/>
          <w:szCs w:val="24"/>
          <w:lang w:val="en-GB" w:eastAsia="en-GB"/>
        </w:rPr>
        <w:t>.</w:t>
      </w:r>
    </w:p>
    <w:p w14:paraId="00CA829B" w14:textId="77777777" w:rsidR="007C275A" w:rsidRPr="00FA7D5B" w:rsidRDefault="007C275A" w:rsidP="007C275A">
      <w:pPr>
        <w:spacing w:after="0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</w:p>
    <w:p w14:paraId="7401211D" w14:textId="77777777" w:rsidR="007C275A" w:rsidRPr="00FA7D5B" w:rsidRDefault="007C275A" w:rsidP="007C275A">
      <w:pPr>
        <w:shd w:val="clear" w:color="auto" w:fill="7030A0"/>
        <w:spacing w:before="100" w:beforeAutospacing="1" w:after="100" w:afterAutospacing="1" w:line="240" w:lineRule="auto"/>
        <w:outlineLvl w:val="0"/>
        <w:rPr>
          <w:rFonts w:ascii="Cairo" w:eastAsia="Times New Roman" w:hAnsi="Cairo" w:cs="Cairo"/>
          <w:b/>
          <w:bCs/>
          <w:color w:val="FFFFFF" w:themeColor="background1"/>
          <w:kern w:val="36"/>
          <w:sz w:val="24"/>
          <w:szCs w:val="24"/>
          <w:lang w:val="en-GB" w:eastAsia="en-GB"/>
        </w:rPr>
      </w:pPr>
      <w:bookmarkStart w:id="63" w:name="_Toc225265406"/>
      <w:r w:rsidRPr="00FA7D5B">
        <w:rPr>
          <w:rFonts w:ascii="Cairo" w:eastAsia="Times New Roman" w:hAnsi="Cairo" w:cs="Cairo"/>
          <w:b/>
          <w:bCs/>
          <w:color w:val="FFFFFF" w:themeColor="background1"/>
          <w:kern w:val="36"/>
          <w:sz w:val="24"/>
          <w:szCs w:val="24"/>
          <w:lang w:val="en-GB" w:eastAsia="en-GB"/>
        </w:rPr>
        <w:t>12. Termination</w:t>
      </w:r>
      <w:bookmarkEnd w:id="63"/>
    </w:p>
    <w:p w14:paraId="6A604733" w14:textId="77777777" w:rsidR="007C275A" w:rsidRPr="00FA7D5B" w:rsidRDefault="007C275A" w:rsidP="007C275A">
      <w:pPr>
        <w:spacing w:before="100" w:beforeAutospacing="1" w:after="100" w:afterAutospacing="1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  <w:r w:rsidRPr="00FA7D5B">
        <w:rPr>
          <w:rFonts w:ascii="Cairo" w:eastAsia="Times New Roman" w:hAnsi="Cairo" w:cs="Cairo"/>
          <w:sz w:val="24"/>
          <w:szCs w:val="24"/>
          <w:lang w:val="en-GB" w:eastAsia="en-GB"/>
        </w:rPr>
        <w:t xml:space="preserve">Either party may terminate the agreement with </w:t>
      </w:r>
      <w:r w:rsidRPr="00FA7D5B">
        <w:rPr>
          <w:rFonts w:ascii="Cairo" w:eastAsia="Times New Roman" w:hAnsi="Cairo" w:cs="Cairo"/>
          <w:b/>
          <w:bCs/>
          <w:sz w:val="24"/>
          <w:szCs w:val="24"/>
          <w:lang w:val="en-GB" w:eastAsia="en-GB"/>
        </w:rPr>
        <w:t>30 days written notice</w:t>
      </w:r>
      <w:r w:rsidRPr="00FA7D5B">
        <w:rPr>
          <w:rFonts w:ascii="Cairo" w:eastAsia="Times New Roman" w:hAnsi="Cairo" w:cs="Cairo"/>
          <w:sz w:val="24"/>
          <w:szCs w:val="24"/>
          <w:lang w:val="en-GB" w:eastAsia="en-GB"/>
        </w:rPr>
        <w:t>.</w:t>
      </w:r>
    </w:p>
    <w:p w14:paraId="0A986A0A" w14:textId="77777777" w:rsidR="007C275A" w:rsidRPr="00FA7D5B" w:rsidRDefault="007C275A" w:rsidP="007C275A">
      <w:pPr>
        <w:spacing w:after="0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</w:p>
    <w:p w14:paraId="1428B470" w14:textId="77777777" w:rsidR="007C275A" w:rsidRPr="00FA7D5B" w:rsidRDefault="007C275A" w:rsidP="007C275A">
      <w:pPr>
        <w:shd w:val="clear" w:color="auto" w:fill="7030A0"/>
        <w:spacing w:before="100" w:beforeAutospacing="1" w:after="100" w:afterAutospacing="1" w:line="240" w:lineRule="auto"/>
        <w:outlineLvl w:val="0"/>
        <w:rPr>
          <w:rFonts w:ascii="Cairo" w:eastAsia="Times New Roman" w:hAnsi="Cairo" w:cs="Cairo"/>
          <w:b/>
          <w:bCs/>
          <w:color w:val="FFFFFF" w:themeColor="background1"/>
          <w:kern w:val="36"/>
          <w:sz w:val="24"/>
          <w:szCs w:val="24"/>
          <w:lang w:val="en-GB" w:eastAsia="en-GB"/>
        </w:rPr>
      </w:pPr>
      <w:bookmarkStart w:id="64" w:name="_Toc225265407"/>
      <w:r w:rsidRPr="00FA7D5B">
        <w:rPr>
          <w:rFonts w:ascii="Cairo" w:eastAsia="Times New Roman" w:hAnsi="Cairo" w:cs="Cairo"/>
          <w:b/>
          <w:bCs/>
          <w:color w:val="FFFFFF" w:themeColor="background1"/>
          <w:kern w:val="36"/>
          <w:sz w:val="24"/>
          <w:szCs w:val="24"/>
          <w:lang w:val="en-GB" w:eastAsia="en-GB"/>
        </w:rPr>
        <w:t>13. Dispute Resolution</w:t>
      </w:r>
      <w:bookmarkEnd w:id="64"/>
    </w:p>
    <w:p w14:paraId="789EE601" w14:textId="77777777" w:rsidR="007C275A" w:rsidRPr="00FA7D5B" w:rsidRDefault="007C275A" w:rsidP="007C275A">
      <w:pPr>
        <w:spacing w:before="100" w:beforeAutospacing="1" w:after="100" w:afterAutospacing="1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  <w:r w:rsidRPr="00FA7D5B">
        <w:rPr>
          <w:rFonts w:ascii="Cairo" w:eastAsia="Times New Roman" w:hAnsi="Cairo" w:cs="Cairo"/>
          <w:sz w:val="24"/>
          <w:szCs w:val="24"/>
          <w:lang w:val="en-GB" w:eastAsia="en-GB"/>
        </w:rPr>
        <w:t xml:space="preserve">Any dispute arising under this agreement shall be resolved through </w:t>
      </w:r>
      <w:r w:rsidRPr="00FA7D5B">
        <w:rPr>
          <w:rFonts w:ascii="Cairo" w:eastAsia="Times New Roman" w:hAnsi="Cairo" w:cs="Cairo"/>
          <w:b/>
          <w:bCs/>
          <w:sz w:val="24"/>
          <w:szCs w:val="24"/>
          <w:lang w:val="en-GB" w:eastAsia="en-GB"/>
        </w:rPr>
        <w:t>mediation or arbitration</w:t>
      </w:r>
      <w:r w:rsidRPr="00FA7D5B">
        <w:rPr>
          <w:rFonts w:ascii="Cairo" w:eastAsia="Times New Roman" w:hAnsi="Cairo" w:cs="Cairo"/>
          <w:sz w:val="24"/>
          <w:szCs w:val="24"/>
          <w:lang w:val="en-GB" w:eastAsia="en-GB"/>
        </w:rPr>
        <w:t>.</w:t>
      </w:r>
    </w:p>
    <w:p w14:paraId="02EAB2D9" w14:textId="77777777" w:rsidR="007C275A" w:rsidRPr="00FA7D5B" w:rsidRDefault="007C275A" w:rsidP="007C275A">
      <w:pPr>
        <w:spacing w:after="0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</w:p>
    <w:p w14:paraId="00DBD354" w14:textId="77777777" w:rsidR="007C275A" w:rsidRPr="00FA7D5B" w:rsidRDefault="007C275A" w:rsidP="007C275A">
      <w:pPr>
        <w:shd w:val="clear" w:color="auto" w:fill="7030A0"/>
        <w:spacing w:before="100" w:beforeAutospacing="1" w:after="100" w:afterAutospacing="1" w:line="240" w:lineRule="auto"/>
        <w:outlineLvl w:val="0"/>
        <w:rPr>
          <w:rFonts w:ascii="Cairo" w:eastAsia="Times New Roman" w:hAnsi="Cairo" w:cs="Cairo"/>
          <w:b/>
          <w:bCs/>
          <w:color w:val="FFFFFF" w:themeColor="background1"/>
          <w:kern w:val="36"/>
          <w:sz w:val="24"/>
          <w:szCs w:val="24"/>
          <w:lang w:val="en-GB" w:eastAsia="en-GB"/>
        </w:rPr>
      </w:pPr>
      <w:bookmarkStart w:id="65" w:name="_Toc225265408"/>
      <w:r w:rsidRPr="00FA7D5B">
        <w:rPr>
          <w:rFonts w:ascii="Cairo" w:eastAsia="Times New Roman" w:hAnsi="Cairo" w:cs="Cairo"/>
          <w:b/>
          <w:bCs/>
          <w:color w:val="FFFFFF" w:themeColor="background1"/>
          <w:kern w:val="36"/>
          <w:sz w:val="24"/>
          <w:szCs w:val="24"/>
          <w:lang w:val="en-GB" w:eastAsia="en-GB"/>
        </w:rPr>
        <w:t>14. Governing Law</w:t>
      </w:r>
      <w:bookmarkEnd w:id="65"/>
    </w:p>
    <w:p w14:paraId="0C46DC3E" w14:textId="77777777" w:rsidR="007C275A" w:rsidRPr="00FA7D5B" w:rsidRDefault="007C275A" w:rsidP="007C275A">
      <w:pPr>
        <w:spacing w:before="100" w:beforeAutospacing="1" w:after="100" w:afterAutospacing="1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  <w:r w:rsidRPr="00FA7D5B">
        <w:rPr>
          <w:rFonts w:ascii="Cairo" w:eastAsia="Times New Roman" w:hAnsi="Cairo" w:cs="Cairo"/>
          <w:sz w:val="24"/>
          <w:szCs w:val="24"/>
          <w:lang w:val="en-GB" w:eastAsia="en-GB"/>
        </w:rPr>
        <w:t xml:space="preserve">This agreement shall be governed by the laws of the </w:t>
      </w:r>
      <w:r w:rsidRPr="00FA7D5B">
        <w:rPr>
          <w:rFonts w:ascii="Cairo" w:eastAsia="Times New Roman" w:hAnsi="Cairo" w:cs="Cairo"/>
          <w:b/>
          <w:bCs/>
          <w:sz w:val="24"/>
          <w:szCs w:val="24"/>
          <w:lang w:val="en-GB" w:eastAsia="en-GB"/>
        </w:rPr>
        <w:t>State of Texas, United States</w:t>
      </w:r>
      <w:r w:rsidRPr="00FA7D5B">
        <w:rPr>
          <w:rFonts w:ascii="Cairo" w:eastAsia="Times New Roman" w:hAnsi="Cairo" w:cs="Cairo"/>
          <w:sz w:val="24"/>
          <w:szCs w:val="24"/>
          <w:lang w:val="en-GB" w:eastAsia="en-GB"/>
        </w:rPr>
        <w:t>.</w:t>
      </w:r>
    </w:p>
    <w:p w14:paraId="157BECC5" w14:textId="77777777" w:rsidR="007C275A" w:rsidRPr="00FA7D5B" w:rsidRDefault="007C275A" w:rsidP="007C275A">
      <w:pPr>
        <w:spacing w:after="0" w:line="240" w:lineRule="auto"/>
        <w:rPr>
          <w:rFonts w:ascii="Cairo" w:eastAsia="Times New Roman" w:hAnsi="Cairo" w:cs="Cairo"/>
          <w:sz w:val="24"/>
          <w:szCs w:val="24"/>
          <w:lang w:val="en-GB" w:eastAsia="en-GB"/>
        </w:rPr>
      </w:pPr>
    </w:p>
    <w:p w14:paraId="4E36F566" w14:textId="77777777" w:rsidR="007C275A" w:rsidRPr="00FA7D5B" w:rsidRDefault="007C275A" w:rsidP="007C275A">
      <w:pPr>
        <w:shd w:val="clear" w:color="auto" w:fill="7030A0"/>
        <w:spacing w:before="100" w:beforeAutospacing="1" w:after="100" w:afterAutospacing="1" w:line="240" w:lineRule="auto"/>
        <w:outlineLvl w:val="0"/>
        <w:rPr>
          <w:rFonts w:ascii="Cairo" w:eastAsia="Times New Roman" w:hAnsi="Cairo" w:cs="Cairo"/>
          <w:b/>
          <w:bCs/>
          <w:color w:val="FFFFFF" w:themeColor="background1"/>
          <w:kern w:val="36"/>
          <w:sz w:val="24"/>
          <w:szCs w:val="24"/>
          <w:lang w:val="en-GB" w:eastAsia="en-GB"/>
        </w:rPr>
      </w:pPr>
      <w:bookmarkStart w:id="66" w:name="_Toc225265409"/>
      <w:r w:rsidRPr="00FA7D5B">
        <w:rPr>
          <w:rFonts w:ascii="Cairo" w:eastAsia="Times New Roman" w:hAnsi="Cairo" w:cs="Cairo"/>
          <w:b/>
          <w:bCs/>
          <w:color w:val="FFFFFF" w:themeColor="background1"/>
          <w:kern w:val="36"/>
          <w:sz w:val="24"/>
          <w:szCs w:val="24"/>
          <w:lang w:val="en-GB" w:eastAsia="en-GB"/>
        </w:rPr>
        <w:lastRenderedPageBreak/>
        <w:t>15. Signatures</w:t>
      </w:r>
      <w:bookmarkEnd w:id="66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15"/>
        <w:gridCol w:w="4315"/>
      </w:tblGrid>
      <w:tr w:rsidR="007C275A" w:rsidRPr="00BF23E8" w14:paraId="3804C452" w14:textId="77777777" w:rsidTr="00CC2960">
        <w:tc>
          <w:tcPr>
            <w:tcW w:w="4315" w:type="dxa"/>
          </w:tcPr>
          <w:p w14:paraId="2D71200E" w14:textId="77777777" w:rsidR="007C275A" w:rsidRPr="00FA7D5B" w:rsidRDefault="007C275A" w:rsidP="00CC2960">
            <w:pPr>
              <w:spacing w:before="100" w:beforeAutospacing="1" w:after="100" w:afterAutospacing="1"/>
              <w:rPr>
                <w:rFonts w:ascii="Cairo" w:eastAsia="Times New Roman" w:hAnsi="Cairo" w:cs="Cairo"/>
                <w:sz w:val="24"/>
                <w:szCs w:val="24"/>
                <w:lang w:val="en-GB" w:eastAsia="en-GB"/>
              </w:rPr>
            </w:pPr>
            <w:r w:rsidRPr="00FA7D5B">
              <w:rPr>
                <w:rFonts w:ascii="Cairo" w:eastAsia="Times New Roman" w:hAnsi="Cairo" w:cs="Cairo"/>
                <w:sz w:val="24"/>
                <w:szCs w:val="24"/>
                <w:lang w:val="en-GB" w:eastAsia="en-GB"/>
              </w:rPr>
              <w:t>Human Appeal USA</w:t>
            </w:r>
          </w:p>
          <w:p w14:paraId="67E78882" w14:textId="77777777" w:rsidR="007C275A" w:rsidRPr="00FA7D5B" w:rsidRDefault="007C275A" w:rsidP="00CC2960">
            <w:pPr>
              <w:spacing w:before="100" w:beforeAutospacing="1" w:after="100" w:afterAutospacing="1"/>
              <w:rPr>
                <w:rFonts w:ascii="Cairo" w:eastAsia="Times New Roman" w:hAnsi="Cairo" w:cs="Cairo"/>
                <w:sz w:val="24"/>
                <w:szCs w:val="24"/>
                <w:lang w:val="en-GB" w:eastAsia="en-GB"/>
              </w:rPr>
            </w:pPr>
            <w:r w:rsidRPr="00FA7D5B">
              <w:rPr>
                <w:rFonts w:ascii="Cairo" w:eastAsia="Times New Roman" w:hAnsi="Cairo" w:cs="Cairo"/>
                <w:sz w:val="24"/>
                <w:szCs w:val="24"/>
                <w:lang w:val="en-GB" w:eastAsia="en-GB"/>
              </w:rPr>
              <w:t>Name: __________________</w:t>
            </w:r>
            <w:r w:rsidRPr="00FA7D5B">
              <w:rPr>
                <w:rFonts w:ascii="Cairo" w:eastAsia="Times New Roman" w:hAnsi="Cairo" w:cs="Cairo"/>
                <w:sz w:val="24"/>
                <w:szCs w:val="24"/>
                <w:lang w:val="en-GB" w:eastAsia="en-GB"/>
              </w:rPr>
              <w:br/>
              <w:t>Title: __________________</w:t>
            </w:r>
          </w:p>
          <w:p w14:paraId="386CD1BF" w14:textId="77777777" w:rsidR="007C275A" w:rsidRPr="00FA7D5B" w:rsidRDefault="007C275A" w:rsidP="00CC2960">
            <w:pPr>
              <w:spacing w:before="100" w:beforeAutospacing="1" w:after="100" w:afterAutospacing="1"/>
              <w:rPr>
                <w:rFonts w:ascii="Cairo" w:eastAsia="Times New Roman" w:hAnsi="Cairo" w:cs="Cairo"/>
                <w:sz w:val="24"/>
                <w:szCs w:val="24"/>
                <w:lang w:val="en-GB" w:eastAsia="en-GB"/>
              </w:rPr>
            </w:pPr>
            <w:r w:rsidRPr="00FA7D5B">
              <w:rPr>
                <w:rFonts w:ascii="Cairo" w:eastAsia="Times New Roman" w:hAnsi="Cairo" w:cs="Cairo"/>
                <w:sz w:val="24"/>
                <w:szCs w:val="24"/>
                <w:lang w:val="en-GB" w:eastAsia="en-GB"/>
              </w:rPr>
              <w:t>Signature: __________________</w:t>
            </w:r>
          </w:p>
          <w:p w14:paraId="41B76327" w14:textId="77777777" w:rsidR="007C275A" w:rsidRPr="00FA7D5B" w:rsidRDefault="007C275A" w:rsidP="00CC2960">
            <w:pPr>
              <w:spacing w:before="100" w:beforeAutospacing="1" w:after="100" w:afterAutospacing="1"/>
              <w:rPr>
                <w:rFonts w:ascii="Cairo" w:eastAsia="Times New Roman" w:hAnsi="Cairo" w:cs="Cairo"/>
                <w:sz w:val="24"/>
                <w:szCs w:val="24"/>
                <w:lang w:val="en-GB" w:eastAsia="en-GB"/>
              </w:rPr>
            </w:pPr>
            <w:r w:rsidRPr="00FA7D5B">
              <w:rPr>
                <w:rFonts w:ascii="Cairo" w:eastAsia="Times New Roman" w:hAnsi="Cairo" w:cs="Cairo"/>
                <w:sz w:val="24"/>
                <w:szCs w:val="24"/>
                <w:lang w:val="en-GB" w:eastAsia="en-GB"/>
              </w:rPr>
              <w:t>Date: __________________</w:t>
            </w:r>
          </w:p>
          <w:p w14:paraId="3363B60C" w14:textId="77777777" w:rsidR="007C275A" w:rsidRPr="00BF23E8" w:rsidRDefault="007C275A" w:rsidP="00CC2960">
            <w:pPr>
              <w:spacing w:before="100" w:beforeAutospacing="1" w:after="100" w:afterAutospacing="1"/>
              <w:rPr>
                <w:rFonts w:ascii="Cairo" w:eastAsia="Times New Roman" w:hAnsi="Cairo" w:cs="Cairo"/>
                <w:sz w:val="24"/>
                <w:szCs w:val="24"/>
                <w:lang w:val="en-GB" w:eastAsia="en-GB"/>
              </w:rPr>
            </w:pPr>
          </w:p>
        </w:tc>
        <w:tc>
          <w:tcPr>
            <w:tcW w:w="4315" w:type="dxa"/>
          </w:tcPr>
          <w:p w14:paraId="134BACE6" w14:textId="77777777" w:rsidR="007C275A" w:rsidRPr="00FA7D5B" w:rsidRDefault="007C275A" w:rsidP="00CC2960">
            <w:pPr>
              <w:spacing w:before="100" w:beforeAutospacing="1" w:after="100" w:afterAutospacing="1"/>
              <w:rPr>
                <w:rFonts w:ascii="Cairo" w:eastAsia="Times New Roman" w:hAnsi="Cairo" w:cs="Cairo"/>
                <w:sz w:val="24"/>
                <w:szCs w:val="24"/>
                <w:lang w:val="en-GB" w:eastAsia="en-GB"/>
              </w:rPr>
            </w:pPr>
            <w:r w:rsidRPr="00FA7D5B">
              <w:rPr>
                <w:rFonts w:ascii="Cairo" w:eastAsia="Times New Roman" w:hAnsi="Cairo" w:cs="Cairo"/>
                <w:sz w:val="24"/>
                <w:szCs w:val="24"/>
                <w:lang w:val="en-GB" w:eastAsia="en-GB"/>
              </w:rPr>
              <w:t>Audit Firm</w:t>
            </w:r>
          </w:p>
          <w:p w14:paraId="5934B26B" w14:textId="77777777" w:rsidR="007C275A" w:rsidRPr="00FA7D5B" w:rsidRDefault="007C275A" w:rsidP="00CC2960">
            <w:pPr>
              <w:spacing w:before="100" w:beforeAutospacing="1" w:after="100" w:afterAutospacing="1"/>
              <w:rPr>
                <w:rFonts w:ascii="Cairo" w:eastAsia="Times New Roman" w:hAnsi="Cairo" w:cs="Cairo"/>
                <w:sz w:val="24"/>
                <w:szCs w:val="24"/>
                <w:lang w:val="en-GB" w:eastAsia="en-GB"/>
              </w:rPr>
            </w:pPr>
            <w:r w:rsidRPr="00FA7D5B">
              <w:rPr>
                <w:rFonts w:ascii="Cairo" w:eastAsia="Times New Roman" w:hAnsi="Cairo" w:cs="Cairo"/>
                <w:sz w:val="24"/>
                <w:szCs w:val="24"/>
                <w:lang w:val="en-GB" w:eastAsia="en-GB"/>
              </w:rPr>
              <w:t>Name: __________________</w:t>
            </w:r>
            <w:r w:rsidRPr="00FA7D5B">
              <w:rPr>
                <w:rFonts w:ascii="Cairo" w:eastAsia="Times New Roman" w:hAnsi="Cairo" w:cs="Cairo"/>
                <w:sz w:val="24"/>
                <w:szCs w:val="24"/>
                <w:lang w:val="en-GB" w:eastAsia="en-GB"/>
              </w:rPr>
              <w:br/>
              <w:t>Title: __________________</w:t>
            </w:r>
          </w:p>
          <w:p w14:paraId="55AD9BEB" w14:textId="77777777" w:rsidR="007C275A" w:rsidRPr="00FA7D5B" w:rsidRDefault="007C275A" w:rsidP="00CC2960">
            <w:pPr>
              <w:spacing w:before="100" w:beforeAutospacing="1" w:after="100" w:afterAutospacing="1"/>
              <w:rPr>
                <w:rFonts w:ascii="Cairo" w:eastAsia="Times New Roman" w:hAnsi="Cairo" w:cs="Cairo"/>
                <w:sz w:val="24"/>
                <w:szCs w:val="24"/>
                <w:lang w:val="en-GB" w:eastAsia="en-GB"/>
              </w:rPr>
            </w:pPr>
            <w:r w:rsidRPr="00FA7D5B">
              <w:rPr>
                <w:rFonts w:ascii="Cairo" w:eastAsia="Times New Roman" w:hAnsi="Cairo" w:cs="Cairo"/>
                <w:sz w:val="24"/>
                <w:szCs w:val="24"/>
                <w:lang w:val="en-GB" w:eastAsia="en-GB"/>
              </w:rPr>
              <w:t>Signature: __________________</w:t>
            </w:r>
          </w:p>
          <w:p w14:paraId="0043798A" w14:textId="77777777" w:rsidR="007C275A" w:rsidRPr="00FA7D5B" w:rsidRDefault="007C275A" w:rsidP="00CC2960">
            <w:pPr>
              <w:spacing w:before="100" w:beforeAutospacing="1" w:after="100" w:afterAutospacing="1"/>
              <w:rPr>
                <w:rFonts w:ascii="Cairo" w:eastAsia="Times New Roman" w:hAnsi="Cairo" w:cs="Cairo"/>
                <w:sz w:val="24"/>
                <w:szCs w:val="24"/>
                <w:lang w:val="en-GB" w:eastAsia="en-GB"/>
              </w:rPr>
            </w:pPr>
            <w:r w:rsidRPr="00FA7D5B">
              <w:rPr>
                <w:rFonts w:ascii="Cairo" w:eastAsia="Times New Roman" w:hAnsi="Cairo" w:cs="Cairo"/>
                <w:sz w:val="24"/>
                <w:szCs w:val="24"/>
                <w:lang w:val="en-GB" w:eastAsia="en-GB"/>
              </w:rPr>
              <w:t>Date: __________________</w:t>
            </w:r>
          </w:p>
          <w:p w14:paraId="379A5D94" w14:textId="77777777" w:rsidR="007C275A" w:rsidRPr="00BF23E8" w:rsidRDefault="007C275A" w:rsidP="00CC2960">
            <w:pPr>
              <w:spacing w:before="100" w:beforeAutospacing="1" w:after="100" w:afterAutospacing="1"/>
              <w:rPr>
                <w:rFonts w:ascii="Cairo" w:eastAsia="Times New Roman" w:hAnsi="Cairo" w:cs="Cairo"/>
                <w:sz w:val="24"/>
                <w:szCs w:val="24"/>
                <w:lang w:val="en-GB" w:eastAsia="en-GB"/>
              </w:rPr>
            </w:pPr>
          </w:p>
        </w:tc>
      </w:tr>
    </w:tbl>
    <w:p w14:paraId="29EC3F94" w14:textId="77777777" w:rsidR="007C275A" w:rsidRPr="00BF23E8" w:rsidRDefault="007C275A" w:rsidP="007C275A">
      <w:pPr>
        <w:rPr>
          <w:rFonts w:ascii="Cairo" w:hAnsi="Cairo" w:cs="Cairo"/>
          <w:sz w:val="24"/>
          <w:szCs w:val="24"/>
        </w:rPr>
      </w:pPr>
    </w:p>
    <w:p w14:paraId="54029E9D" w14:textId="77777777" w:rsidR="00922571" w:rsidRPr="003424AE" w:rsidRDefault="00922571" w:rsidP="00922571">
      <w:pPr>
        <w:rPr>
          <w:rFonts w:ascii="Cairo" w:hAnsi="Cairo" w:cs="Cairo"/>
          <w:b/>
          <w:bCs/>
          <w:sz w:val="32"/>
          <w:szCs w:val="32"/>
          <w:lang w:val="en-GB"/>
        </w:rPr>
      </w:pPr>
    </w:p>
    <w:p w14:paraId="11259C09" w14:textId="77777777" w:rsidR="0042028E" w:rsidRPr="003424AE" w:rsidRDefault="0042028E" w:rsidP="006762F8">
      <w:pPr>
        <w:rPr>
          <w:rFonts w:ascii="Cairo" w:hAnsi="Cairo" w:cs="Cairo"/>
          <w:b/>
          <w:bCs/>
        </w:rPr>
      </w:pPr>
    </w:p>
    <w:p w14:paraId="6D53C53B" w14:textId="35B30CCF" w:rsidR="007D4B81" w:rsidRPr="00BE0642" w:rsidRDefault="009731FD" w:rsidP="00BE0642">
      <w:pPr>
        <w:jc w:val="center"/>
        <w:rPr>
          <w:rFonts w:ascii="Cairo" w:hAnsi="Cairo" w:cs="Cairo"/>
          <w:b/>
          <w:bCs/>
        </w:rPr>
      </w:pPr>
      <w:r w:rsidRPr="00BE0642">
        <w:rPr>
          <w:rFonts w:ascii="Cairo" w:hAnsi="Cairo" w:cs="Cairo"/>
          <w:b/>
          <w:bCs/>
          <w:lang w:val="en-GB"/>
        </w:rPr>
        <w:br/>
      </w:r>
    </w:p>
    <w:p w14:paraId="02CBD993" w14:textId="77777777" w:rsidR="007D4B81" w:rsidRPr="007D4B81" w:rsidRDefault="007D4B81" w:rsidP="000251C2">
      <w:pPr>
        <w:rPr>
          <w:rFonts w:ascii="Cairo" w:hAnsi="Cairo" w:cs="Cairo"/>
          <w:b/>
          <w:bCs/>
          <w:lang w:val="en-GB"/>
        </w:rPr>
      </w:pPr>
    </w:p>
    <w:sectPr w:rsidR="007D4B81" w:rsidRPr="007D4B81" w:rsidSect="00BE0642">
      <w:headerReference w:type="default" r:id="rId29"/>
      <w:pgSz w:w="12240" w:h="15840"/>
      <w:pgMar w:top="1440" w:right="1800" w:bottom="567" w:left="1800" w:header="720" w:footer="720" w:gutter="0"/>
      <w:pgNumType w:start="0"/>
      <w:cols w:space="720"/>
      <w:titlePg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59" w:author="Idris Olufowobi" w:date="2026-03-11T11:05:00Z" w:initials="IO">
    <w:p w14:paraId="674FD6AC" w14:textId="77777777" w:rsidR="007C275A" w:rsidRDefault="007C275A" w:rsidP="00C1070A">
      <w:pPr>
        <w:pStyle w:val="CommentText"/>
      </w:pPr>
      <w:r>
        <w:rPr>
          <w:rStyle w:val="CommentReference"/>
        </w:rPr>
        <w:annotationRef/>
      </w:r>
      <w:r>
        <w:t>This will contradict whatever is stated on the Annex B- Financial Proposal under section 7.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674FD6AC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11E53DF8" w16cex:dateUtc="2026-03-11T11:05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674FD6AC" w16cid:durableId="11E53DF8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50143C" w14:textId="77777777" w:rsidR="0065179B" w:rsidRDefault="0065179B">
      <w:pPr>
        <w:spacing w:after="0" w:line="240" w:lineRule="auto"/>
      </w:pPr>
    </w:p>
  </w:endnote>
  <w:endnote w:type="continuationSeparator" w:id="0">
    <w:p w14:paraId="2741AE5E" w14:textId="77777777" w:rsidR="0065179B" w:rsidRDefault="0065179B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iro">
    <w:panose1 w:val="00000000000000000000"/>
    <w:charset w:val="00"/>
    <w:family w:val="auto"/>
    <w:pitch w:val="variable"/>
    <w:sig w:usb0="A00020AF" w:usb1="9000204B" w:usb2="00000008" w:usb3="00000000" w:csb0="000000D3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B005C3" w14:textId="77777777" w:rsidR="0065179B" w:rsidRDefault="0065179B">
      <w:pPr>
        <w:spacing w:after="0" w:line="240" w:lineRule="auto"/>
      </w:pPr>
    </w:p>
  </w:footnote>
  <w:footnote w:type="continuationSeparator" w:id="0">
    <w:p w14:paraId="40B03686" w14:textId="77777777" w:rsidR="0065179B" w:rsidRDefault="0065179B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869CB1" w14:textId="71DAF2E6" w:rsidR="001C4285" w:rsidRDefault="001C4285" w:rsidP="001C4285">
    <w:pPr>
      <w:pStyle w:val="Header"/>
      <w:jc w:val="center"/>
    </w:pPr>
    <w:r w:rsidRPr="00CD0A93">
      <w:rPr>
        <w:rFonts w:ascii="Cairo" w:hAnsi="Cairo" w:cs="Cairo"/>
        <w:b/>
        <w:bCs/>
        <w:color w:val="7030A0"/>
        <w:sz w:val="36"/>
        <w:szCs w:val="36"/>
      </w:rPr>
      <w:t>Request for Proposal (RFP)</w:t>
    </w:r>
    <w:r>
      <w:rPr>
        <w:noProof/>
      </w:rPr>
      <w:drawing>
        <wp:anchor distT="0" distB="0" distL="114300" distR="114300" simplePos="0" relativeHeight="251658240" behindDoc="0" locked="0" layoutInCell="1" allowOverlap="1" wp14:anchorId="2C064F72" wp14:editId="65313B66">
          <wp:simplePos x="0" y="0"/>
          <wp:positionH relativeFrom="column">
            <wp:posOffset>5692140</wp:posOffset>
          </wp:positionH>
          <wp:positionV relativeFrom="paragraph">
            <wp:posOffset>-449580</wp:posOffset>
          </wp:positionV>
          <wp:extent cx="933328" cy="861060"/>
          <wp:effectExtent l="0" t="0" r="635" b="0"/>
          <wp:wrapNone/>
          <wp:docPr id="1255769514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55769514" name="Picture 125576951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33328" cy="8610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056157D"/>
    <w:multiLevelType w:val="multilevel"/>
    <w:tmpl w:val="07489C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02F64A18"/>
    <w:multiLevelType w:val="multilevel"/>
    <w:tmpl w:val="706E9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03BD07CE"/>
    <w:multiLevelType w:val="multilevel"/>
    <w:tmpl w:val="3A5EA3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0805492C"/>
    <w:multiLevelType w:val="multilevel"/>
    <w:tmpl w:val="B6AED2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09B34F65"/>
    <w:multiLevelType w:val="multilevel"/>
    <w:tmpl w:val="58A669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ACE29A5"/>
    <w:multiLevelType w:val="multilevel"/>
    <w:tmpl w:val="A73415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0B4501A2"/>
    <w:multiLevelType w:val="multilevel"/>
    <w:tmpl w:val="A634B4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0CAE2E86"/>
    <w:multiLevelType w:val="hybridMultilevel"/>
    <w:tmpl w:val="EF0EB3C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0886236"/>
    <w:multiLevelType w:val="multilevel"/>
    <w:tmpl w:val="F1D05C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12434316"/>
    <w:multiLevelType w:val="multilevel"/>
    <w:tmpl w:val="C7989A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134B6591"/>
    <w:multiLevelType w:val="multilevel"/>
    <w:tmpl w:val="63F4F4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150B7D40"/>
    <w:multiLevelType w:val="multilevel"/>
    <w:tmpl w:val="C1D236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16C64CEB"/>
    <w:multiLevelType w:val="multilevel"/>
    <w:tmpl w:val="14EE5E6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1700115C"/>
    <w:multiLevelType w:val="multilevel"/>
    <w:tmpl w:val="39083F34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1A9B5B85"/>
    <w:multiLevelType w:val="hybridMultilevel"/>
    <w:tmpl w:val="AB5ED422"/>
    <w:lvl w:ilvl="0" w:tplc="37284D74">
      <w:numFmt w:val="bullet"/>
      <w:lvlText w:val="•"/>
      <w:lvlJc w:val="left"/>
      <w:pPr>
        <w:ind w:left="720" w:hanging="360"/>
      </w:pPr>
      <w:rPr>
        <w:rFonts w:ascii="Cairo" w:eastAsiaTheme="minorEastAsia" w:hAnsi="Cairo" w:cs="Cairo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1BB518F0"/>
    <w:multiLevelType w:val="multilevel"/>
    <w:tmpl w:val="CBAACE0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1CF402EA"/>
    <w:multiLevelType w:val="multilevel"/>
    <w:tmpl w:val="E51E65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23551C8A"/>
    <w:multiLevelType w:val="multilevel"/>
    <w:tmpl w:val="173CAA94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24AD47ED"/>
    <w:multiLevelType w:val="multilevel"/>
    <w:tmpl w:val="21A8B1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26222721"/>
    <w:multiLevelType w:val="multilevel"/>
    <w:tmpl w:val="8BAE28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26AC53E0"/>
    <w:multiLevelType w:val="multilevel"/>
    <w:tmpl w:val="E5C8B70A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28686434"/>
    <w:multiLevelType w:val="multilevel"/>
    <w:tmpl w:val="F0381E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28D061DB"/>
    <w:multiLevelType w:val="multilevel"/>
    <w:tmpl w:val="BE1CE78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28DC4691"/>
    <w:multiLevelType w:val="multilevel"/>
    <w:tmpl w:val="E68048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2D4D2197"/>
    <w:multiLevelType w:val="multilevel"/>
    <w:tmpl w:val="A6EC5D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3140197F"/>
    <w:multiLevelType w:val="multilevel"/>
    <w:tmpl w:val="BC22D4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31775402"/>
    <w:multiLevelType w:val="hybridMultilevel"/>
    <w:tmpl w:val="17BAB03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32884441"/>
    <w:multiLevelType w:val="multilevel"/>
    <w:tmpl w:val="6D4093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35AF3445"/>
    <w:multiLevelType w:val="hybridMultilevel"/>
    <w:tmpl w:val="CE842CEC"/>
    <w:lvl w:ilvl="0" w:tplc="37284D74">
      <w:numFmt w:val="bullet"/>
      <w:lvlText w:val="•"/>
      <w:lvlJc w:val="left"/>
      <w:pPr>
        <w:ind w:left="720" w:hanging="360"/>
      </w:pPr>
      <w:rPr>
        <w:rFonts w:ascii="Cairo" w:eastAsiaTheme="minorEastAsia" w:hAnsi="Cairo" w:cs="Cairo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3E79767E"/>
    <w:multiLevelType w:val="multilevel"/>
    <w:tmpl w:val="0F06C7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3E951B1C"/>
    <w:multiLevelType w:val="multilevel"/>
    <w:tmpl w:val="568477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3EA03A86"/>
    <w:multiLevelType w:val="multilevel"/>
    <w:tmpl w:val="C602ED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41313095"/>
    <w:multiLevelType w:val="multilevel"/>
    <w:tmpl w:val="04D0EB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42AB6DFE"/>
    <w:multiLevelType w:val="multilevel"/>
    <w:tmpl w:val="16F4FB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42AF7AB9"/>
    <w:multiLevelType w:val="hybridMultilevel"/>
    <w:tmpl w:val="C6868DB4"/>
    <w:lvl w:ilvl="0" w:tplc="37284D74">
      <w:numFmt w:val="bullet"/>
      <w:lvlText w:val="•"/>
      <w:lvlJc w:val="left"/>
      <w:pPr>
        <w:ind w:left="1080" w:hanging="360"/>
      </w:pPr>
      <w:rPr>
        <w:rFonts w:ascii="Cairo" w:eastAsiaTheme="minorEastAsia" w:hAnsi="Cairo" w:cs="Cairo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4" w15:restartNumberingAfterBreak="0">
    <w:nsid w:val="42BB496D"/>
    <w:multiLevelType w:val="multilevel"/>
    <w:tmpl w:val="599AE3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45551548"/>
    <w:multiLevelType w:val="multilevel"/>
    <w:tmpl w:val="309E81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4A084B3E"/>
    <w:multiLevelType w:val="multilevel"/>
    <w:tmpl w:val="9BA6DC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4A8C33E8"/>
    <w:multiLevelType w:val="hybridMultilevel"/>
    <w:tmpl w:val="1B7CAF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4AE7427E"/>
    <w:multiLevelType w:val="multilevel"/>
    <w:tmpl w:val="61F450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51450D5C"/>
    <w:multiLevelType w:val="multilevel"/>
    <w:tmpl w:val="4474A4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5360598B"/>
    <w:multiLevelType w:val="multilevel"/>
    <w:tmpl w:val="F7AAB5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53BD344B"/>
    <w:multiLevelType w:val="multilevel"/>
    <w:tmpl w:val="AC08344C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54B73858"/>
    <w:multiLevelType w:val="multilevel"/>
    <w:tmpl w:val="71401F34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553806EF"/>
    <w:multiLevelType w:val="hybridMultilevel"/>
    <w:tmpl w:val="589017F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55416005"/>
    <w:multiLevelType w:val="multilevel"/>
    <w:tmpl w:val="E8E2A6F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55AF70DF"/>
    <w:multiLevelType w:val="multilevel"/>
    <w:tmpl w:val="EC9830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562346C2"/>
    <w:multiLevelType w:val="multilevel"/>
    <w:tmpl w:val="ADA669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569555AD"/>
    <w:multiLevelType w:val="multilevel"/>
    <w:tmpl w:val="1A767A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572623D8"/>
    <w:multiLevelType w:val="multilevel"/>
    <w:tmpl w:val="804670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57E9614A"/>
    <w:multiLevelType w:val="multilevel"/>
    <w:tmpl w:val="71846A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 w15:restartNumberingAfterBreak="0">
    <w:nsid w:val="5DC7623B"/>
    <w:multiLevelType w:val="multilevel"/>
    <w:tmpl w:val="587C23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 w15:restartNumberingAfterBreak="0">
    <w:nsid w:val="5EF764AF"/>
    <w:multiLevelType w:val="multilevel"/>
    <w:tmpl w:val="BC3833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 w15:restartNumberingAfterBreak="0">
    <w:nsid w:val="604040E6"/>
    <w:multiLevelType w:val="multilevel"/>
    <w:tmpl w:val="D548DE8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63366333"/>
    <w:multiLevelType w:val="multilevel"/>
    <w:tmpl w:val="E7BCA5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 w15:restartNumberingAfterBreak="0">
    <w:nsid w:val="654B3C3E"/>
    <w:multiLevelType w:val="multilevel"/>
    <w:tmpl w:val="97704D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 w15:restartNumberingAfterBreak="0">
    <w:nsid w:val="65FF4083"/>
    <w:multiLevelType w:val="multilevel"/>
    <w:tmpl w:val="26142B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 w15:restartNumberingAfterBreak="0">
    <w:nsid w:val="664B2B38"/>
    <w:multiLevelType w:val="multilevel"/>
    <w:tmpl w:val="6FFCAC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 w15:restartNumberingAfterBreak="0">
    <w:nsid w:val="66F807F3"/>
    <w:multiLevelType w:val="multilevel"/>
    <w:tmpl w:val="668A38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 w15:restartNumberingAfterBreak="0">
    <w:nsid w:val="692463E5"/>
    <w:multiLevelType w:val="multilevel"/>
    <w:tmpl w:val="1F4E4B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 w15:restartNumberingAfterBreak="0">
    <w:nsid w:val="693F5D76"/>
    <w:multiLevelType w:val="multilevel"/>
    <w:tmpl w:val="74345E8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 w15:restartNumberingAfterBreak="0">
    <w:nsid w:val="69897949"/>
    <w:multiLevelType w:val="multilevel"/>
    <w:tmpl w:val="660079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6CF42A1D"/>
    <w:multiLevelType w:val="multilevel"/>
    <w:tmpl w:val="A4586D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6D6A404D"/>
    <w:multiLevelType w:val="multilevel"/>
    <w:tmpl w:val="F6A4AD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" w15:restartNumberingAfterBreak="0">
    <w:nsid w:val="6DAC2D8D"/>
    <w:multiLevelType w:val="multilevel"/>
    <w:tmpl w:val="5A26FD2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 w15:restartNumberingAfterBreak="0">
    <w:nsid w:val="6E7B267D"/>
    <w:multiLevelType w:val="multilevel"/>
    <w:tmpl w:val="7F9059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" w15:restartNumberingAfterBreak="0">
    <w:nsid w:val="6FE2002A"/>
    <w:multiLevelType w:val="hybridMultilevel"/>
    <w:tmpl w:val="F0464194"/>
    <w:lvl w:ilvl="0" w:tplc="37284D74">
      <w:numFmt w:val="bullet"/>
      <w:lvlText w:val="•"/>
      <w:lvlJc w:val="left"/>
      <w:pPr>
        <w:ind w:left="720" w:hanging="360"/>
      </w:pPr>
      <w:rPr>
        <w:rFonts w:ascii="Cairo" w:eastAsiaTheme="minorEastAsia" w:hAnsi="Cairo" w:cs="Cairo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 w15:restartNumberingAfterBreak="0">
    <w:nsid w:val="70EB4879"/>
    <w:multiLevelType w:val="hybridMultilevel"/>
    <w:tmpl w:val="ABAEC750"/>
    <w:lvl w:ilvl="0" w:tplc="37284D74">
      <w:numFmt w:val="bullet"/>
      <w:lvlText w:val="•"/>
      <w:lvlJc w:val="left"/>
      <w:pPr>
        <w:ind w:left="720" w:hanging="360"/>
      </w:pPr>
      <w:rPr>
        <w:rFonts w:ascii="Cairo" w:eastAsiaTheme="minorEastAsia" w:hAnsi="Cairo" w:cs="Cairo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72491BC4"/>
    <w:multiLevelType w:val="multilevel"/>
    <w:tmpl w:val="C2D044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" w15:restartNumberingAfterBreak="0">
    <w:nsid w:val="730B4422"/>
    <w:multiLevelType w:val="multilevel"/>
    <w:tmpl w:val="025E15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" w15:restartNumberingAfterBreak="0">
    <w:nsid w:val="74BF1B6B"/>
    <w:multiLevelType w:val="multilevel"/>
    <w:tmpl w:val="317817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" w15:restartNumberingAfterBreak="0">
    <w:nsid w:val="772B0EF4"/>
    <w:multiLevelType w:val="multilevel"/>
    <w:tmpl w:val="A216A5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" w15:restartNumberingAfterBreak="0">
    <w:nsid w:val="78291DF7"/>
    <w:multiLevelType w:val="hybridMultilevel"/>
    <w:tmpl w:val="8B3CF0A0"/>
    <w:lvl w:ilvl="0" w:tplc="37284D74">
      <w:numFmt w:val="bullet"/>
      <w:lvlText w:val="•"/>
      <w:lvlJc w:val="left"/>
      <w:pPr>
        <w:ind w:left="720" w:hanging="360"/>
      </w:pPr>
      <w:rPr>
        <w:rFonts w:ascii="Cairo" w:eastAsiaTheme="minorEastAsia" w:hAnsi="Cairo" w:cs="Cairo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791868C7"/>
    <w:multiLevelType w:val="multilevel"/>
    <w:tmpl w:val="F36C3C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" w15:restartNumberingAfterBreak="0">
    <w:nsid w:val="7D5E543B"/>
    <w:multiLevelType w:val="multilevel"/>
    <w:tmpl w:val="3D22AB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04466086">
    <w:abstractNumId w:val="8"/>
  </w:num>
  <w:num w:numId="2" w16cid:durableId="1190291337">
    <w:abstractNumId w:val="6"/>
  </w:num>
  <w:num w:numId="3" w16cid:durableId="1034620722">
    <w:abstractNumId w:val="5"/>
  </w:num>
  <w:num w:numId="4" w16cid:durableId="1643147085">
    <w:abstractNumId w:val="4"/>
  </w:num>
  <w:num w:numId="5" w16cid:durableId="2130204100">
    <w:abstractNumId w:val="7"/>
  </w:num>
  <w:num w:numId="6" w16cid:durableId="405956015">
    <w:abstractNumId w:val="3"/>
  </w:num>
  <w:num w:numId="7" w16cid:durableId="1461267282">
    <w:abstractNumId w:val="2"/>
  </w:num>
  <w:num w:numId="8" w16cid:durableId="1118597254">
    <w:abstractNumId w:val="1"/>
  </w:num>
  <w:num w:numId="9" w16cid:durableId="1011640104">
    <w:abstractNumId w:val="0"/>
  </w:num>
  <w:num w:numId="10" w16cid:durableId="924998309">
    <w:abstractNumId w:val="41"/>
  </w:num>
  <w:num w:numId="11" w16cid:durableId="1872061756">
    <w:abstractNumId w:val="39"/>
  </w:num>
  <w:num w:numId="12" w16cid:durableId="622688232">
    <w:abstractNumId w:val="14"/>
  </w:num>
  <w:num w:numId="13" w16cid:durableId="264070915">
    <w:abstractNumId w:val="55"/>
  </w:num>
  <w:num w:numId="14" w16cid:durableId="1180319253">
    <w:abstractNumId w:val="34"/>
  </w:num>
  <w:num w:numId="15" w16cid:durableId="1026831885">
    <w:abstractNumId w:val="60"/>
  </w:num>
  <w:num w:numId="16" w16cid:durableId="73476685">
    <w:abstractNumId w:val="46"/>
  </w:num>
  <w:num w:numId="17" w16cid:durableId="1065835138">
    <w:abstractNumId w:val="13"/>
  </w:num>
  <w:num w:numId="18" w16cid:durableId="469444970">
    <w:abstractNumId w:val="65"/>
  </w:num>
  <w:num w:numId="19" w16cid:durableId="1747415079">
    <w:abstractNumId w:val="36"/>
  </w:num>
  <w:num w:numId="20" w16cid:durableId="136341423">
    <w:abstractNumId w:val="58"/>
  </w:num>
  <w:num w:numId="21" w16cid:durableId="1625620883">
    <w:abstractNumId w:val="83"/>
  </w:num>
  <w:num w:numId="22" w16cid:durableId="184561329">
    <w:abstractNumId w:val="28"/>
  </w:num>
  <w:num w:numId="23" w16cid:durableId="433670092">
    <w:abstractNumId w:val="71"/>
  </w:num>
  <w:num w:numId="24" w16cid:durableId="643773680">
    <w:abstractNumId w:val="19"/>
  </w:num>
  <w:num w:numId="25" w16cid:durableId="646513208">
    <w:abstractNumId w:val="20"/>
  </w:num>
  <w:num w:numId="26" w16cid:durableId="330647256">
    <w:abstractNumId w:val="49"/>
  </w:num>
  <w:num w:numId="27" w16cid:durableId="1405639986">
    <w:abstractNumId w:val="11"/>
  </w:num>
  <w:num w:numId="28" w16cid:durableId="795026277">
    <w:abstractNumId w:val="18"/>
  </w:num>
  <w:num w:numId="29" w16cid:durableId="1278607369">
    <w:abstractNumId w:val="17"/>
  </w:num>
  <w:num w:numId="30" w16cid:durableId="988053038">
    <w:abstractNumId w:val="79"/>
  </w:num>
  <w:num w:numId="31" w16cid:durableId="1933468584">
    <w:abstractNumId w:val="78"/>
  </w:num>
  <w:num w:numId="32" w16cid:durableId="1528059241">
    <w:abstractNumId w:val="9"/>
  </w:num>
  <w:num w:numId="33" w16cid:durableId="307785360">
    <w:abstractNumId w:val="74"/>
  </w:num>
  <w:num w:numId="34" w16cid:durableId="1264649984">
    <w:abstractNumId w:val="64"/>
  </w:num>
  <w:num w:numId="35" w16cid:durableId="1009405953">
    <w:abstractNumId w:val="45"/>
  </w:num>
  <w:num w:numId="36" w16cid:durableId="2093157609">
    <w:abstractNumId w:val="10"/>
  </w:num>
  <w:num w:numId="37" w16cid:durableId="940337354">
    <w:abstractNumId w:val="70"/>
  </w:num>
  <w:num w:numId="38" w16cid:durableId="822359244">
    <w:abstractNumId w:val="63"/>
  </w:num>
  <w:num w:numId="39" w16cid:durableId="1939750263">
    <w:abstractNumId w:val="33"/>
  </w:num>
  <w:num w:numId="40" w16cid:durableId="1239897566">
    <w:abstractNumId w:val="48"/>
  </w:num>
  <w:num w:numId="41" w16cid:durableId="1404252499">
    <w:abstractNumId w:val="67"/>
  </w:num>
  <w:num w:numId="42" w16cid:durableId="789783459">
    <w:abstractNumId w:val="12"/>
  </w:num>
  <w:num w:numId="43" w16cid:durableId="1822116273">
    <w:abstractNumId w:val="56"/>
  </w:num>
  <w:num w:numId="44" w16cid:durableId="512494572">
    <w:abstractNumId w:val="40"/>
  </w:num>
  <w:num w:numId="45" w16cid:durableId="1275287159">
    <w:abstractNumId w:val="82"/>
  </w:num>
  <w:num w:numId="46" w16cid:durableId="1983583503">
    <w:abstractNumId w:val="57"/>
  </w:num>
  <w:num w:numId="47" w16cid:durableId="61296342">
    <w:abstractNumId w:val="15"/>
  </w:num>
  <w:num w:numId="48" w16cid:durableId="822040373">
    <w:abstractNumId w:val="38"/>
  </w:num>
  <w:num w:numId="49" w16cid:durableId="913583362">
    <w:abstractNumId w:val="50"/>
  </w:num>
  <w:num w:numId="50" w16cid:durableId="136537795">
    <w:abstractNumId w:val="77"/>
  </w:num>
  <w:num w:numId="51" w16cid:durableId="189417967">
    <w:abstractNumId w:val="21"/>
  </w:num>
  <w:num w:numId="52" w16cid:durableId="896015486">
    <w:abstractNumId w:val="29"/>
  </w:num>
  <w:num w:numId="53" w16cid:durableId="946083590">
    <w:abstractNumId w:val="52"/>
  </w:num>
  <w:num w:numId="54" w16cid:durableId="1740446772">
    <w:abstractNumId w:val="72"/>
  </w:num>
  <w:num w:numId="55" w16cid:durableId="875124213">
    <w:abstractNumId w:val="27"/>
  </w:num>
  <w:num w:numId="56" w16cid:durableId="1515145127">
    <w:abstractNumId w:val="68"/>
  </w:num>
  <w:num w:numId="57" w16cid:durableId="2069650472">
    <w:abstractNumId w:val="25"/>
  </w:num>
  <w:num w:numId="58" w16cid:durableId="537277711">
    <w:abstractNumId w:val="30"/>
  </w:num>
  <w:num w:numId="59" w16cid:durableId="508184401">
    <w:abstractNumId w:val="44"/>
  </w:num>
  <w:num w:numId="60" w16cid:durableId="889193040">
    <w:abstractNumId w:val="80"/>
  </w:num>
  <w:num w:numId="61" w16cid:durableId="88743105">
    <w:abstractNumId w:val="66"/>
  </w:num>
  <w:num w:numId="62" w16cid:durableId="1210916486">
    <w:abstractNumId w:val="54"/>
  </w:num>
  <w:num w:numId="63" w16cid:durableId="864055308">
    <w:abstractNumId w:val="26"/>
  </w:num>
  <w:num w:numId="64" w16cid:durableId="1537813275">
    <w:abstractNumId w:val="51"/>
  </w:num>
  <w:num w:numId="65" w16cid:durableId="915096558">
    <w:abstractNumId w:val="53"/>
  </w:num>
  <w:num w:numId="66" w16cid:durableId="106198184">
    <w:abstractNumId w:val="35"/>
  </w:num>
  <w:num w:numId="67" w16cid:durableId="1419252071">
    <w:abstractNumId w:val="47"/>
  </w:num>
  <w:num w:numId="68" w16cid:durableId="1263029954">
    <w:abstractNumId w:val="75"/>
  </w:num>
  <w:num w:numId="69" w16cid:durableId="1196887131">
    <w:abstractNumId w:val="43"/>
  </w:num>
  <w:num w:numId="70" w16cid:durableId="383650525">
    <w:abstractNumId w:val="61"/>
  </w:num>
  <w:num w:numId="71" w16cid:durableId="877817795">
    <w:abstractNumId w:val="73"/>
  </w:num>
  <w:num w:numId="72" w16cid:durableId="859242644">
    <w:abstractNumId w:val="62"/>
  </w:num>
  <w:num w:numId="73" w16cid:durableId="156192369">
    <w:abstractNumId w:val="69"/>
  </w:num>
  <w:num w:numId="74" w16cid:durableId="233200910">
    <w:abstractNumId w:val="24"/>
  </w:num>
  <w:num w:numId="75" w16cid:durableId="1676685335">
    <w:abstractNumId w:val="31"/>
  </w:num>
  <w:num w:numId="76" w16cid:durableId="313534220">
    <w:abstractNumId w:val="22"/>
  </w:num>
  <w:num w:numId="77" w16cid:durableId="1999577706">
    <w:abstractNumId w:val="42"/>
  </w:num>
  <w:num w:numId="78" w16cid:durableId="1634288010">
    <w:abstractNumId w:val="23"/>
  </w:num>
  <w:num w:numId="79" w16cid:durableId="1533768367">
    <w:abstractNumId w:val="81"/>
  </w:num>
  <w:num w:numId="80" w16cid:durableId="1292129416">
    <w:abstractNumId w:val="37"/>
  </w:num>
  <w:num w:numId="81" w16cid:durableId="1368218982">
    <w:abstractNumId w:val="32"/>
  </w:num>
  <w:num w:numId="82" w16cid:durableId="1010137716">
    <w:abstractNumId w:val="16"/>
  </w:num>
  <w:num w:numId="83" w16cid:durableId="361397030">
    <w:abstractNumId w:val="59"/>
  </w:num>
  <w:num w:numId="84" w16cid:durableId="844636223">
    <w:abstractNumId w:val="76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Idris Olufowobi">
    <w15:presenceInfo w15:providerId="AD" w15:userId="S::idris.olufowobi@humanappeal.org.uk::a6f6a14d-1e76-4b46-be1f-ffdfc2361d65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251C2"/>
    <w:rsid w:val="00034616"/>
    <w:rsid w:val="0006063C"/>
    <w:rsid w:val="000C6014"/>
    <w:rsid w:val="000E3FE7"/>
    <w:rsid w:val="0015074B"/>
    <w:rsid w:val="0016159E"/>
    <w:rsid w:val="001C4285"/>
    <w:rsid w:val="00210E90"/>
    <w:rsid w:val="0021769E"/>
    <w:rsid w:val="0025503F"/>
    <w:rsid w:val="002911BE"/>
    <w:rsid w:val="0029639D"/>
    <w:rsid w:val="002F1D74"/>
    <w:rsid w:val="0031106A"/>
    <w:rsid w:val="00324ED2"/>
    <w:rsid w:val="00326F90"/>
    <w:rsid w:val="003424AE"/>
    <w:rsid w:val="0042028E"/>
    <w:rsid w:val="00424D15"/>
    <w:rsid w:val="004D47AC"/>
    <w:rsid w:val="005070F6"/>
    <w:rsid w:val="00550979"/>
    <w:rsid w:val="00591DD4"/>
    <w:rsid w:val="00593243"/>
    <w:rsid w:val="00594926"/>
    <w:rsid w:val="005A0A6F"/>
    <w:rsid w:val="005E1EC5"/>
    <w:rsid w:val="00603C30"/>
    <w:rsid w:val="00614FCB"/>
    <w:rsid w:val="00622D0A"/>
    <w:rsid w:val="0065179B"/>
    <w:rsid w:val="006762F8"/>
    <w:rsid w:val="006D53A1"/>
    <w:rsid w:val="006E7237"/>
    <w:rsid w:val="0073030F"/>
    <w:rsid w:val="007C275A"/>
    <w:rsid w:val="007D4B81"/>
    <w:rsid w:val="00831C0E"/>
    <w:rsid w:val="00852669"/>
    <w:rsid w:val="00886E2D"/>
    <w:rsid w:val="008B1803"/>
    <w:rsid w:val="00922571"/>
    <w:rsid w:val="009731FD"/>
    <w:rsid w:val="00984485"/>
    <w:rsid w:val="009A4E2D"/>
    <w:rsid w:val="00A30B8F"/>
    <w:rsid w:val="00AA1D8D"/>
    <w:rsid w:val="00AA5634"/>
    <w:rsid w:val="00AD47CD"/>
    <w:rsid w:val="00B47730"/>
    <w:rsid w:val="00B47A18"/>
    <w:rsid w:val="00B86102"/>
    <w:rsid w:val="00B94820"/>
    <w:rsid w:val="00BE0642"/>
    <w:rsid w:val="00C62B44"/>
    <w:rsid w:val="00C67BC2"/>
    <w:rsid w:val="00C77615"/>
    <w:rsid w:val="00CB0664"/>
    <w:rsid w:val="00CD0A93"/>
    <w:rsid w:val="00D825D7"/>
    <w:rsid w:val="00DA1326"/>
    <w:rsid w:val="00DC41AD"/>
    <w:rsid w:val="00DE0130"/>
    <w:rsid w:val="00E74D92"/>
    <w:rsid w:val="00E83C5E"/>
    <w:rsid w:val="00EA29F0"/>
    <w:rsid w:val="00EF5168"/>
    <w:rsid w:val="00F336D0"/>
    <w:rsid w:val="00F50A05"/>
    <w:rsid w:val="00F533AF"/>
    <w:rsid w:val="00FA1AAA"/>
    <w:rsid w:val="00FA66ED"/>
    <w:rsid w:val="00FA7D5B"/>
    <w:rsid w:val="00FC111A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908C0BE"/>
  <w14:defaultImageDpi w14:val="300"/>
  <w15:docId w15:val="{F6F75A33-BA88-4DAA-BEDE-8D811AF8A5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2B44"/>
  </w:style>
  <w:style w:type="paragraph" w:styleId="Heading1">
    <w:name w:val="heading 1"/>
    <w:basedOn w:val="Normal"/>
    <w:next w:val="Normal"/>
    <w:link w:val="Heading1Char"/>
    <w:uiPriority w:val="9"/>
    <w:qFormat/>
    <w:rsid w:val="00CD0A9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7030A0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link w:val="NoSpacingChar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CD0A93"/>
    <w:rPr>
      <w:rFonts w:asciiTheme="majorHAnsi" w:eastAsiaTheme="majorEastAsia" w:hAnsiTheme="majorHAnsi" w:cstheme="majorBidi"/>
      <w:b/>
      <w:bCs/>
      <w:color w:val="7030A0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u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u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u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u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u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u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u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u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u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u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u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u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u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yperlink">
    <w:name w:val="Hyperlink"/>
    <w:basedOn w:val="DefaultParagraphFont"/>
    <w:uiPriority w:val="99"/>
    <w:unhideWhenUsed/>
    <w:rsid w:val="008B1803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B1803"/>
    <w:rPr>
      <w:color w:val="605E5C"/>
      <w:shd w:val="clear" w:color="auto" w:fill="E1DFDD"/>
    </w:rPr>
  </w:style>
  <w:style w:type="paragraph" w:customStyle="1" w:styleId="msonormal0">
    <w:name w:val="msonormal"/>
    <w:basedOn w:val="Normal"/>
    <w:rsid w:val="00AA56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styleId="NormalWeb">
    <w:name w:val="Normal (Web)"/>
    <w:basedOn w:val="Normal"/>
    <w:uiPriority w:val="99"/>
    <w:semiHidden/>
    <w:unhideWhenUsed/>
    <w:rsid w:val="00AA56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customStyle="1" w:styleId="ms-05">
    <w:name w:val="ms-0.5"/>
    <w:basedOn w:val="DefaultParagraphFont"/>
    <w:rsid w:val="00AA5634"/>
  </w:style>
  <w:style w:type="character" w:styleId="FollowedHyperlink">
    <w:name w:val="FollowedHyperlink"/>
    <w:basedOn w:val="DefaultParagraphFont"/>
    <w:uiPriority w:val="99"/>
    <w:semiHidden/>
    <w:unhideWhenUsed/>
    <w:rsid w:val="00AA5634"/>
    <w:rPr>
      <w:color w:val="800080"/>
      <w:u w:val="single"/>
    </w:rPr>
  </w:style>
  <w:style w:type="character" w:customStyle="1" w:styleId="align-middle">
    <w:name w:val="align-middle"/>
    <w:basedOn w:val="DefaultParagraphFont"/>
    <w:rsid w:val="00AA5634"/>
  </w:style>
  <w:style w:type="character" w:customStyle="1" w:styleId="NoSpacingChar">
    <w:name w:val="No Spacing Char"/>
    <w:basedOn w:val="DefaultParagraphFont"/>
    <w:link w:val="NoSpacing"/>
    <w:uiPriority w:val="1"/>
    <w:rsid w:val="00BE0642"/>
  </w:style>
  <w:style w:type="character" w:styleId="CommentReference">
    <w:name w:val="annotation reference"/>
    <w:basedOn w:val="DefaultParagraphFont"/>
    <w:uiPriority w:val="99"/>
    <w:semiHidden/>
    <w:unhideWhenUsed/>
    <w:rsid w:val="007C275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C275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C275A"/>
    <w:rPr>
      <w:sz w:val="20"/>
      <w:szCs w:val="20"/>
    </w:rPr>
  </w:style>
  <w:style w:type="paragraph" w:styleId="TOC1">
    <w:name w:val="toc 1"/>
    <w:basedOn w:val="Normal"/>
    <w:next w:val="Normal"/>
    <w:autoRedefine/>
    <w:uiPriority w:val="39"/>
    <w:unhideWhenUsed/>
    <w:rsid w:val="00B47A18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B47A18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B47A18"/>
    <w:pPr>
      <w:spacing w:after="100"/>
      <w:ind w:left="4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microsoft.com/office/2011/relationships/commentsExtended" Target="commentsExtended.xml"/><Relationship Id="rId3" Type="http://schemas.openxmlformats.org/officeDocument/2006/relationships/styles" Target="styles.xml"/><Relationship Id="rId21" Type="http://schemas.openxmlformats.org/officeDocument/2006/relationships/hyperlink" Target="https://humanappealusa.org/about-us" TargetMode="Externa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comments" Target="comments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hyperlink" Target="mailto:procurement@humanappealusa.org" TargetMode="External"/><Relationship Id="rId32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hyperlink" Target="https://humanappealusa.org/about-us/annual-reports" TargetMode="External"/><Relationship Id="rId28" Type="http://schemas.microsoft.com/office/2018/08/relationships/commentsExtensible" Target="commentsExtensible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microsoft.com/office/2011/relationships/people" Target="peop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4.png"/><Relationship Id="rId27" Type="http://schemas.microsoft.com/office/2016/09/relationships/commentsIds" Target="commentsIds.xml"/><Relationship Id="rId30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27</Pages>
  <Words>2349</Words>
  <Characters>14825</Characters>
  <Application>Microsoft Office Word</Application>
  <DocSecurity>0</DocSecurity>
  <Lines>823</Lines>
  <Paragraphs>553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16621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Mohamed Chahtane</cp:lastModifiedBy>
  <cp:revision>41</cp:revision>
  <dcterms:created xsi:type="dcterms:W3CDTF">2026-03-09T16:26:00Z</dcterms:created>
  <dcterms:modified xsi:type="dcterms:W3CDTF">2026-04-07T07:37:00Z</dcterms:modified>
  <cp:category/>
</cp:coreProperties>
</file>