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sz w:val="2"/>
        </w:rPr>
        <w:id w:val="-781729616"/>
        <w:docPartObj>
          <w:docPartGallery w:val="Cover Pages"/>
          <w:docPartUnique/>
        </w:docPartObj>
      </w:sdtPr>
      <w:sdtEndPr>
        <w:rPr>
          <w:rFonts w:ascii="Cairo" w:hAnsi="Cairo" w:cs="Cairo"/>
          <w:b/>
          <w:bCs/>
          <w:color w:val="7030A0"/>
          <w:sz w:val="28"/>
          <w:szCs w:val="28"/>
        </w:rPr>
      </w:sdtEndPr>
      <w:sdtContent>
        <w:p w14:paraId="48A0A341" w14:textId="1A76C0A9" w:rsidR="00BE0642" w:rsidRPr="00BE0642" w:rsidRDefault="00BE0642" w:rsidP="00BE0642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74D3FC39" wp14:editId="03800036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0</wp:posOffset>
                    </wp:positionV>
                    <wp:extent cx="7772400" cy="10058400"/>
                    <wp:effectExtent l="0" t="0" r="0" b="0"/>
                    <wp:wrapTopAndBottom/>
                    <wp:docPr id="515" name="Group 5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72400" cy="10058400"/>
                              <a:chOff x="0" y="0"/>
                              <a:chExt cx="7772400" cy="10058400"/>
                            </a:xfrm>
                          </wpg:grpSpPr>
                          <wps:wsp>
                            <wps:cNvPr id="597" name="Shape 597"/>
                            <wps:cNvSpPr/>
                            <wps:spPr>
                              <a:xfrm>
                                <a:off x="0" y="0"/>
                                <a:ext cx="7772400" cy="100584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72400" h="10058400">
                                    <a:moveTo>
                                      <a:pt x="0" y="0"/>
                                    </a:moveTo>
                                    <a:lnTo>
                                      <a:pt x="7772400" y="0"/>
                                    </a:lnTo>
                                    <a:lnTo>
                                      <a:pt x="7772400" y="10058400"/>
                                    </a:lnTo>
                                    <a:lnTo>
                                      <a:pt x="0" y="1005840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37145A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9" name="Picture 9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848134" y="5163197"/>
                                <a:ext cx="1924050" cy="28289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598" name="Shape 598"/>
                            <wps:cNvSpPr/>
                            <wps:spPr>
                              <a:xfrm>
                                <a:off x="0" y="3312355"/>
                                <a:ext cx="7772400" cy="18794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72400" h="1879468">
                                    <a:moveTo>
                                      <a:pt x="0" y="0"/>
                                    </a:moveTo>
                                    <a:lnTo>
                                      <a:pt x="7772400" y="0"/>
                                    </a:lnTo>
                                    <a:lnTo>
                                      <a:pt x="7772400" y="1879468"/>
                                    </a:lnTo>
                                    <a:lnTo>
                                      <a:pt x="0" y="18794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587" name="Picture 587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958336" y="3377184"/>
                                <a:ext cx="2127504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88" name="Picture 588"/>
                              <pic:cNvPicPr/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764792" y="3374136"/>
                                <a:ext cx="2127504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89" name="Picture 589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3377184"/>
                                <a:ext cx="1694688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90" name="Picture 590"/>
                              <pic:cNvPicPr/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151880" y="3374136"/>
                                <a:ext cx="1618488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9" name="Rectangle 19"/>
                            <wps:cNvSpPr/>
                            <wps:spPr>
                              <a:xfrm>
                                <a:off x="1560220" y="5610627"/>
                                <a:ext cx="41182" cy="19065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E59A4E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0" name="Rectangle 20"/>
                            <wps:cNvSpPr/>
                            <wps:spPr>
                              <a:xfrm>
                                <a:off x="1763151" y="5610627"/>
                                <a:ext cx="41182" cy="19065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19372C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2" name="Rectangle 22"/>
                            <wps:cNvSpPr/>
                            <wps:spPr>
                              <a:xfrm>
                                <a:off x="1778724" y="6863203"/>
                                <a:ext cx="201600" cy="103917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665E5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sz w:val="1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3" name="Rectangle 23"/>
                            <wps:cNvSpPr/>
                            <wps:spPr>
                              <a:xfrm>
                                <a:off x="2600925" y="7657282"/>
                                <a:ext cx="94916" cy="395484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3EEF0A5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4" name="Rectangle 24"/>
                            <wps:cNvSpPr/>
                            <wps:spPr>
                              <a:xfrm>
                                <a:off x="3770427" y="7657282"/>
                                <a:ext cx="94916" cy="395484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859ADB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5" name="Rectangle 25"/>
                            <wps:cNvSpPr/>
                            <wps:spPr>
                              <a:xfrm>
                                <a:off x="80598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3393B0A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6" name="Rectangle 26"/>
                            <wps:cNvSpPr/>
                            <wps:spPr>
                              <a:xfrm>
                                <a:off x="102424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98FE25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7" name="Rectangle 27"/>
                            <wps:cNvSpPr/>
                            <wps:spPr>
                              <a:xfrm>
                                <a:off x="123625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6841C32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8" name="Rectangle 28"/>
                            <wps:cNvSpPr/>
                            <wps:spPr>
                              <a:xfrm>
                                <a:off x="145600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F31FFB1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9" name="Rectangle 29"/>
                            <wps:cNvSpPr/>
                            <wps:spPr>
                              <a:xfrm>
                                <a:off x="169180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F5F8CD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0" name="Rectangle 30"/>
                            <wps:cNvSpPr/>
                            <wps:spPr>
                              <a:xfrm>
                                <a:off x="193861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6F2C2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1" name="Rectangle 31"/>
                            <wps:cNvSpPr/>
                            <wps:spPr>
                              <a:xfrm>
                                <a:off x="217144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EAAA42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2" name="Rectangle 32"/>
                            <wps:cNvSpPr/>
                            <wps:spPr>
                              <a:xfrm>
                                <a:off x="2507456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55AF8F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3" name="Rectangle 33"/>
                            <wps:cNvSpPr/>
                            <wps:spPr>
                              <a:xfrm>
                                <a:off x="273582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9E8EC0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4" name="Rectangle 34"/>
                            <wps:cNvSpPr/>
                            <wps:spPr>
                              <a:xfrm>
                                <a:off x="2978170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7E6D09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5" name="Rectangle 35"/>
                            <wps:cNvSpPr/>
                            <wps:spPr>
                              <a:xfrm>
                                <a:off x="321575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E8567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6" name="Rectangle 36"/>
                            <wps:cNvSpPr/>
                            <wps:spPr>
                              <a:xfrm>
                                <a:off x="334451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B55793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7" name="Rectangle 37"/>
                            <wps:cNvSpPr/>
                            <wps:spPr>
                              <a:xfrm>
                                <a:off x="367695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A82E0F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8" name="Rectangle 38"/>
                            <wps:cNvSpPr/>
                            <wps:spPr>
                              <a:xfrm>
                                <a:off x="390503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A50C0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9" name="Rectangle 39"/>
                            <wps:cNvSpPr/>
                            <wps:spPr>
                              <a:xfrm>
                                <a:off x="412476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CDB06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0" name="Rectangle 40"/>
                            <wps:cNvSpPr/>
                            <wps:spPr>
                              <a:xfrm>
                                <a:off x="435729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F0914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1" name="Rectangle 41"/>
                            <wps:cNvSpPr/>
                            <wps:spPr>
                              <a:xfrm>
                                <a:off x="457675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1E9134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2" name="Rectangle 42"/>
                            <wps:cNvSpPr/>
                            <wps:spPr>
                              <a:xfrm>
                                <a:off x="470550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4DC54D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3" name="Rectangle 43"/>
                            <wps:cNvSpPr/>
                            <wps:spPr>
                              <a:xfrm>
                                <a:off x="492614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C9DC51F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4" name="Rectangle 44"/>
                            <wps:cNvSpPr/>
                            <wps:spPr>
                              <a:xfrm>
                                <a:off x="514590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523842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5" name="Rectangle 45"/>
                            <wps:cNvSpPr/>
                            <wps:spPr>
                              <a:xfrm>
                                <a:off x="76328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0E8EE0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6" name="Rectangle 46"/>
                            <wps:cNvSpPr/>
                            <wps:spPr>
                              <a:xfrm>
                                <a:off x="29607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1DAEED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7" name="Rectangle 47"/>
                            <wps:cNvSpPr/>
                            <wps:spPr>
                              <a:xfrm>
                                <a:off x="296074" y="7120074"/>
                                <a:ext cx="220681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63233F0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1"/>
                                      <w:sz w:val="47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8" name="Rectangle 48"/>
                            <wps:cNvSpPr/>
                            <wps:spPr>
                              <a:xfrm>
                                <a:off x="514332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A6436D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9" name="Rectangle 49"/>
                            <wps:cNvSpPr/>
                            <wps:spPr>
                              <a:xfrm>
                                <a:off x="514332" y="7120074"/>
                                <a:ext cx="212376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FA1F2F2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1"/>
                                      <w:sz w:val="47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0" name="Rectangle 50"/>
                            <wps:cNvSpPr/>
                            <wps:spPr>
                              <a:xfrm>
                                <a:off x="72634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CD7E97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1" name="Rectangle 51"/>
                            <wps:cNvSpPr/>
                            <wps:spPr>
                              <a:xfrm>
                                <a:off x="726348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2CFB83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2" name="Rectangle 52"/>
                            <wps:cNvSpPr/>
                            <wps:spPr>
                              <a:xfrm>
                                <a:off x="94609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3E9EE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3" name="Rectangle 53"/>
                            <wps:cNvSpPr/>
                            <wps:spPr>
                              <a:xfrm>
                                <a:off x="946093" y="7120074"/>
                                <a:ext cx="244015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B92AA6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4" name="Rectangle 54"/>
                            <wps:cNvSpPr/>
                            <wps:spPr>
                              <a:xfrm>
                                <a:off x="118189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5B0076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5" name="Rectangle 55"/>
                            <wps:cNvSpPr/>
                            <wps:spPr>
                              <a:xfrm>
                                <a:off x="1181899" y="7120074"/>
                                <a:ext cx="258648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871E93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2"/>
                                      <w:sz w:val="47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6" name="Rectangle 56"/>
                            <wps:cNvSpPr/>
                            <wps:spPr>
                              <a:xfrm>
                                <a:off x="142870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A356604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7" name="Rectangle 57"/>
                            <wps:cNvSpPr/>
                            <wps:spPr>
                              <a:xfrm>
                                <a:off x="1428704" y="7120074"/>
                                <a:ext cx="24006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B320B0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7"/>
                                      <w:sz w:val="47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8" name="Rectangle 58"/>
                            <wps:cNvSpPr/>
                            <wps:spPr>
                              <a:xfrm>
                                <a:off x="166153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568756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9" name="Rectangle 59"/>
                            <wps:cNvSpPr/>
                            <wps:spPr>
                              <a:xfrm>
                                <a:off x="1661535" y="7120074"/>
                                <a:ext cx="212772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E91199C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28"/>
                                      <w:sz w:val="47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0" name="Rectangle 60"/>
                            <wps:cNvSpPr/>
                            <wps:spPr>
                              <a:xfrm>
                                <a:off x="199754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FC854E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1" name="Rectangle 61"/>
                            <wps:cNvSpPr/>
                            <wps:spPr>
                              <a:xfrm>
                                <a:off x="1997547" y="7120074"/>
                                <a:ext cx="24006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081C54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7"/>
                                      <w:sz w:val="47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2" name="Rectangle 62"/>
                            <wps:cNvSpPr/>
                            <wps:spPr>
                              <a:xfrm>
                                <a:off x="222591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EACAC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3" name="Rectangle 63"/>
                            <wps:cNvSpPr/>
                            <wps:spPr>
                              <a:xfrm>
                                <a:off x="2225915" y="7120074"/>
                                <a:ext cx="252716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004A3D9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47"/>
                                    </w:rPr>
                                    <w:t>U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4" name="Rectangle 64"/>
                            <wps:cNvSpPr/>
                            <wps:spPr>
                              <a:xfrm>
                                <a:off x="2468261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B8F75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5" name="Rectangle 65"/>
                            <wps:cNvSpPr/>
                            <wps:spPr>
                              <a:xfrm>
                                <a:off x="2468261" y="7120074"/>
                                <a:ext cx="246388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754EAC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2"/>
                                      <w:sz w:val="47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6" name="Rectangle 66"/>
                            <wps:cNvSpPr/>
                            <wps:spPr>
                              <a:xfrm>
                                <a:off x="2705850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6467DEF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7" name="Rectangle 67"/>
                            <wps:cNvSpPr/>
                            <wps:spPr>
                              <a:xfrm>
                                <a:off x="2705850" y="7120074"/>
                                <a:ext cx="10164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92DFD6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5"/>
                                      <w:sz w:val="47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8" name="Rectangle 68"/>
                            <wps:cNvSpPr/>
                            <wps:spPr>
                              <a:xfrm>
                                <a:off x="283460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84B864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9" name="Rectangle 69"/>
                            <wps:cNvSpPr/>
                            <wps:spPr>
                              <a:xfrm>
                                <a:off x="2834603" y="7120074"/>
                                <a:ext cx="212376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56B56A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1"/>
                                      <w:sz w:val="47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0" name="Rectangle 70"/>
                            <wps:cNvSpPr/>
                            <wps:spPr>
                              <a:xfrm>
                                <a:off x="316704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CEA08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1" name="Rectangle 71"/>
                            <wps:cNvSpPr/>
                            <wps:spPr>
                              <a:xfrm>
                                <a:off x="3167049" y="7120074"/>
                                <a:ext cx="233732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149E01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30"/>
                                      <w:sz w:val="47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2" name="Rectangle 72"/>
                            <wps:cNvSpPr/>
                            <wps:spPr>
                              <a:xfrm>
                                <a:off x="3395122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D5DFFA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3" name="Rectangle 73"/>
                            <wps:cNvSpPr/>
                            <wps:spPr>
                              <a:xfrm>
                                <a:off x="3395122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5D79DB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4" name="Rectangle 74"/>
                            <wps:cNvSpPr/>
                            <wps:spPr>
                              <a:xfrm>
                                <a:off x="361486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FC4928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5" name="Rectangle 75"/>
                            <wps:cNvSpPr/>
                            <wps:spPr>
                              <a:xfrm>
                                <a:off x="3614867" y="7120074"/>
                                <a:ext cx="244015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1A9EF0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6" name="Rectangle 76"/>
                            <wps:cNvSpPr/>
                            <wps:spPr>
                              <a:xfrm>
                                <a:off x="384739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656CCB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7" name="Rectangle 77"/>
                            <wps:cNvSpPr/>
                            <wps:spPr>
                              <a:xfrm>
                                <a:off x="3847399" y="7120074"/>
                                <a:ext cx="222263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337C388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1"/>
                                      <w:sz w:val="47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8" name="Rectangle 78"/>
                            <wps:cNvSpPr/>
                            <wps:spPr>
                              <a:xfrm>
                                <a:off x="406685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55EB8E6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9" name="Rectangle 79"/>
                            <wps:cNvSpPr/>
                            <wps:spPr>
                              <a:xfrm>
                                <a:off x="4066855" y="7120074"/>
                                <a:ext cx="10164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2546DA7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5"/>
                                      <w:sz w:val="47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0" name="Rectangle 80"/>
                            <wps:cNvSpPr/>
                            <wps:spPr>
                              <a:xfrm>
                                <a:off x="4195602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10DD71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1" name="Rectangle 81"/>
                            <wps:cNvSpPr/>
                            <wps:spPr>
                              <a:xfrm>
                                <a:off x="4195602" y="7120074"/>
                                <a:ext cx="223845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5AC9E3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5"/>
                                      <w:sz w:val="47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2" name="Rectangle 82"/>
                            <wps:cNvSpPr/>
                            <wps:spPr>
                              <a:xfrm>
                                <a:off x="441624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CF40DB3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3" name="Rectangle 83"/>
                            <wps:cNvSpPr/>
                            <wps:spPr>
                              <a:xfrm>
                                <a:off x="4416247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9597BA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4" name="Rectangle 84"/>
                            <wps:cNvSpPr/>
                            <wps:spPr>
                              <a:xfrm>
                                <a:off x="463597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D48DB2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5" name="Rectangle 85"/>
                            <wps:cNvSpPr/>
                            <wps:spPr>
                              <a:xfrm>
                                <a:off x="4635977" y="7120074"/>
                                <a:ext cx="233732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446D12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30"/>
                                      <w:sz w:val="47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6" name="Rectangle 86"/>
                            <wps:cNvSpPr/>
                            <wps:spPr>
                              <a:xfrm>
                                <a:off x="1420127" y="8624147"/>
                                <a:ext cx="70617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6CA1F88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7" name="Rectangle 87"/>
                            <wps:cNvSpPr/>
                            <wps:spPr>
                              <a:xfrm>
                                <a:off x="1495870" y="8881322"/>
                                <a:ext cx="68895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5155652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8" name="Rectangle 88"/>
                            <wps:cNvSpPr/>
                            <wps:spPr>
                              <a:xfrm>
                                <a:off x="2153828" y="8881322"/>
                                <a:ext cx="68895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B90F75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9" name="Rectangle 89"/>
                            <wps:cNvSpPr/>
                            <wps:spPr>
                              <a:xfrm>
                                <a:off x="1677937" y="6366618"/>
                                <a:ext cx="0" cy="96124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646AD3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1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4" name="Rectangle 94"/>
                            <wps:cNvSpPr/>
                            <wps:spPr>
                              <a:xfrm>
                                <a:off x="76200" y="5592563"/>
                                <a:ext cx="5431938" cy="10391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8615202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w w:val="110"/>
                                      <w:sz w:val="123"/>
                                    </w:rPr>
                                    <w:t>INVITATION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5" name="Rectangle 95"/>
                            <wps:cNvSpPr/>
                            <wps:spPr>
                              <a:xfrm>
                                <a:off x="76200" y="6325988"/>
                                <a:ext cx="1378884" cy="10391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D054D6C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spacing w:val="-75"/>
                                      <w:w w:val="116"/>
                                      <w:sz w:val="123"/>
                                    </w:rPr>
                                    <w:t>TO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6" name="Rectangle 96"/>
                            <wps:cNvSpPr/>
                            <wps:spPr>
                              <a:xfrm>
                                <a:off x="1194067" y="6366618"/>
                                <a:ext cx="0" cy="96124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52BDBAA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1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7" name="Rectangle 97"/>
                            <wps:cNvSpPr/>
                            <wps:spPr>
                              <a:xfrm>
                                <a:off x="1194067" y="6325988"/>
                                <a:ext cx="3922309" cy="10391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1CFA797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spacing w:val="-56"/>
                                      <w:w w:val="116"/>
                                      <w:sz w:val="123"/>
                                    </w:rPr>
                                    <w:t>TENDER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8" name="Rectangle 98"/>
                            <wps:cNvSpPr/>
                            <wps:spPr>
                              <a:xfrm>
                                <a:off x="76327" y="7752791"/>
                                <a:ext cx="6828615" cy="41470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BA7E73" w14:textId="3B1ADA1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4"/>
                                    </w:rPr>
                                    <w:t xml:space="preserve">Deadline for submission: </w:t>
                                  </w:r>
                                  <w:r w:rsidR="00CC4965"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4"/>
                                    </w:rPr>
                                    <w:t>EXTENDED to 20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4"/>
                                    </w:rPr>
                                    <w:t xml:space="preserve"> April 2026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9" name="Rectangle 99"/>
                            <wps:cNvSpPr/>
                            <wps:spPr>
                              <a:xfrm>
                                <a:off x="76327" y="8439912"/>
                                <a:ext cx="6506357" cy="37700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3D674C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0"/>
                                    </w:rPr>
                                    <w:t xml:space="preserve">All bids and queries to be addressed to: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0" name="Rectangle 100"/>
                            <wps:cNvSpPr/>
                            <wps:spPr>
                              <a:xfrm>
                                <a:off x="76327" y="8755126"/>
                                <a:ext cx="7848854" cy="37700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F8AA73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0"/>
                                    </w:rPr>
                                    <w:t xml:space="preserve">procurement@humanappealusa.org quoting ref: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1" name="Rectangle 101"/>
                            <wps:cNvSpPr/>
                            <wps:spPr>
                              <a:xfrm>
                                <a:off x="76327" y="9038589"/>
                                <a:ext cx="3264068" cy="37700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848AF9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0"/>
                                    </w:rPr>
                                    <w:t>HAUSA/AUDIT/26/01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2" name="Rectangle 102"/>
                            <wps:cNvSpPr/>
                            <wps:spPr>
                              <a:xfrm>
                                <a:off x="76327" y="9634851"/>
                                <a:ext cx="759162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6EC53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-9"/>
                                      <w:w w:val="103"/>
                                      <w:sz w:val="34"/>
                                    </w:rPr>
                                    <w:t>Issued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3" name="Rectangle 103"/>
                            <wps:cNvSpPr/>
                            <wps:spPr>
                              <a:xfrm>
                                <a:off x="688962" y="9641759"/>
                                <a:ext cx="0" cy="26553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D5C583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EFF2E6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4" name="Rectangle 104"/>
                            <wps:cNvSpPr/>
                            <wps:spPr>
                              <a:xfrm>
                                <a:off x="688962" y="9634851"/>
                                <a:ext cx="407290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15266C9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-9"/>
                                      <w:w w:val="95"/>
                                      <w:sz w:val="34"/>
                                    </w:rPr>
                                    <w:t>by: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7"/>
                                      <w:w w:val="95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5" name="Rectangle 105"/>
                            <wps:cNvSpPr/>
                            <wps:spPr>
                              <a:xfrm>
                                <a:off x="995197" y="9634851"/>
                                <a:ext cx="859908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991E0B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-9"/>
                                      <w:w w:val="102"/>
                                      <w:sz w:val="34"/>
                                    </w:rPr>
                                    <w:t>Human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6" name="Rectangle 106"/>
                            <wps:cNvSpPr/>
                            <wps:spPr>
                              <a:xfrm>
                                <a:off x="1682293" y="9641759"/>
                                <a:ext cx="0" cy="26553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4BAA82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7" name="Rectangle 107"/>
                            <wps:cNvSpPr/>
                            <wps:spPr>
                              <a:xfrm>
                                <a:off x="1682293" y="9634851"/>
                                <a:ext cx="821145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01C2C0A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-9"/>
                                      <w:w w:val="102"/>
                                      <w:sz w:val="34"/>
                                    </w:rPr>
                                    <w:t>Appeal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8" name="Rectangle 108"/>
                            <wps:cNvSpPr/>
                            <wps:spPr>
                              <a:xfrm>
                                <a:off x="2340255" y="9641759"/>
                                <a:ext cx="0" cy="26553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C64383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9" name="Rectangle 109"/>
                            <wps:cNvSpPr/>
                            <wps:spPr>
                              <a:xfrm>
                                <a:off x="2340255" y="9634851"/>
                                <a:ext cx="581238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F00BDA8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-9"/>
                                      <w:w w:val="108"/>
                                      <w:sz w:val="34"/>
                                    </w:rPr>
                                    <w:t>USA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5"/>
                                      <w:w w:val="108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10" name="Rectangle 110"/>
                            <wps:cNvSpPr/>
                            <wps:spPr>
                              <a:xfrm>
                                <a:off x="2777274" y="9601397"/>
                                <a:ext cx="154104" cy="3203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1A3FF55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34"/>
                                    </w:rPr>
                                    <w:t xml:space="preserve">|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11" name="Rectangle 111"/>
                            <wps:cNvSpPr/>
                            <wps:spPr>
                              <a:xfrm>
                                <a:off x="2892959" y="9634851"/>
                                <a:ext cx="2494412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DA9FA6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-9"/>
                                      <w:w w:val="102"/>
                                      <w:sz w:val="34"/>
                                    </w:rPr>
                                    <w:t>humanappealusa.org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91" name="Picture 591"/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192" y="0"/>
                                <a:ext cx="7760208" cy="332536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74D3FC39" id="Group 515" o:spid="_x0000_s1026" style="position:absolute;margin-left:0;margin-top:0;width:612pt;height:11in;z-index:251659264;mso-position-horizontal-relative:page;mso-position-vertical-relative:page" coordsize="77724,100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">
                    <v:shape id="Shape 597" o:spid="_x0000_s1027" style="position:absolute;width:77724;height:100584;visibility:visible;mso-wrap-style:square;v-text-anchor:top" coordsize="7772400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" path="m,l7772400,r,10058400l,10058400,,e" fillcolor="#37145a" stroked="f" strokeweight="0">
                      <v:stroke miterlimit="83231f" joinstyle="miter"/>
                      <v:path arrowok="t" textboxrect="0,0,7772400,10058400"/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9" o:spid="_x0000_s1028" type="#_x0000_t75" style="position:absolute;left:58481;top:51631;width:19240;height:28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">
                      <v:imagedata r:id="rId14" o:title=""/>
                    </v:shape>
                    <v:shape id="Shape 598" o:spid="_x0000_s1029" style="position:absolute;top:33123;width:77724;height:18795;visibility:visible;mso-wrap-style:square;v-text-anchor:top" coordsize="7772400,1879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" path="m,l7772400,r,1879468l,1879468,,e" stroked="f" strokeweight="0">
                      <v:stroke miterlimit="83231f" joinstyle="miter"/>
                      <v:path arrowok="t" textboxrect="0,0,7772400,1879468"/>
                    </v:shape>
                    <v:shape id="Picture 587" o:spid="_x0000_s1030" type="#_x0000_t75" style="position:absolute;left:39583;top:33771;width:21275;height:17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">
                      <v:imagedata r:id="rId15" o:title=""/>
                    </v:shape>
                    <v:shape id="Picture 588" o:spid="_x0000_s1031" type="#_x0000_t75" style="position:absolute;left:17647;top:33741;width:21275;height:17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">
                      <v:imagedata r:id="rId16" o:title=""/>
                    </v:shape>
                    <v:shape id="Picture 589" o:spid="_x0000_s1032" type="#_x0000_t75" style="position:absolute;top:33771;width:16946;height:17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">
                      <v:imagedata r:id="rId17" o:title=""/>
                    </v:shape>
                    <v:shape id="Picture 590" o:spid="_x0000_s1033" type="#_x0000_t75" style="position:absolute;left:61518;top:33741;width:16185;height:17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">
                      <v:imagedata r:id="rId18" o:title=""/>
                    </v:shape>
                    <v:rect id="Rectangle 19" o:spid="_x0000_s1034" style="position:absolute;left:15602;top:56106;width:41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    <v:textbox inset="0,0,0,0">
                        <w:txbxContent>
                          <w:p w14:paraId="5E59A4E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0" o:spid="_x0000_s1035" style="position:absolute;left:17631;top:56106;width:41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    <v:textbox inset="0,0,0,0">
                        <w:txbxContent>
                          <w:p w14:paraId="3019372C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2" o:spid="_x0000_s1036" style="position:absolute;left:17787;top:68632;width:2016;height:10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    <v:textbox inset="0,0,0,0">
                        <w:txbxContent>
                          <w:p w14:paraId="52665E5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sz w:val="1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3" o:spid="_x0000_s1037" style="position:absolute;left:26009;top:76572;width:949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    <v:textbox inset="0,0,0,0">
                        <w:txbxContent>
                          <w:p w14:paraId="53EEF0A5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4" o:spid="_x0000_s1038" style="position:absolute;left:37704;top:76572;width:949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    <v:textbox inset="0,0,0,0">
                        <w:txbxContent>
                          <w:p w14:paraId="6859ADB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5" o:spid="_x0000_s1039" style="position:absolute;left:80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    <v:textbox inset="0,0,0,0">
                        <w:txbxContent>
                          <w:p w14:paraId="53393B0A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6" o:spid="_x0000_s1040" style="position:absolute;left:1024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    <v:textbox inset="0,0,0,0">
                        <w:txbxContent>
                          <w:p w14:paraId="3098FE25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7" o:spid="_x0000_s1041" style="position:absolute;left:1236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    <v:textbox inset="0,0,0,0">
                        <w:txbxContent>
                          <w:p w14:paraId="46841C32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8" o:spid="_x0000_s1042" style="position:absolute;left:1456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    <v:textbox inset="0,0,0,0">
                        <w:txbxContent>
                          <w:p w14:paraId="3F31FFB1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9" o:spid="_x0000_s1043" style="position:absolute;left:1691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    <v:textbox inset="0,0,0,0">
                        <w:txbxContent>
                          <w:p w14:paraId="1AF5F8CD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0" o:spid="_x0000_s1044" style="position:absolute;left:19386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    <v:textbox inset="0,0,0,0">
                        <w:txbxContent>
                          <w:p w14:paraId="3A6F2C2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1" o:spid="_x0000_s1045" style="position:absolute;left:21714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    <v:textbox inset="0,0,0,0">
                        <w:txbxContent>
                          <w:p w14:paraId="7EAAA42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2" o:spid="_x0000_s1046" style="position:absolute;left:25074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    <v:textbox inset="0,0,0,0">
                        <w:txbxContent>
                          <w:p w14:paraId="255AF8F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3" o:spid="_x0000_s1047" style="position:absolute;left:2735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    <v:textbox inset="0,0,0,0">
                        <w:txbxContent>
                          <w:p w14:paraId="79E8EC0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4" o:spid="_x0000_s1048" style="position:absolute;left:29781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    <v:textbox inset="0,0,0,0">
                        <w:txbxContent>
                          <w:p w14:paraId="47E6D09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5" o:spid="_x0000_s1049" style="position:absolute;left:3215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    <v:textbox inset="0,0,0,0">
                        <w:txbxContent>
                          <w:p w14:paraId="52E8567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6" o:spid="_x0000_s1050" style="position:absolute;left:3344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    <v:textbox inset="0,0,0,0">
                        <w:txbxContent>
                          <w:p w14:paraId="5B55793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7" o:spid="_x0000_s1051" style="position:absolute;left:3676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    <v:textbox inset="0,0,0,0">
                        <w:txbxContent>
                          <w:p w14:paraId="3AA82E0F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8" o:spid="_x0000_s1052" style="position:absolute;left:3905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    <v:textbox inset="0,0,0,0">
                        <w:txbxContent>
                          <w:p w14:paraId="38A50C0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9" o:spid="_x0000_s1053" style="position:absolute;left:4124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    <v:textbox inset="0,0,0,0">
                        <w:txbxContent>
                          <w:p w14:paraId="52CDB06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0" o:spid="_x0000_s1054" style="position:absolute;left:4357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    <v:textbox inset="0,0,0,0">
                        <w:txbxContent>
                          <w:p w14:paraId="30F0914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1" o:spid="_x0000_s1055" style="position:absolute;left:4576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    <v:textbox inset="0,0,0,0">
                        <w:txbxContent>
                          <w:p w14:paraId="31E9134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2" o:spid="_x0000_s1056" style="position:absolute;left:4705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    <v:textbox inset="0,0,0,0">
                        <w:txbxContent>
                          <w:p w14:paraId="34DC54D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3" o:spid="_x0000_s1057" style="position:absolute;left:49261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    <v:textbox inset="0,0,0,0">
                        <w:txbxContent>
                          <w:p w14:paraId="1C9DC51F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4" o:spid="_x0000_s1058" style="position:absolute;left:514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    <v:textbox inset="0,0,0,0">
                        <w:txbxContent>
                          <w:p w14:paraId="72523842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5" o:spid="_x0000_s1059" style="position:absolute;left:763;top:71200;width:222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    <v:textbox inset="0,0,0,0">
                        <w:txbxContent>
                          <w:p w14:paraId="150E8EE0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46" o:spid="_x0000_s1060" style="position:absolute;left:296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    <v:textbox inset="0,0,0,0">
                        <w:txbxContent>
                          <w:p w14:paraId="151DAEED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7" o:spid="_x0000_s1061" style="position:absolute;left:2960;top:71200;width:220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    <v:textbox inset="0,0,0,0">
                        <w:txbxContent>
                          <w:p w14:paraId="763233F0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1"/>
                                <w:sz w:val="47"/>
                              </w:rPr>
                              <w:t>X</w:t>
                            </w:r>
                          </w:p>
                        </w:txbxContent>
                      </v:textbox>
                    </v:rect>
                    <v:rect id="Rectangle 48" o:spid="_x0000_s1062" style="position:absolute;left:5143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    <v:textbox inset="0,0,0,0">
                        <w:txbxContent>
                          <w:p w14:paraId="2A6436D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9" o:spid="_x0000_s1063" style="position:absolute;left:5143;top:71200;width:2124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    <v:textbox inset="0,0,0,0">
                        <w:txbxContent>
                          <w:p w14:paraId="5FA1F2F2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1"/>
                                <w:sz w:val="47"/>
                              </w:rPr>
                              <w:t>T</w:t>
                            </w:r>
                          </w:p>
                        </w:txbxContent>
                      </v:textbox>
                    </v:rect>
                    <v:rect id="Rectangle 50" o:spid="_x0000_s1064" style="position:absolute;left:7263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    <v:textbox inset="0,0,0,0">
                        <w:txbxContent>
                          <w:p w14:paraId="7CD7E97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1" o:spid="_x0000_s1065" style="position:absolute;left:7263;top:71200;width:222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    <v:textbox inset="0,0,0,0">
                        <w:txbxContent>
                          <w:p w14:paraId="692CFB83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52" o:spid="_x0000_s1066" style="position:absolute;left:946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    <v:textbox inset="0,0,0,0">
                        <w:txbxContent>
                          <w:p w14:paraId="5A3E9EE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3" o:spid="_x0000_s1067" style="position:absolute;left:9460;top:71200;width:2441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    <v:textbox inset="0,0,0,0">
                        <w:txbxContent>
                          <w:p w14:paraId="2B92AA6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R</w:t>
                            </w:r>
                          </w:p>
                        </w:txbxContent>
                      </v:textbox>
                    </v:rect>
                    <v:rect id="Rectangle 54" o:spid="_x0000_s1068" style="position:absolute;left:1181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    <v:textbox inset="0,0,0,0">
                        <w:txbxContent>
                          <w:p w14:paraId="25B0076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5" o:spid="_x0000_s1069" style="position:absolute;left:11818;top:71200;width:258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    <v:textbox inset="0,0,0,0">
                        <w:txbxContent>
                          <w:p w14:paraId="6871E93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2"/>
                                <w:sz w:val="47"/>
                              </w:rPr>
                              <w:t>N</w:t>
                            </w:r>
                          </w:p>
                        </w:txbxContent>
                      </v:textbox>
                    </v:rect>
                    <v:rect id="Rectangle 56" o:spid="_x0000_s1070" style="position:absolute;left:1428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    <v:textbox inset="0,0,0,0">
                        <w:txbxContent>
                          <w:p w14:paraId="2A356604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7" o:spid="_x0000_s1071" style="position:absolute;left:14287;top:71200;width:2400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    <v:textbox inset="0,0,0,0">
                        <w:txbxContent>
                          <w:p w14:paraId="13B320B0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7"/>
                                <w:sz w:val="47"/>
                              </w:rPr>
                              <w:t>A</w:t>
                            </w:r>
                          </w:p>
                        </w:txbxContent>
                      </v:textbox>
                    </v:rect>
                    <v:rect id="Rectangle 58" o:spid="_x0000_s1072" style="position:absolute;left:1661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    <v:textbox inset="0,0,0,0">
                        <w:txbxContent>
                          <w:p w14:paraId="5A568756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9" o:spid="_x0000_s1073" style="position:absolute;left:16615;top:71200;width:2128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    <v:textbox inset="0,0,0,0">
                        <w:txbxContent>
                          <w:p w14:paraId="4E91199C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28"/>
                                <w:sz w:val="47"/>
                              </w:rPr>
                              <w:t>L</w:t>
                            </w:r>
                          </w:p>
                        </w:txbxContent>
                      </v:textbox>
                    </v:rect>
                    <v:rect id="Rectangle 60" o:spid="_x0000_s1074" style="position:absolute;left:1997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    <v:textbox inset="0,0,0,0">
                        <w:txbxContent>
                          <w:p w14:paraId="4FC854E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1" o:spid="_x0000_s1075" style="position:absolute;left:19975;top:71200;width:2401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    <v:textbox inset="0,0,0,0">
                        <w:txbxContent>
                          <w:p w14:paraId="69081C54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7"/>
                                <w:sz w:val="47"/>
                              </w:rPr>
                              <w:t>A</w:t>
                            </w:r>
                          </w:p>
                        </w:txbxContent>
                      </v:textbox>
                    </v:rect>
                    <v:rect id="Rectangle 62" o:spid="_x0000_s1076" style="position:absolute;left:222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    <v:textbox inset="0,0,0,0">
                        <w:txbxContent>
                          <w:p w14:paraId="13EACAC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3" o:spid="_x0000_s1077" style="position:absolute;left:22259;top:71200;width:252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    <v:textbox inset="0,0,0,0">
                        <w:txbxContent>
                          <w:p w14:paraId="5004A3D9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47"/>
                              </w:rPr>
                              <w:t>U</w:t>
                            </w:r>
                          </w:p>
                        </w:txbxContent>
                      </v:textbox>
                    </v:rect>
                    <v:rect id="Rectangle 64" o:spid="_x0000_s1078" style="position:absolute;left:2468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    <v:textbox inset="0,0,0,0">
                        <w:txbxContent>
                          <w:p w14:paraId="13B8F75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5" o:spid="_x0000_s1079" style="position:absolute;left:24682;top:71200;width:2464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    <v:textbox inset="0,0,0,0">
                        <w:txbxContent>
                          <w:p w14:paraId="2754EAC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2"/>
                                <w:sz w:val="47"/>
                              </w:rPr>
                              <w:t>D</w:t>
                            </w:r>
                          </w:p>
                        </w:txbxContent>
                      </v:textbox>
                    </v:rect>
                    <v:rect id="Rectangle 66" o:spid="_x0000_s1080" style="position:absolute;left:2705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    <v:textbox inset="0,0,0,0">
                        <w:txbxContent>
                          <w:p w14:paraId="16467DEF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7" o:spid="_x0000_s1081" style="position:absolute;left:27058;top:71200;width:101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    <v:textbox inset="0,0,0,0">
                        <w:txbxContent>
                          <w:p w14:paraId="792DFD6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5"/>
                                <w:sz w:val="47"/>
                              </w:rPr>
                              <w:t>I</w:t>
                            </w:r>
                          </w:p>
                        </w:txbxContent>
                      </v:textbox>
                    </v:rect>
                    <v:rect id="Rectangle 68" o:spid="_x0000_s1082" style="position:absolute;left:28346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    <v:textbox inset="0,0,0,0">
                        <w:txbxContent>
                          <w:p w14:paraId="3884B864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9" o:spid="_x0000_s1083" style="position:absolute;left:28346;top:71200;width:2123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    <v:textbox inset="0,0,0,0">
                        <w:txbxContent>
                          <w:p w14:paraId="3A56B56A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1"/>
                                <w:sz w:val="47"/>
                              </w:rPr>
                              <w:t>T</w:t>
                            </w:r>
                          </w:p>
                        </w:txbxContent>
                      </v:textbox>
                    </v:rect>
                    <v:rect id="Rectangle 70" o:spid="_x0000_s1084" style="position:absolute;left:3167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    <v:textbox inset="0,0,0,0">
                        <w:txbxContent>
                          <w:p w14:paraId="13CEA08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1" o:spid="_x0000_s1085" style="position:absolute;left:31670;top:71200;width:233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    <v:textbox inset="0,0,0,0">
                        <w:txbxContent>
                          <w:p w14:paraId="52149E01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30"/>
                                <w:sz w:val="47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72" o:spid="_x0000_s1086" style="position:absolute;left:33951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    <v:textbox inset="0,0,0,0">
                        <w:txbxContent>
                          <w:p w14:paraId="6D5DFFA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3" o:spid="_x0000_s1087" style="position:absolute;left:33951;top:71200;width:222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    <v:textbox inset="0,0,0,0">
                        <w:txbxContent>
                          <w:p w14:paraId="75D79DB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74" o:spid="_x0000_s1088" style="position:absolute;left:3614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    <v:textbox inset="0,0,0,0">
                        <w:txbxContent>
                          <w:p w14:paraId="7FC4928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5" o:spid="_x0000_s1089" style="position:absolute;left:36148;top:71200;width:2440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    <v:textbox inset="0,0,0,0">
                        <w:txbxContent>
                          <w:p w14:paraId="41A9EF0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R</w:t>
                            </w:r>
                          </w:p>
                        </w:txbxContent>
                      </v:textbox>
                    </v:rect>
                    <v:rect id="Rectangle 76" o:spid="_x0000_s1090" style="position:absolute;left:38473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    <v:textbox inset="0,0,0,0">
                        <w:txbxContent>
                          <w:p w14:paraId="7656CCB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7" o:spid="_x0000_s1091" style="position:absolute;left:38473;top:71200;width:2223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    <v:textbox inset="0,0,0,0">
                        <w:txbxContent>
                          <w:p w14:paraId="4337C388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1"/>
                                <w:sz w:val="47"/>
                              </w:rPr>
                              <w:t>V</w:t>
                            </w:r>
                          </w:p>
                        </w:txbxContent>
                      </v:textbox>
                    </v:rect>
                    <v:rect id="Rectangle 78" o:spid="_x0000_s1092" style="position:absolute;left:4066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    <v:textbox inset="0,0,0,0">
                        <w:txbxContent>
                          <w:p w14:paraId="555EB8E6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9" o:spid="_x0000_s1093" style="position:absolute;left:40668;top:71200;width:101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    <v:textbox inset="0,0,0,0">
                        <w:txbxContent>
                          <w:p w14:paraId="42546DA7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5"/>
                                <w:sz w:val="47"/>
                              </w:rPr>
                              <w:t>I</w:t>
                            </w:r>
                          </w:p>
                        </w:txbxContent>
                      </v:textbox>
                    </v:rect>
                    <v:rect id="Rectangle 80" o:spid="_x0000_s1094" style="position:absolute;left:41956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    <v:textbox inset="0,0,0,0">
                        <w:txbxContent>
                          <w:p w14:paraId="510DD71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1" o:spid="_x0000_s1095" style="position:absolute;left:41956;top:71200;width:2238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    <v:textbox inset="0,0,0,0">
                        <w:txbxContent>
                          <w:p w14:paraId="3A5AC9E3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5"/>
                                <w:sz w:val="47"/>
                              </w:rPr>
                              <w:t>C</w:t>
                            </w:r>
                          </w:p>
                        </w:txbxContent>
                      </v:textbox>
                    </v:rect>
                    <v:rect id="Rectangle 82" o:spid="_x0000_s1096" style="position:absolute;left:4416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    <v:textbox inset="0,0,0,0">
                        <w:txbxContent>
                          <w:p w14:paraId="3CF40DB3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3" o:spid="_x0000_s1097" style="position:absolute;left:44162;top:71200;width:222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    <v:textbox inset="0,0,0,0">
                        <w:txbxContent>
                          <w:p w14:paraId="19597BA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84" o:spid="_x0000_s1098" style="position:absolute;left:463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    <v:textbox inset="0,0,0,0">
                        <w:txbxContent>
                          <w:p w14:paraId="7D48DB2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5" o:spid="_x0000_s1099" style="position:absolute;left:46359;top:71200;width:2338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    <v:textbox inset="0,0,0,0">
                        <w:txbxContent>
                          <w:p w14:paraId="7446D12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30"/>
                                <w:sz w:val="47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86" o:spid="_x0000_s1100" style="position:absolute;left:14201;top:86241;width:706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    <v:textbox inset="0,0,0,0">
                        <w:txbxContent>
                          <w:p w14:paraId="66CA1F88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7" o:spid="_x0000_s1101" style="position:absolute;left:14958;top:88813;width:689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    <v:textbox inset="0,0,0,0">
                        <w:txbxContent>
                          <w:p w14:paraId="75155652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8" o:spid="_x0000_s1102" style="position:absolute;left:21538;top:88813;width:689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    <v:textbox inset="0,0,0,0">
                        <w:txbxContent>
                          <w:p w14:paraId="0B90F75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9" o:spid="_x0000_s1103" style="position:absolute;left:16779;top:63666;width:0;height:9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    <v:textbox inset="0,0,0,0">
                        <w:txbxContent>
                          <w:p w14:paraId="5646AD3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1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94" o:spid="_x0000_s1104" style="position:absolute;left:762;top:55925;width:54319;height:10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    <v:textbox inset="0,0,0,0">
                        <w:txbxContent>
                          <w:p w14:paraId="28615202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w w:val="110"/>
                                <w:sz w:val="123"/>
                              </w:rPr>
                              <w:t>INVITATION</w:t>
                            </w:r>
                          </w:p>
                        </w:txbxContent>
                      </v:textbox>
                    </v:rect>
                    <v:rect id="Rectangle 95" o:spid="_x0000_s1105" style="position:absolute;left:762;top:63259;width:13788;height:10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    <v:textbox inset="0,0,0,0">
                        <w:txbxContent>
                          <w:p w14:paraId="1D054D6C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spacing w:val="-75"/>
                                <w:w w:val="116"/>
                                <w:sz w:val="123"/>
                              </w:rPr>
                              <w:t>TO</w:t>
                            </w:r>
                          </w:p>
                        </w:txbxContent>
                      </v:textbox>
                    </v:rect>
                    <v:rect id="Rectangle 96" o:spid="_x0000_s1106" style="position:absolute;left:11940;top:63666;width:0;height:9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    <v:textbox inset="0,0,0,0">
                        <w:txbxContent>
                          <w:p w14:paraId="652BDBAA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1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97" o:spid="_x0000_s1107" style="position:absolute;left:11940;top:63259;width:39223;height:10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    <v:textbox inset="0,0,0,0">
                        <w:txbxContent>
                          <w:p w14:paraId="61CFA797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spacing w:val="-56"/>
                                <w:w w:val="116"/>
                                <w:sz w:val="123"/>
                              </w:rPr>
                              <w:t>TENDER</w:t>
                            </w:r>
                          </w:p>
                        </w:txbxContent>
                      </v:textbox>
                    </v:rect>
                    <v:rect id="Rectangle 98" o:spid="_x0000_s1108" style="position:absolute;left:763;top:77527;width:68286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    <v:textbox inset="0,0,0,0">
                        <w:txbxContent>
                          <w:p w14:paraId="72BA7E73" w14:textId="3B1ADA1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4"/>
                              </w:rPr>
                              <w:t xml:space="preserve">Deadline for submission: </w:t>
                            </w:r>
                            <w:r w:rsidR="00CC4965"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4"/>
                              </w:rPr>
                              <w:t>EXTENDED to 20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4"/>
                              </w:rPr>
                              <w:t xml:space="preserve"> April 2026</w:t>
                            </w:r>
                          </w:p>
                        </w:txbxContent>
                      </v:textbox>
                    </v:rect>
                    <v:rect id="Rectangle 99" o:spid="_x0000_s1109" style="position:absolute;left:763;top:84399;width:65063;height:3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    <v:textbox inset="0,0,0,0">
                        <w:txbxContent>
                          <w:p w14:paraId="33D674C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0"/>
                              </w:rPr>
                              <w:t xml:space="preserve">All bids and queries to be addressed to: </w:t>
                            </w:r>
                          </w:p>
                        </w:txbxContent>
                      </v:textbox>
                    </v:rect>
                    <v:rect id="Rectangle 100" o:spid="_x0000_s1110" style="position:absolute;left:763;top:87551;width:78488;height:3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    <v:textbox inset="0,0,0,0">
                        <w:txbxContent>
                          <w:p w14:paraId="7F8AA73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0"/>
                              </w:rPr>
                              <w:t xml:space="preserve">procurement@humanappealusa.org quoting ref: </w:t>
                            </w:r>
                          </w:p>
                        </w:txbxContent>
                      </v:textbox>
                    </v:rect>
                    <v:rect id="Rectangle 101" o:spid="_x0000_s1111" style="position:absolute;left:763;top:90385;width:32640;height:3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    <v:textbox inset="0,0,0,0">
                        <w:txbxContent>
                          <w:p w14:paraId="0848AF9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0"/>
                              </w:rPr>
                              <w:t>HAUSA/AUDIT/26/01</w:t>
                            </w:r>
                          </w:p>
                        </w:txbxContent>
                      </v:textbox>
                    </v:rect>
                    <v:rect id="Rectangle 102" o:spid="_x0000_s1112" style="position:absolute;left:763;top:96348;width:7591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    <v:textbox inset="0,0,0,0">
                        <w:txbxContent>
                          <w:p w14:paraId="726EC53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-9"/>
                                <w:w w:val="103"/>
                                <w:sz w:val="34"/>
                              </w:rPr>
                              <w:t>Issued</w:t>
                            </w:r>
                          </w:p>
                        </w:txbxContent>
                      </v:textbox>
                    </v:rect>
                    <v:rect id="Rectangle 103" o:spid="_x0000_s1113" style="position:absolute;left:6889;top:96417;width:0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    <v:textbox inset="0,0,0,0">
                        <w:txbxContent>
                          <w:p w14:paraId="5D5C583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EFF2E6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4" o:spid="_x0000_s1114" style="position:absolute;left:6889;top:96348;width:4073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    <v:textbox inset="0,0,0,0">
                        <w:txbxContent>
                          <w:p w14:paraId="615266C9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-9"/>
                                <w:w w:val="95"/>
                                <w:sz w:val="34"/>
                              </w:rPr>
                              <w:t>by:</w:t>
                            </w:r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7"/>
                                <w:w w:val="95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5" o:spid="_x0000_s1115" style="position:absolute;left:9951;top:96348;width:8600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    <v:textbox inset="0,0,0,0">
                        <w:txbxContent>
                          <w:p w14:paraId="38991E0B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-9"/>
                                <w:w w:val="102"/>
                                <w:sz w:val="34"/>
                              </w:rPr>
                              <w:t>Human</w:t>
                            </w:r>
                          </w:p>
                        </w:txbxContent>
                      </v:textbox>
                    </v:rect>
                    <v:rect id="Rectangle 106" o:spid="_x0000_s1116" style="position:absolute;left:16822;top:96417;width:0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    <v:textbox inset="0,0,0,0">
                        <w:txbxContent>
                          <w:p w14:paraId="74BAA82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7" o:spid="_x0000_s1117" style="position:absolute;left:16822;top:96348;width:821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    <v:textbox inset="0,0,0,0">
                        <w:txbxContent>
                          <w:p w14:paraId="601C2C0A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-9"/>
                                <w:w w:val="102"/>
                                <w:sz w:val="34"/>
                              </w:rPr>
                              <w:t>Appeal</w:t>
                            </w:r>
                          </w:p>
                        </w:txbxContent>
                      </v:textbox>
                    </v:rect>
                    <v:rect id="Rectangle 108" o:spid="_x0000_s1118" style="position:absolute;left:23402;top:96417;width:0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    <v:textbox inset="0,0,0,0">
                        <w:txbxContent>
                          <w:p w14:paraId="2C64383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9" o:spid="_x0000_s1119" style="position:absolute;left:23402;top:96348;width:581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    <v:textbox inset="0,0,0,0">
                        <w:txbxContent>
                          <w:p w14:paraId="4F00BDA8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-9"/>
                                <w:w w:val="108"/>
                                <w:sz w:val="34"/>
                              </w:rPr>
                              <w:t>USA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5"/>
                                <w:w w:val="108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10" o:spid="_x0000_s1120" style="position:absolute;left:27772;top:96013;width:1541;height:3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    <v:textbox inset="0,0,0,0">
                        <w:txbxContent>
                          <w:p w14:paraId="31A3FF55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34"/>
                              </w:rPr>
                              <w:t xml:space="preserve">| </w:t>
                            </w:r>
                          </w:p>
                        </w:txbxContent>
                      </v:textbox>
                    </v:rect>
                    <v:rect id="Rectangle 111" o:spid="_x0000_s1121" style="position:absolute;left:28929;top:96348;width:24944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    <v:textbox inset="0,0,0,0">
                        <w:txbxContent>
                          <w:p w14:paraId="0DA9FA6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-9"/>
                                <w:w w:val="102"/>
                                <w:sz w:val="34"/>
                              </w:rPr>
                              <w:t>humanappealusa.org</w:t>
                            </w:r>
                          </w:p>
                        </w:txbxContent>
                      </v:textbox>
                    </v:rect>
                    <v:shape id="Picture 591" o:spid="_x0000_s1122" type="#_x0000_t75" style="position:absolute;left:121;width:77603;height:3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">
                      <v:imagedata r:id="rId19" o:title=""/>
                    </v:shape>
                    <w10:wrap type="topAndBottom" anchorx="page" anchory="page"/>
                  </v:group>
                </w:pict>
              </mc:Fallback>
            </mc:AlternateContent>
          </w:r>
          <w:r>
            <w:rPr>
              <w:rFonts w:ascii="Arial" w:eastAsia="Arial" w:hAnsi="Arial" w:cs="Arial"/>
              <w:color w:val="EFF2E6"/>
              <w:sz w:val="34"/>
            </w:rPr>
            <w:t xml:space="preserve"> </w:t>
          </w:r>
        </w:p>
      </w:sdtContent>
    </w:sdt>
    <w:p w14:paraId="2729FFA6" w14:textId="1B0A2636" w:rsidR="00B47A18" w:rsidRDefault="00B47A18">
      <w:pPr>
        <w:rPr>
          <w:rFonts w:ascii="Cairo" w:hAnsi="Cairo" w:cs="Cairo"/>
          <w:b/>
          <w:bCs/>
          <w:color w:val="7030A0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en-GB"/>
        </w:rPr>
        <w:id w:val="-28389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11415774" w14:textId="38C1DB13" w:rsidR="00B47A18" w:rsidRDefault="00B47A18">
          <w:pPr>
            <w:pStyle w:val="TOCHeading"/>
          </w:pPr>
          <w:r>
            <w:rPr>
              <w:lang w:val="en-GB"/>
            </w:rPr>
            <w:t>Table of Contents</w:t>
          </w:r>
        </w:p>
        <w:p w14:paraId="71ECE26E" w14:textId="29B99E27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5265344" w:history="1">
            <w:r w:rsidRPr="00247BA0">
              <w:rPr>
                <w:rStyle w:val="Hyperlink"/>
                <w:rFonts w:ascii="Cairo" w:hAnsi="Cairo" w:cs="Cairo"/>
                <w:noProof/>
              </w:rPr>
              <w:t>1. Invitation to Tender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B785FB" w14:textId="6398D991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5" w:history="1">
            <w:r w:rsidRPr="00247BA0">
              <w:rPr>
                <w:rStyle w:val="Hyperlink"/>
                <w:rFonts w:ascii="Cairo" w:hAnsi="Cairo" w:cs="Cairo"/>
                <w:noProof/>
              </w:rPr>
              <w:t>2. About Human Appeal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9BB6F0" w14:textId="0B0ADCB0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6" w:history="1">
            <w:r w:rsidRPr="00247BA0">
              <w:rPr>
                <w:rStyle w:val="Hyperlink"/>
                <w:rFonts w:ascii="Cairo" w:hAnsi="Cairo" w:cs="Cairo"/>
                <w:noProof/>
              </w:rPr>
              <w:t>3. Purpose of the Audit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C5FD56" w14:textId="1B40FE18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7" w:history="1">
            <w:r w:rsidRPr="00247BA0">
              <w:rPr>
                <w:rStyle w:val="Hyperlink"/>
                <w:rFonts w:ascii="Cairo" w:hAnsi="Cairo" w:cs="Cairo"/>
                <w:noProof/>
              </w:rPr>
              <w:t>4. Scope of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94B883" w14:textId="3FAFD002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8" w:history="1">
            <w:r w:rsidRPr="00247BA0">
              <w:rPr>
                <w:rStyle w:val="Hyperlink"/>
                <w:rFonts w:ascii="Cairo" w:hAnsi="Cairo" w:cs="Cairo"/>
                <w:noProof/>
              </w:rPr>
              <w:t>5. Timescale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77657D" w14:textId="5F24F5FC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9" w:history="1">
            <w:r w:rsidRPr="00247BA0">
              <w:rPr>
                <w:rStyle w:val="Hyperlink"/>
                <w:rFonts w:ascii="Cairo" w:hAnsi="Cairo" w:cs="Cairo"/>
                <w:noProof/>
              </w:rPr>
              <w:t>6. Contract Duration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D3578" w14:textId="4B77E22F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0" w:history="1">
            <w:r w:rsidRPr="00247BA0">
              <w:rPr>
                <w:rStyle w:val="Hyperlink"/>
                <w:rFonts w:ascii="Cairo" w:hAnsi="Cairo" w:cs="Cairo"/>
                <w:noProof/>
              </w:rPr>
              <w:t>7. Eligibility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78F3E5" w14:textId="45A0EFAA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1" w:history="1">
            <w:r w:rsidRPr="00247BA0">
              <w:rPr>
                <w:rStyle w:val="Hyperlink"/>
                <w:rFonts w:ascii="Cairo" w:hAnsi="Cairo" w:cs="Cairo"/>
                <w:noProof/>
              </w:rPr>
              <w:t>8. Selection Criteria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314D9E" w14:textId="73FA1B38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2" w:history="1">
            <w:r w:rsidRPr="00247BA0">
              <w:rPr>
                <w:rStyle w:val="Hyperlink"/>
                <w:rFonts w:ascii="Cairo" w:hAnsi="Cairo" w:cs="Cairo"/>
                <w:noProof/>
              </w:rPr>
              <w:t>Technical Evaluation Scoring Sheet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7B6D6E" w14:textId="76B1AEC3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3" w:history="1">
            <w:r w:rsidRPr="00247BA0">
              <w:rPr>
                <w:rStyle w:val="Hyperlink"/>
                <w:rFonts w:ascii="Cairo" w:hAnsi="Cairo" w:cs="Cairo"/>
                <w:noProof/>
              </w:rPr>
              <w:t>9. Proposal Submission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21F64B" w14:textId="6D433CA4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4" w:history="1">
            <w:r w:rsidRPr="00247BA0">
              <w:rPr>
                <w:rStyle w:val="Hyperlink"/>
                <w:rFonts w:ascii="Cairo" w:hAnsi="Cairo" w:cs="Cairo"/>
                <w:noProof/>
              </w:rPr>
              <w:t xml:space="preserve">10. </w:t>
            </w:r>
            <w:r w:rsidRPr="00247BA0">
              <w:rPr>
                <w:rStyle w:val="Hyperlink"/>
                <w:rFonts w:ascii="Cairo" w:hAnsi="Cairo" w:cs="Cairo"/>
                <w:noProof/>
                <w:lang w:val="en-GB"/>
              </w:rPr>
              <w:t>Ethical Standards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F27337" w14:textId="3C4372C8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5" w:history="1">
            <w:r w:rsidRPr="00247BA0">
              <w:rPr>
                <w:rStyle w:val="Hyperlink"/>
                <w:rFonts w:ascii="Cairo" w:hAnsi="Cairo" w:cs="Cairo"/>
                <w:noProof/>
              </w:rPr>
              <w:t>11.Submission Instructions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3AC1E5" w14:textId="7D9155F9" w:rsidR="00B47A18" w:rsidRP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6" w:history="1">
            <w:r w:rsidRPr="00B47A18">
              <w:rPr>
                <w:rStyle w:val="Hyperlink"/>
                <w:noProof/>
                <w:lang w:val="en-GB"/>
              </w:rPr>
              <w:t>APPENDIX A - Bidder Information Form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_Toc225265356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4A2D61E1" w14:textId="3ECE8FD0" w:rsidR="00B47A18" w:rsidRP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7" w:history="1">
            <w:r w:rsidRPr="00B47A18">
              <w:rPr>
                <w:rStyle w:val="Hyperlink"/>
                <w:noProof/>
                <w:lang w:val="en-GB"/>
              </w:rPr>
              <w:t>APPENDIX B - Financial Proposal Template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_Toc225265357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3F92C2FC" w14:textId="03E6F59A" w:rsidR="00B47A18" w:rsidRP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93" w:history="1">
            <w:r w:rsidRPr="00B47A18">
              <w:rPr>
                <w:rStyle w:val="Hyperlink"/>
                <w:noProof/>
                <w:lang w:val="en-GB"/>
              </w:rPr>
              <w:t>APPENDIX C - Audit Independence Questionnaire (Conflict Of Interest)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_Toc225265393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7C4F2492" w14:textId="255F0317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94" w:history="1">
            <w:r w:rsidRPr="00B47A18">
              <w:rPr>
                <w:rStyle w:val="Hyperlink"/>
                <w:noProof/>
                <w:lang w:val="en-GB"/>
              </w:rPr>
              <w:t>APPENDIX D – CONTRACT TEMPLATE (EXAMPLE/DRAFT)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_Toc225265394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3BE09520" w14:textId="1A17D012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</w:p>
        <w:p w14:paraId="12C4AFF2" w14:textId="250E82EF" w:rsidR="00B47A18" w:rsidRDefault="00B47A18">
          <w:r>
            <w:rPr>
              <w:b/>
              <w:bCs/>
            </w:rPr>
            <w:fldChar w:fldCharType="end"/>
          </w:r>
        </w:p>
      </w:sdtContent>
    </w:sdt>
    <w:p w14:paraId="50066F12" w14:textId="21DFF0EA" w:rsidR="00B47A18" w:rsidRDefault="00B47A18">
      <w:pPr>
        <w:rPr>
          <w:rFonts w:ascii="Cairo" w:hAnsi="Cairo" w:cs="Cairo"/>
          <w:b/>
          <w:bCs/>
          <w:color w:val="7030A0"/>
          <w:sz w:val="28"/>
          <w:szCs w:val="28"/>
        </w:rPr>
      </w:pPr>
    </w:p>
    <w:p w14:paraId="03779421" w14:textId="77777777" w:rsidR="00B47A18" w:rsidRDefault="00B47A18">
      <w:pPr>
        <w:rPr>
          <w:rFonts w:ascii="Cairo" w:hAnsi="Cairo" w:cs="Cairo"/>
          <w:b/>
          <w:bCs/>
          <w:color w:val="7030A0"/>
          <w:sz w:val="28"/>
          <w:szCs w:val="28"/>
        </w:rPr>
      </w:pPr>
      <w:r>
        <w:rPr>
          <w:rFonts w:ascii="Cairo" w:hAnsi="Cairo" w:cs="Cairo"/>
          <w:b/>
          <w:bCs/>
          <w:color w:val="7030A0"/>
          <w:sz w:val="28"/>
          <w:szCs w:val="28"/>
        </w:rPr>
        <w:br w:type="page"/>
      </w:r>
    </w:p>
    <w:p w14:paraId="748095DB" w14:textId="3691690B" w:rsidR="00C67BC2" w:rsidRPr="007D4B81" w:rsidRDefault="009731FD" w:rsidP="001C4285">
      <w:pPr>
        <w:jc w:val="center"/>
        <w:rPr>
          <w:rFonts w:ascii="Cairo" w:hAnsi="Cairo" w:cs="Cairo"/>
          <w:b/>
          <w:bCs/>
          <w:color w:val="7030A0"/>
          <w:sz w:val="28"/>
          <w:szCs w:val="28"/>
        </w:rPr>
      </w:pPr>
      <w:r w:rsidRPr="007D4B81">
        <w:rPr>
          <w:rFonts w:ascii="Cairo" w:hAnsi="Cairo" w:cs="Cairo"/>
          <w:b/>
          <w:bCs/>
          <w:color w:val="7030A0"/>
          <w:sz w:val="28"/>
          <w:szCs w:val="28"/>
        </w:rPr>
        <w:lastRenderedPageBreak/>
        <w:t>External Audit Services</w:t>
      </w:r>
      <w:r w:rsidR="001C4285" w:rsidRPr="007D4B81">
        <w:rPr>
          <w:rFonts w:ascii="Cairo" w:hAnsi="Cairo" w:cs="Cairo"/>
          <w:b/>
          <w:bCs/>
          <w:color w:val="7030A0"/>
          <w:sz w:val="28"/>
          <w:szCs w:val="28"/>
        </w:rPr>
        <w:t xml:space="preserve"> - </w:t>
      </w:r>
      <w:r w:rsidRPr="007D4B81">
        <w:rPr>
          <w:rFonts w:ascii="Cairo" w:hAnsi="Cairo" w:cs="Cairo"/>
          <w:b/>
          <w:bCs/>
          <w:color w:val="7030A0"/>
          <w:sz w:val="28"/>
          <w:szCs w:val="28"/>
        </w:rPr>
        <w:t>Human Appeal USA</w:t>
      </w:r>
    </w:p>
    <w:p w14:paraId="0401DBFD" w14:textId="77777777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0" w:name="_Toc225265344"/>
      <w:r w:rsidRPr="007D4B81">
        <w:rPr>
          <w:rFonts w:ascii="Cairo" w:hAnsi="Cairo" w:cs="Cairo"/>
          <w:color w:val="FFFFFF" w:themeColor="background1"/>
        </w:rPr>
        <w:t>1. Invitation to Tender</w:t>
      </w:r>
      <w:bookmarkEnd w:id="0"/>
    </w:p>
    <w:p w14:paraId="7008E1E8" w14:textId="49ADADB1" w:rsidR="00FA66ED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Human Appeal USA invites qualified and experienced external audit firms to submit proposals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for the provision of independent external audit services for the organization’s financial statements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 xml:space="preserve">and operations. </w:t>
      </w:r>
    </w:p>
    <w:p w14:paraId="56611BE7" w14:textId="5214D9BA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The selected firm will conduct an independent audit of Human Appeal USA’s financial</w:t>
      </w:r>
      <w:r w:rsidRPr="007D4B81">
        <w:rPr>
          <w:rFonts w:ascii="Cairo" w:hAnsi="Cairo" w:cs="Cairo"/>
        </w:rPr>
        <w:br/>
        <w:t>accounts, ensuring compliance with applicable accounting standards, regulatory frameworks, and donor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reporting requirements.</w:t>
      </w:r>
    </w:p>
    <w:p w14:paraId="66784016" w14:textId="390D8A8B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1" w:name="_Toc225265345"/>
      <w:r w:rsidRPr="007D4B81">
        <w:rPr>
          <w:rFonts w:ascii="Cairo" w:hAnsi="Cairo" w:cs="Cairo"/>
          <w:color w:val="FFFFFF" w:themeColor="background1"/>
        </w:rPr>
        <w:t>2. About Human Appeal</w:t>
      </w:r>
      <w:bookmarkEnd w:id="1"/>
    </w:p>
    <w:p w14:paraId="2E3F7DA9" w14:textId="53B73402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Human Appeal USA is part of the Human Appeal global humanitarian and development network,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an international non-profit organization dedicated to transforming lives through humanitarian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relief, sustainable development, and advocacy.</w:t>
      </w:r>
    </w:p>
    <w:p w14:paraId="6AC2436D" w14:textId="181BECDA" w:rsidR="00DC41AD" w:rsidRPr="007D4B81" w:rsidRDefault="00DC41AD" w:rsidP="00DC41AD">
      <w:pPr>
        <w:rPr>
          <w:rFonts w:ascii="Cairo" w:hAnsi="Cairo" w:cs="Cairo"/>
        </w:rPr>
      </w:pPr>
      <w:r w:rsidRPr="007D4B81">
        <w:rPr>
          <w:rFonts w:ascii="Cairo" w:hAnsi="Cairo" w:cs="Cairo"/>
        </w:rPr>
        <w:t>Human Appeal works across the globe to strengthen humanity’s fight against poverty, social injustice and natural disaster. Through the provision of immediate relief and the establishment of self-sustaining development programs, we aim to invest in real, effective solutions.</w:t>
      </w:r>
    </w:p>
    <w:p w14:paraId="54C484ED" w14:textId="12D17114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Human Appeal </w:t>
      </w:r>
      <w:r w:rsidR="00DC41AD" w:rsidRPr="007D4B81">
        <w:rPr>
          <w:rFonts w:ascii="Cairo" w:hAnsi="Cairo" w:cs="Cairo"/>
        </w:rPr>
        <w:t xml:space="preserve">USA has been established in 2022 and implements projects worldwide via Human Appeal UK who </w:t>
      </w:r>
      <w:r w:rsidRPr="007D4B81">
        <w:rPr>
          <w:rFonts w:ascii="Cairo" w:hAnsi="Cairo" w:cs="Cairo"/>
        </w:rPr>
        <w:t>now operates in more than 30 countries.</w:t>
      </w:r>
      <w:r w:rsidRPr="007D4B81">
        <w:rPr>
          <w:rFonts w:ascii="Cairo" w:hAnsi="Cairo" w:cs="Cairo"/>
        </w:rPr>
        <w:br/>
        <w:t>Programs include emergency relief, food security, healthcare, water and sanitation (WASH),</w:t>
      </w:r>
      <w:r w:rsidRPr="007D4B81">
        <w:rPr>
          <w:rFonts w:ascii="Cairo" w:hAnsi="Cairo" w:cs="Cairo"/>
        </w:rPr>
        <w:br/>
        <w:t>education, and livelihood support.</w:t>
      </w:r>
    </w:p>
    <w:p w14:paraId="087B4D23" w14:textId="77777777" w:rsidR="00B86102" w:rsidRPr="007D4B81" w:rsidRDefault="00B86102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b/>
          <w:bCs/>
        </w:rPr>
        <w:br w:type="page"/>
      </w:r>
    </w:p>
    <w:p w14:paraId="75237EF6" w14:textId="1C807E55" w:rsidR="00C62B44" w:rsidRPr="007D4B81" w:rsidRDefault="00C62B44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b/>
          <w:bCs/>
        </w:rPr>
        <w:lastRenderedPageBreak/>
        <w:t>Our Mission, Vision &amp; Values</w:t>
      </w:r>
    </w:p>
    <w:p w14:paraId="69B8DD62" w14:textId="1FF786D2" w:rsidR="00C62B44" w:rsidRPr="007D4B81" w:rsidRDefault="00C62B44">
      <w:pPr>
        <w:rPr>
          <w:rFonts w:ascii="Cairo" w:hAnsi="Cairo" w:cs="Cairo"/>
        </w:rPr>
      </w:pPr>
      <w:r w:rsidRPr="007D4B81">
        <w:rPr>
          <w:rFonts w:ascii="Cairo" w:hAnsi="Cairo" w:cs="Cairo"/>
          <w:noProof/>
        </w:rPr>
        <w:drawing>
          <wp:inline distT="0" distB="0" distL="0" distR="0" wp14:anchorId="75FBFBA1" wp14:editId="2DCF4193">
            <wp:extent cx="5486400" cy="1946275"/>
            <wp:effectExtent l="0" t="0" r="0" b="0"/>
            <wp:docPr id="594606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60606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3C179" w14:textId="0060838A" w:rsidR="00C62B44" w:rsidRPr="007D4B81" w:rsidRDefault="00C62B44" w:rsidP="000E3FE7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noProof/>
        </w:rPr>
        <w:t xml:space="preserve">Please vist </w:t>
      </w:r>
      <w:hyperlink r:id="rId21" w:history="1">
        <w:r w:rsidRPr="007D4B81">
          <w:rPr>
            <w:rStyle w:val="Hyperlink"/>
            <w:rFonts w:ascii="Cairo" w:hAnsi="Cairo" w:cs="Cairo"/>
            <w:noProof/>
          </w:rPr>
          <w:t>https://humanappealusa.org/about-us</w:t>
        </w:r>
      </w:hyperlink>
      <w:r w:rsidRPr="007D4B81">
        <w:rPr>
          <w:rFonts w:ascii="Cairo" w:hAnsi="Cairo" w:cs="Cairo"/>
          <w:noProof/>
        </w:rPr>
        <w:t xml:space="preserve"> to find out more about Our Work.</w:t>
      </w:r>
    </w:p>
    <w:p w14:paraId="2C954202" w14:textId="77777777" w:rsidR="00C62B44" w:rsidRPr="007D4B81" w:rsidRDefault="00C62B44" w:rsidP="000E3FE7">
      <w:pPr>
        <w:rPr>
          <w:rFonts w:ascii="Cairo" w:hAnsi="Cairo" w:cs="Cairo"/>
          <w:b/>
          <w:bCs/>
        </w:rPr>
      </w:pPr>
    </w:p>
    <w:p w14:paraId="6D94A668" w14:textId="6FEBFAA2" w:rsidR="00DC41AD" w:rsidRPr="007D4B81" w:rsidRDefault="00DC41AD" w:rsidP="000E3FE7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b/>
          <w:bCs/>
        </w:rPr>
        <w:t>Total Revenue and Expenses</w:t>
      </w:r>
    </w:p>
    <w:p w14:paraId="53E318B5" w14:textId="5729D4FE" w:rsidR="00DC41AD" w:rsidRPr="007D4B81" w:rsidRDefault="00DC41AD" w:rsidP="00DC41AD">
      <w:pPr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   </w:t>
      </w:r>
      <w:r w:rsidR="000E3FE7" w:rsidRPr="007D4B81">
        <w:rPr>
          <w:rFonts w:ascii="Cairo" w:hAnsi="Cairo" w:cs="Cairo"/>
          <w:noProof/>
        </w:rPr>
        <w:drawing>
          <wp:inline distT="0" distB="0" distL="0" distR="0" wp14:anchorId="7ADCED6F" wp14:editId="088DC160">
            <wp:extent cx="5326380" cy="1828800"/>
            <wp:effectExtent l="0" t="0" r="7620" b="0"/>
            <wp:docPr id="11531260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A530B" w14:textId="5EF59C70" w:rsidR="00DC41AD" w:rsidRPr="007D4B81" w:rsidRDefault="008B1803">
      <w:pPr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Here is a link to our annual reports: </w:t>
      </w:r>
      <w:hyperlink r:id="rId23" w:history="1">
        <w:r w:rsidRPr="007D4B81">
          <w:rPr>
            <w:rStyle w:val="Hyperlink"/>
            <w:rFonts w:ascii="Cairo" w:hAnsi="Cairo" w:cs="Cairo"/>
          </w:rPr>
          <w:t>https://humanappealusa.org/about-us/annual-reports</w:t>
        </w:r>
      </w:hyperlink>
      <w:r w:rsidRPr="007D4B81">
        <w:rPr>
          <w:rFonts w:ascii="Cairo" w:hAnsi="Cairo" w:cs="Cairo"/>
        </w:rPr>
        <w:t xml:space="preserve"> </w:t>
      </w:r>
    </w:p>
    <w:p w14:paraId="4853413D" w14:textId="044D20CC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2" w:name="_Toc225265346"/>
      <w:r w:rsidRPr="007D4B81">
        <w:rPr>
          <w:rFonts w:ascii="Cairo" w:hAnsi="Cairo" w:cs="Cairo"/>
          <w:color w:val="FFFFFF" w:themeColor="background1"/>
        </w:rPr>
        <w:t>3. Purpose of the Audit</w:t>
      </w:r>
      <w:bookmarkEnd w:id="2"/>
    </w:p>
    <w:p w14:paraId="3CFAABEF" w14:textId="77777777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The audit will:</w:t>
      </w:r>
      <w:r w:rsidRPr="007D4B81">
        <w:rPr>
          <w:rFonts w:ascii="Cairo" w:hAnsi="Cairo" w:cs="Cairo"/>
        </w:rPr>
        <w:br/>
      </w:r>
      <w:r w:rsidRPr="007D4B81">
        <w:rPr>
          <w:rFonts w:ascii="Cairo" w:hAnsi="Cairo" w:cs="Cairo"/>
          <w:lang w:val="en-GB"/>
        </w:rPr>
        <w:t>• Provide independent assurance on the accuracy of financial statements.</w:t>
      </w:r>
      <w:r w:rsidRPr="007D4B81">
        <w:rPr>
          <w:rFonts w:ascii="Cairo" w:hAnsi="Cairo" w:cs="Cairo"/>
          <w:lang w:val="en-GB"/>
        </w:rPr>
        <w:br/>
        <w:t>• Ensure compliance with GAAP and nonprofit regulations in the United States.</w:t>
      </w:r>
      <w:r w:rsidRPr="007D4B81">
        <w:rPr>
          <w:rFonts w:ascii="Cairo" w:hAnsi="Cairo" w:cs="Cairo"/>
          <w:lang w:val="en-GB"/>
        </w:rPr>
        <w:br/>
        <w:t>• Verify donor and grant compliance.</w:t>
      </w:r>
      <w:r w:rsidRPr="007D4B81">
        <w:rPr>
          <w:rFonts w:ascii="Cairo" w:hAnsi="Cairo" w:cs="Cairo"/>
          <w:lang w:val="en-GB"/>
        </w:rPr>
        <w:br/>
        <w:t>• Strengthen internal financial controls and accountability mechanisms</w:t>
      </w:r>
      <w:r w:rsidRPr="007D4B81">
        <w:rPr>
          <w:rFonts w:ascii="Cairo" w:hAnsi="Cairo" w:cs="Cairo"/>
        </w:rPr>
        <w:t>.</w:t>
      </w:r>
    </w:p>
    <w:p w14:paraId="77A2C371" w14:textId="77777777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3" w:name="_Toc225265347"/>
      <w:r w:rsidRPr="007D4B81">
        <w:rPr>
          <w:rFonts w:ascii="Cairo" w:hAnsi="Cairo" w:cs="Cairo"/>
          <w:color w:val="FFFFFF" w:themeColor="background1"/>
        </w:rPr>
        <w:lastRenderedPageBreak/>
        <w:t>4. Scope of Work</w:t>
      </w:r>
      <w:bookmarkEnd w:id="3"/>
    </w:p>
    <w:p w14:paraId="2C9AA106" w14:textId="77777777" w:rsidR="00C62B44" w:rsidRPr="007D4B81" w:rsidRDefault="00C62B44" w:rsidP="00C62B44">
      <w:pPr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The selected audit firm will be required to perform the following services:</w:t>
      </w:r>
    </w:p>
    <w:p w14:paraId="4320409E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4.1 Annual Financial Statement Audit</w:t>
      </w:r>
    </w:p>
    <w:p w14:paraId="475BB448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 the financial statements of Human Appeal USA in accordance with:</w:t>
      </w:r>
    </w:p>
    <w:p w14:paraId="2420018E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Generally Accepted Auditing Standards (GAAS)</w:t>
      </w:r>
    </w:p>
    <w:p w14:paraId="7AE85E6D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Generally Accepted Accounting Principles (GAAP)</w:t>
      </w:r>
    </w:p>
    <w:p w14:paraId="3F7B847E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Nonprofit accounting standards in the United States</w:t>
      </w:r>
    </w:p>
    <w:p w14:paraId="3677BECE" w14:textId="77777777" w:rsidR="00B86102" w:rsidRPr="007D4B81" w:rsidRDefault="00B86102" w:rsidP="00B86102">
      <w:pPr>
        <w:spacing w:after="0" w:line="240" w:lineRule="auto"/>
        <w:ind w:left="714"/>
        <w:rPr>
          <w:rFonts w:ascii="Cairo" w:hAnsi="Cairo" w:cs="Cairo"/>
          <w:lang w:val="en-GB"/>
        </w:rPr>
      </w:pPr>
    </w:p>
    <w:p w14:paraId="0096AA39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4.2 Compliance and Regulatory Review</w:t>
      </w:r>
    </w:p>
    <w:p w14:paraId="2F0CF505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The audit should ensure compliance with:</w:t>
      </w:r>
    </w:p>
    <w:p w14:paraId="1F209005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IRS nonprofit regulations</w:t>
      </w:r>
    </w:p>
    <w:p w14:paraId="3F41CE9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Applicable federal and state requirements</w:t>
      </w:r>
    </w:p>
    <w:p w14:paraId="5A9E8274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Grant and donor compliance obligations</w:t>
      </w:r>
    </w:p>
    <w:p w14:paraId="6547574F" w14:textId="77777777" w:rsidR="00B86102" w:rsidRPr="007D4B81" w:rsidRDefault="00B86102" w:rsidP="00B86102">
      <w:pPr>
        <w:spacing w:after="0" w:line="240" w:lineRule="auto"/>
        <w:ind w:left="714"/>
        <w:rPr>
          <w:rFonts w:ascii="Cairo" w:hAnsi="Cairo" w:cs="Cairo"/>
          <w:lang w:val="en-GB"/>
        </w:rPr>
      </w:pPr>
    </w:p>
    <w:p w14:paraId="0DFF8259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4.3 Internal Controls Review</w:t>
      </w:r>
    </w:p>
    <w:p w14:paraId="1E383A85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Review and assess internal financial control systems, including:</w:t>
      </w:r>
    </w:p>
    <w:p w14:paraId="6E29BDE8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Financial management procedures</w:t>
      </w:r>
    </w:p>
    <w:p w14:paraId="526752F5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Procurement and expenditure controls</w:t>
      </w:r>
    </w:p>
    <w:p w14:paraId="60E66D93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Risk management practices</w:t>
      </w:r>
    </w:p>
    <w:p w14:paraId="64974509" w14:textId="70533775" w:rsidR="00B86102" w:rsidRPr="007D4B81" w:rsidRDefault="00C62B44" w:rsidP="00B86102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 recommendations for improvement where appropriate.</w:t>
      </w:r>
    </w:p>
    <w:p w14:paraId="2BAEC123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4.4 Management Letter</w:t>
      </w:r>
    </w:p>
    <w:p w14:paraId="6A341483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Provide a </w:t>
      </w:r>
      <w:r w:rsidRPr="007D4B81">
        <w:rPr>
          <w:rFonts w:ascii="Cairo" w:hAnsi="Cairo" w:cs="Cairo"/>
          <w:b/>
          <w:bCs/>
          <w:lang w:val="en-GB"/>
        </w:rPr>
        <w:t>detailed management letter</w:t>
      </w:r>
      <w:r w:rsidRPr="007D4B81">
        <w:rPr>
          <w:rFonts w:ascii="Cairo" w:hAnsi="Cairo" w:cs="Cairo"/>
          <w:lang w:val="en-GB"/>
        </w:rPr>
        <w:t xml:space="preserve"> highlighting:</w:t>
      </w:r>
    </w:p>
    <w:p w14:paraId="6B03CA4B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Weaknesses in financial systems</w:t>
      </w:r>
    </w:p>
    <w:p w14:paraId="0B747DE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Opportunities to improve internal controls</w:t>
      </w:r>
    </w:p>
    <w:p w14:paraId="0F0E0A77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Compliance risks</w:t>
      </w:r>
    </w:p>
    <w:p w14:paraId="28B43606" w14:textId="262736AD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Operational recommendation</w:t>
      </w:r>
      <w:r w:rsidR="00B86102" w:rsidRPr="007D4B81">
        <w:rPr>
          <w:rFonts w:ascii="Cairo" w:hAnsi="Cairo" w:cs="Cairo"/>
          <w:lang w:val="en-GB"/>
        </w:rPr>
        <w:t>s</w:t>
      </w:r>
    </w:p>
    <w:p w14:paraId="65E1E3D0" w14:textId="77777777" w:rsidR="00B86102" w:rsidRPr="007D4B81" w:rsidRDefault="00B86102" w:rsidP="00B86102">
      <w:pPr>
        <w:spacing w:after="0" w:line="240" w:lineRule="auto"/>
        <w:ind w:left="714"/>
        <w:rPr>
          <w:rFonts w:ascii="Cairo" w:hAnsi="Cairo" w:cs="Cairo"/>
          <w:lang w:val="en-GB"/>
        </w:rPr>
      </w:pPr>
    </w:p>
    <w:p w14:paraId="26930182" w14:textId="77777777" w:rsidR="00B86102" w:rsidRPr="007D4B81" w:rsidRDefault="00B86102">
      <w:pPr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br w:type="page"/>
      </w:r>
    </w:p>
    <w:p w14:paraId="24893FE6" w14:textId="25ED95A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lastRenderedPageBreak/>
        <w:t>4.5 Deliverables</w:t>
      </w:r>
    </w:p>
    <w:p w14:paraId="40652B7A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The firm must provide:</w:t>
      </w:r>
    </w:p>
    <w:p w14:paraId="0441C7C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Independent Auditor’s Report</w:t>
      </w:r>
    </w:p>
    <w:p w14:paraId="6A99082F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Audited Financial Statements</w:t>
      </w:r>
    </w:p>
    <w:p w14:paraId="0BDBE17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Management Letter</w:t>
      </w:r>
    </w:p>
    <w:p w14:paraId="0D649B3F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Presentation to Board or Audit Committee (if required)</w:t>
      </w:r>
    </w:p>
    <w:p w14:paraId="6536B7B3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</w:p>
    <w:p w14:paraId="2FCC5F20" w14:textId="5A952ECD" w:rsidR="00B8610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4" w:name="_Toc225265348"/>
      <w:r w:rsidRPr="007D4B81">
        <w:rPr>
          <w:rFonts w:ascii="Cairo" w:hAnsi="Cairo" w:cs="Cairo"/>
          <w:color w:val="FFFFFF" w:themeColor="background1"/>
        </w:rPr>
        <w:t>5. Timescale</w:t>
      </w:r>
      <w:bookmarkEnd w:id="4"/>
    </w:p>
    <w:p w14:paraId="7C003A60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</w:p>
    <w:p w14:paraId="4B73CE32" w14:textId="77777777" w:rsidR="00B86102" w:rsidRPr="007D4B81" w:rsidRDefault="00B86102" w:rsidP="00B86102">
      <w:pPr>
        <w:spacing w:after="0" w:line="240" w:lineRule="auto"/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Below are key dates in the accounting year for the preparation of financial statements and audit reporting, we anticipate a similar pattern to each year in the future: </w:t>
      </w:r>
    </w:p>
    <w:tbl>
      <w:tblPr>
        <w:tblW w:w="10517" w:type="dxa"/>
        <w:tblCellSpacing w:w="15" w:type="dxa"/>
        <w:tblInd w:w="-61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"/>
        <w:gridCol w:w="7147"/>
        <w:gridCol w:w="2552"/>
      </w:tblGrid>
      <w:tr w:rsidR="0073030F" w:rsidRPr="007D4B81" w14:paraId="247D8D28" w14:textId="77777777" w:rsidTr="00FA7D5B">
        <w:trPr>
          <w:trHeight w:val="927"/>
          <w:tblHeader/>
          <w:tblCellSpacing w:w="15" w:type="dxa"/>
        </w:trPr>
        <w:tc>
          <w:tcPr>
            <w:tcW w:w="773" w:type="dxa"/>
            <w:shd w:val="clear" w:color="auto" w:fill="7030A0"/>
            <w:vAlign w:val="center"/>
            <w:hideMark/>
          </w:tcPr>
          <w:p w14:paraId="67CAB44C" w14:textId="77777777" w:rsidR="0073030F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Stage</w:t>
            </w:r>
          </w:p>
        </w:tc>
        <w:tc>
          <w:tcPr>
            <w:tcW w:w="7117" w:type="dxa"/>
            <w:shd w:val="clear" w:color="auto" w:fill="7030A0"/>
            <w:vAlign w:val="center"/>
            <w:hideMark/>
          </w:tcPr>
          <w:p w14:paraId="6673C676" w14:textId="77777777" w:rsidR="0073030F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Activity</w:t>
            </w:r>
          </w:p>
        </w:tc>
        <w:tc>
          <w:tcPr>
            <w:tcW w:w="2507" w:type="dxa"/>
            <w:shd w:val="clear" w:color="auto" w:fill="7030A0"/>
            <w:vAlign w:val="center"/>
            <w:hideMark/>
          </w:tcPr>
          <w:p w14:paraId="1826873D" w14:textId="77777777" w:rsidR="00FA7D5B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 xml:space="preserve">Recommended </w:t>
            </w:r>
          </w:p>
          <w:p w14:paraId="02918A91" w14:textId="060C124B" w:rsidR="0073030F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Timing</w:t>
            </w:r>
          </w:p>
        </w:tc>
      </w:tr>
      <w:tr w:rsidR="00886E2D" w:rsidRPr="007D4B81" w14:paraId="7C2CCF05" w14:textId="77777777" w:rsidTr="00D922A3">
        <w:trPr>
          <w:trHeight w:val="445"/>
          <w:tblHeader/>
          <w:tblCellSpacing w:w="15" w:type="dxa"/>
        </w:trPr>
        <w:tc>
          <w:tcPr>
            <w:tcW w:w="773" w:type="dxa"/>
            <w:vAlign w:val="center"/>
          </w:tcPr>
          <w:p w14:paraId="0C5E7E35" w14:textId="564A6CD2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7117" w:type="dxa"/>
            <w:vAlign w:val="center"/>
          </w:tcPr>
          <w:p w14:paraId="201C81CF" w14:textId="2C3BF4F4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Financial Year end</w:t>
            </w:r>
          </w:p>
        </w:tc>
        <w:tc>
          <w:tcPr>
            <w:tcW w:w="2507" w:type="dxa"/>
          </w:tcPr>
          <w:p w14:paraId="00ACB1C7" w14:textId="6029162B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12/31/2025</w:t>
            </w:r>
          </w:p>
        </w:tc>
      </w:tr>
      <w:tr w:rsidR="00886E2D" w:rsidRPr="007D4B81" w14:paraId="65860536" w14:textId="77777777" w:rsidTr="00D922A3">
        <w:trPr>
          <w:trHeight w:val="457"/>
          <w:tblCellSpacing w:w="15" w:type="dxa"/>
        </w:trPr>
        <w:tc>
          <w:tcPr>
            <w:tcW w:w="773" w:type="dxa"/>
            <w:shd w:val="clear" w:color="auto" w:fill="E5DFEC" w:themeFill="accent4" w:themeFillTint="33"/>
            <w:vAlign w:val="center"/>
            <w:hideMark/>
          </w:tcPr>
          <w:p w14:paraId="7F9CFF03" w14:textId="583F8E98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7117" w:type="dxa"/>
            <w:shd w:val="clear" w:color="auto" w:fill="E5DFEC" w:themeFill="accent4" w:themeFillTint="33"/>
            <w:vAlign w:val="center"/>
          </w:tcPr>
          <w:p w14:paraId="44F011DF" w14:textId="41135E99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Interim Audit</w:t>
            </w:r>
            <w:r w:rsidRPr="007D4B81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 xml:space="preserve"> (systems, controls, early testing)</w:t>
            </w:r>
          </w:p>
        </w:tc>
        <w:tc>
          <w:tcPr>
            <w:tcW w:w="2507" w:type="dxa"/>
            <w:shd w:val="clear" w:color="auto" w:fill="E5DFEC" w:themeFill="accent4" w:themeFillTint="33"/>
          </w:tcPr>
          <w:p w14:paraId="48EA748C" w14:textId="0DC3058B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6/30/2026</w:t>
            </w:r>
          </w:p>
        </w:tc>
      </w:tr>
      <w:tr w:rsidR="00886E2D" w:rsidRPr="007D4B81" w14:paraId="7490DC87" w14:textId="77777777" w:rsidTr="00D922A3">
        <w:trPr>
          <w:trHeight w:val="445"/>
          <w:tblCellSpacing w:w="15" w:type="dxa"/>
        </w:trPr>
        <w:tc>
          <w:tcPr>
            <w:tcW w:w="773" w:type="dxa"/>
            <w:vAlign w:val="center"/>
            <w:hideMark/>
          </w:tcPr>
          <w:p w14:paraId="6182C71A" w14:textId="69E22C26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7117" w:type="dxa"/>
            <w:vAlign w:val="center"/>
          </w:tcPr>
          <w:p w14:paraId="711D0C28" w14:textId="2180D4D4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Timing of the Audit (Final Audit Fieldwork)</w:t>
            </w:r>
          </w:p>
        </w:tc>
        <w:tc>
          <w:tcPr>
            <w:tcW w:w="2507" w:type="dxa"/>
          </w:tcPr>
          <w:p w14:paraId="026840F6" w14:textId="7428DAE7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8/31/2026</w:t>
            </w:r>
          </w:p>
        </w:tc>
      </w:tr>
      <w:tr w:rsidR="00886E2D" w:rsidRPr="007D4B81" w14:paraId="0C533ACE" w14:textId="77777777" w:rsidTr="00D922A3">
        <w:trPr>
          <w:trHeight w:val="457"/>
          <w:tblCellSpacing w:w="15" w:type="dxa"/>
        </w:trPr>
        <w:tc>
          <w:tcPr>
            <w:tcW w:w="773" w:type="dxa"/>
            <w:shd w:val="clear" w:color="auto" w:fill="E5DFEC" w:themeFill="accent4" w:themeFillTint="33"/>
            <w:vAlign w:val="center"/>
            <w:hideMark/>
          </w:tcPr>
          <w:p w14:paraId="74692BF7" w14:textId="27FB3869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7117" w:type="dxa"/>
            <w:shd w:val="clear" w:color="auto" w:fill="E5DFEC" w:themeFill="accent4" w:themeFillTint="33"/>
            <w:vAlign w:val="center"/>
          </w:tcPr>
          <w:p w14:paraId="01C89C7E" w14:textId="6A62AE9C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Draft financial statements available for audit</w:t>
            </w:r>
          </w:p>
        </w:tc>
        <w:tc>
          <w:tcPr>
            <w:tcW w:w="2507" w:type="dxa"/>
            <w:shd w:val="clear" w:color="auto" w:fill="E5DFEC" w:themeFill="accent4" w:themeFillTint="33"/>
          </w:tcPr>
          <w:p w14:paraId="082847B2" w14:textId="0DBA9F53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05/15/2026</w:t>
            </w:r>
          </w:p>
        </w:tc>
      </w:tr>
      <w:tr w:rsidR="00886E2D" w:rsidRPr="007D4B81" w14:paraId="0A80D76B" w14:textId="77777777" w:rsidTr="00D922A3">
        <w:trPr>
          <w:trHeight w:val="915"/>
          <w:tblCellSpacing w:w="15" w:type="dxa"/>
        </w:trPr>
        <w:tc>
          <w:tcPr>
            <w:tcW w:w="773" w:type="dxa"/>
            <w:vAlign w:val="center"/>
            <w:hideMark/>
          </w:tcPr>
          <w:p w14:paraId="7003B1B6" w14:textId="5A374AA0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7117" w:type="dxa"/>
            <w:vAlign w:val="center"/>
            <w:hideMark/>
          </w:tcPr>
          <w:p w14:paraId="58C58F9A" w14:textId="77777777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Auditors meet with the Audit &amp; Finance Committee to present audit findings</w:t>
            </w:r>
          </w:p>
        </w:tc>
        <w:tc>
          <w:tcPr>
            <w:tcW w:w="2507" w:type="dxa"/>
            <w:hideMark/>
          </w:tcPr>
          <w:p w14:paraId="2E22DCE4" w14:textId="607C07F9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9/30/2026</w:t>
            </w:r>
          </w:p>
        </w:tc>
      </w:tr>
      <w:tr w:rsidR="00886E2D" w:rsidRPr="007D4B81" w14:paraId="4D9213F4" w14:textId="77777777" w:rsidTr="00D922A3">
        <w:trPr>
          <w:trHeight w:val="915"/>
          <w:tblCellSpacing w:w="15" w:type="dxa"/>
        </w:trPr>
        <w:tc>
          <w:tcPr>
            <w:tcW w:w="773" w:type="dxa"/>
            <w:shd w:val="clear" w:color="auto" w:fill="E5DFEC" w:themeFill="accent4" w:themeFillTint="33"/>
            <w:vAlign w:val="center"/>
            <w:hideMark/>
          </w:tcPr>
          <w:p w14:paraId="0BD4ED61" w14:textId="4F2B7128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7117" w:type="dxa"/>
            <w:shd w:val="clear" w:color="auto" w:fill="E5DFEC" w:themeFill="accent4" w:themeFillTint="33"/>
            <w:vAlign w:val="center"/>
            <w:hideMark/>
          </w:tcPr>
          <w:p w14:paraId="02A35CFC" w14:textId="77777777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Annual Report &amp; Financial Statements sign-off by Trustees &amp; Auditors</w:t>
            </w:r>
          </w:p>
        </w:tc>
        <w:tc>
          <w:tcPr>
            <w:tcW w:w="2507" w:type="dxa"/>
            <w:shd w:val="clear" w:color="auto" w:fill="E5DFEC" w:themeFill="accent4" w:themeFillTint="33"/>
            <w:hideMark/>
          </w:tcPr>
          <w:p w14:paraId="5032F29B" w14:textId="7F471AA9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10/16/2026</w:t>
            </w:r>
          </w:p>
        </w:tc>
      </w:tr>
    </w:tbl>
    <w:p w14:paraId="68638CED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</w:p>
    <w:p w14:paraId="7A89107F" w14:textId="07EEDCDF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5" w:name="_Toc225265349"/>
      <w:r w:rsidRPr="007D4B81">
        <w:rPr>
          <w:rFonts w:ascii="Cairo" w:hAnsi="Cairo" w:cs="Cairo"/>
          <w:color w:val="FFFFFF" w:themeColor="background1"/>
        </w:rPr>
        <w:t>6</w:t>
      </w:r>
      <w:r w:rsidR="009731FD" w:rsidRPr="007D4B81">
        <w:rPr>
          <w:rFonts w:ascii="Cairo" w:hAnsi="Cairo" w:cs="Cairo"/>
          <w:color w:val="FFFFFF" w:themeColor="background1"/>
        </w:rPr>
        <w:t>. Contract Duration</w:t>
      </w:r>
      <w:bookmarkEnd w:id="5"/>
    </w:p>
    <w:p w14:paraId="774ADAF5" w14:textId="77777777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Initial engagement: 3 years (annual audits)</w:t>
      </w:r>
      <w:r w:rsidRPr="007D4B81">
        <w:rPr>
          <w:rFonts w:ascii="Cairo" w:hAnsi="Cairo" w:cs="Cairo"/>
        </w:rPr>
        <w:br/>
        <w:t>Possible extension: Up to 2 additional years subject to satisfactory performance.</w:t>
      </w:r>
    </w:p>
    <w:p w14:paraId="0DBEEEE7" w14:textId="0D30CDB8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6" w:name="_Toc225265350"/>
      <w:r w:rsidRPr="007D4B81">
        <w:rPr>
          <w:rFonts w:ascii="Cairo" w:hAnsi="Cairo" w:cs="Cairo"/>
          <w:color w:val="FFFFFF" w:themeColor="background1"/>
        </w:rPr>
        <w:lastRenderedPageBreak/>
        <w:t>7</w:t>
      </w:r>
      <w:r w:rsidR="009731FD" w:rsidRPr="007D4B81">
        <w:rPr>
          <w:rFonts w:ascii="Cairo" w:hAnsi="Cairo" w:cs="Cairo"/>
          <w:color w:val="FFFFFF" w:themeColor="background1"/>
        </w:rPr>
        <w:t>. Eligibility Requirements</w:t>
      </w:r>
      <w:bookmarkEnd w:id="6"/>
    </w:p>
    <w:p w14:paraId="56D5402E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Licensed Certified Public Accounting (CPA) firm in the United States.</w:t>
      </w:r>
    </w:p>
    <w:p w14:paraId="4E0C0D89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Registered with the Public Company Accounting Oversight Board (PCAOB) or relevant regulatory bodies if applicable.</w:t>
      </w:r>
    </w:p>
    <w:p w14:paraId="3F701F08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Minimum 5–10 years of audit experience.</w:t>
      </w:r>
    </w:p>
    <w:p w14:paraId="4B633CB7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Demonstrated expertise in nonprofit and INGO auditing.</w:t>
      </w:r>
    </w:p>
    <w:p w14:paraId="391D04E8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Proven experience auditing organizations with international operations and multi-country programs.</w:t>
      </w:r>
    </w:p>
    <w:p w14:paraId="575B180C" w14:textId="4A5AEC5B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7" w:name="_Toc225265351"/>
      <w:r w:rsidRPr="007D4B81">
        <w:rPr>
          <w:rFonts w:ascii="Cairo" w:hAnsi="Cairo" w:cs="Cairo"/>
          <w:color w:val="FFFFFF" w:themeColor="background1"/>
        </w:rPr>
        <w:t>8</w:t>
      </w:r>
      <w:r w:rsidR="009731FD" w:rsidRPr="007D4B81">
        <w:rPr>
          <w:rFonts w:ascii="Cairo" w:hAnsi="Cairo" w:cs="Cairo"/>
          <w:color w:val="FFFFFF" w:themeColor="background1"/>
        </w:rPr>
        <w:t>. Selection Criteria</w:t>
      </w:r>
      <w:bookmarkEnd w:id="7"/>
    </w:p>
    <w:p w14:paraId="5CB66B16" w14:textId="77777777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Proposals will be evaluated based on technical capability, nonprofit audit experience,</w:t>
      </w:r>
      <w:r w:rsidRPr="007D4B81">
        <w:rPr>
          <w:rFonts w:ascii="Cairo" w:hAnsi="Cairo" w:cs="Cairo"/>
        </w:rPr>
        <w:br/>
        <w:t>team qualifications, methodology, and financial competitiveness.</w:t>
      </w:r>
    </w:p>
    <w:p w14:paraId="3AF2931A" w14:textId="70ADA9E5" w:rsidR="00593243" w:rsidRPr="007D4B81" w:rsidRDefault="00593243" w:rsidP="00593243">
      <w:pPr>
        <w:pStyle w:val="Heading1"/>
        <w:rPr>
          <w:rFonts w:ascii="Cairo" w:hAnsi="Cairo" w:cs="Cairo"/>
        </w:rPr>
      </w:pPr>
      <w:bookmarkStart w:id="8" w:name="_Toc225265352"/>
      <w:r w:rsidRPr="007D4B81">
        <w:rPr>
          <w:rFonts w:ascii="Cairo" w:hAnsi="Cairo" w:cs="Cairo"/>
        </w:rPr>
        <w:t>Technical Evaluation Scoring Sheet</w:t>
      </w:r>
      <w:bookmarkEnd w:id="8"/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4678"/>
        <w:gridCol w:w="1559"/>
      </w:tblGrid>
      <w:tr w:rsidR="00593243" w:rsidRPr="007D4B81" w14:paraId="5E154F3A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7030A0"/>
            <w:vAlign w:val="center"/>
          </w:tcPr>
          <w:p w14:paraId="7769DCDD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7D4B81">
              <w:rPr>
                <w:rFonts w:ascii="Cairo" w:hAnsi="Cairo" w:cs="Cairo"/>
                <w:b/>
                <w:bCs/>
                <w:color w:val="FFFFFF" w:themeColor="background1"/>
              </w:rPr>
              <w:t>Criteria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7030A0"/>
            <w:vAlign w:val="center"/>
          </w:tcPr>
          <w:p w14:paraId="334AF7E8" w14:textId="77777777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7D4B81">
              <w:rPr>
                <w:rFonts w:ascii="Cairo" w:hAnsi="Cairo" w:cs="Cairo"/>
                <w:b/>
                <w:bCs/>
                <w:color w:val="FFFFFF" w:themeColor="background1"/>
              </w:rPr>
              <w:t>Weight (%)</w:t>
            </w:r>
          </w:p>
        </w:tc>
      </w:tr>
      <w:tr w:rsidR="00593243" w:rsidRPr="007D4B81" w14:paraId="0F6BD685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4A548" w14:textId="77777777" w:rsidR="00593243" w:rsidRPr="007D4B81" w:rsidRDefault="00593243" w:rsidP="00593243">
            <w:pPr>
              <w:spacing w:after="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NGO Experience</w:t>
            </w:r>
          </w:p>
          <w:p w14:paraId="728D5D00" w14:textId="3477DAE3" w:rsidR="00593243" w:rsidRPr="007D4B81" w:rsidRDefault="00593243" w:rsidP="00593243">
            <w:pPr>
              <w:spacing w:after="0" w:line="240" w:lineRule="auto"/>
              <w:rPr>
                <w:rFonts w:ascii="Cairo" w:hAnsi="Cairo" w:cs="Cairo"/>
              </w:rPr>
            </w:pPr>
            <w:r w:rsidRPr="007D4B81">
              <w:rPr>
                <w:rFonts w:ascii="Cairo" w:hAnsi="Cairo" w:cs="Cairo"/>
              </w:rPr>
              <w:t>(Knowledge of nonprofit accounting standards &amp; Experience auditing INGOs of similar size)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CFA6" w14:textId="29521C9D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30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42062816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15D2C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Audit methodology and technical approach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024F2" w14:textId="5A631651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20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5BC99236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CBB79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Qualifications of audit team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0BE84" w14:textId="265C078E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15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59F8E10A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59057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Cost competitiveness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F15EC" w14:textId="339A9C2B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30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5B14B562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E2276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References and past performance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CDCF0" w14:textId="4D65DF55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5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</w:tbl>
    <w:p w14:paraId="5B9692C2" w14:textId="77777777" w:rsidR="00550979" w:rsidRPr="007D4B81" w:rsidRDefault="00550979">
      <w:pPr>
        <w:rPr>
          <w:rFonts w:ascii="Cairo" w:hAnsi="Cairo" w:cs="Cairo"/>
        </w:rPr>
      </w:pPr>
    </w:p>
    <w:p w14:paraId="1D0EC5BB" w14:textId="05ECD430" w:rsidR="00550979" w:rsidRPr="007D4B81" w:rsidRDefault="00550979">
      <w:pPr>
        <w:rPr>
          <w:rFonts w:ascii="Cairo" w:hAnsi="Cairo" w:cs="Cairo"/>
        </w:rPr>
      </w:pPr>
      <w:r w:rsidRPr="007D4B81">
        <w:rPr>
          <w:rFonts w:ascii="Cairo" w:hAnsi="Cairo" w:cs="Cairo"/>
        </w:rPr>
        <w:t>Shortlisted Firms will be select</w:t>
      </w:r>
      <w:r w:rsidR="0031106A" w:rsidRPr="007D4B81">
        <w:rPr>
          <w:rFonts w:ascii="Cairo" w:hAnsi="Cairo" w:cs="Cairo"/>
        </w:rPr>
        <w:t>ed</w:t>
      </w:r>
      <w:r w:rsidRPr="007D4B81">
        <w:rPr>
          <w:rFonts w:ascii="Cairo" w:hAnsi="Cairo" w:cs="Cairo"/>
        </w:rPr>
        <w:t xml:space="preserve"> for a second stage interview where a meeting will take place to go through their proposals and a Q&amp;A session.</w:t>
      </w:r>
    </w:p>
    <w:p w14:paraId="5D3705F4" w14:textId="601E4CBF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9" w:name="_Toc225265353"/>
      <w:r w:rsidRPr="007D4B81">
        <w:rPr>
          <w:rFonts w:ascii="Cairo" w:hAnsi="Cairo" w:cs="Cairo"/>
          <w:color w:val="FFFFFF" w:themeColor="background1"/>
        </w:rPr>
        <w:lastRenderedPageBreak/>
        <w:t>9</w:t>
      </w:r>
      <w:r w:rsidR="009731FD" w:rsidRPr="007D4B81">
        <w:rPr>
          <w:rFonts w:ascii="Cairo" w:hAnsi="Cairo" w:cs="Cairo"/>
          <w:color w:val="FFFFFF" w:themeColor="background1"/>
        </w:rPr>
        <w:t>. Proposal Submission</w:t>
      </w:r>
      <w:bookmarkEnd w:id="9"/>
    </w:p>
    <w:p w14:paraId="5A3B1ADB" w14:textId="03EEA6FF" w:rsidR="00B86102" w:rsidRPr="007D4B81" w:rsidRDefault="009731FD" w:rsidP="00B86102">
      <w:pPr>
        <w:rPr>
          <w:rFonts w:ascii="Cairo" w:hAnsi="Cairo" w:cs="Cairo"/>
        </w:rPr>
      </w:pPr>
      <w:r w:rsidRPr="007D4B81">
        <w:rPr>
          <w:rFonts w:ascii="Cairo" w:hAnsi="Cairo" w:cs="Cairo"/>
        </w:rPr>
        <w:t>Bidders must submit</w:t>
      </w:r>
      <w:r w:rsidR="00B86102" w:rsidRPr="007D4B81">
        <w:rPr>
          <w:rFonts w:ascii="Cairo" w:hAnsi="Cairo" w:cs="Cairo"/>
        </w:rPr>
        <w:t xml:space="preserve"> the following 5 elements</w:t>
      </w:r>
      <w:r w:rsidRPr="007D4B81">
        <w:rPr>
          <w:rFonts w:ascii="Cairo" w:hAnsi="Cairo" w:cs="Cairo"/>
        </w:rPr>
        <w:t>:</w:t>
      </w:r>
    </w:p>
    <w:p w14:paraId="13002646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Technical Proposal</w:t>
      </w:r>
    </w:p>
    <w:p w14:paraId="4C0B8644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Financial Proposal</w:t>
      </w:r>
    </w:p>
    <w:p w14:paraId="64D4033A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Firm profile and references</w:t>
      </w:r>
    </w:p>
    <w:p w14:paraId="042B5B51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Audit methodology</w:t>
      </w:r>
    </w:p>
    <w:p w14:paraId="22EC4F1D" w14:textId="019D21EE" w:rsidR="00C67BC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Proposed audit team</w:t>
      </w:r>
    </w:p>
    <w:p w14:paraId="445AAA8F" w14:textId="2A8C227A" w:rsidR="00B86102" w:rsidRPr="007D4B81" w:rsidRDefault="00B86102">
      <w:pPr>
        <w:rPr>
          <w:rFonts w:ascii="Cairo" w:hAnsi="Cairo" w:cs="Cairo"/>
        </w:rPr>
      </w:pPr>
      <w:r w:rsidRPr="007D4B81">
        <w:rPr>
          <w:rFonts w:ascii="Cairo" w:hAnsi="Cairo" w:cs="Cairo"/>
        </w:rPr>
        <w:t>Here is a breakdown of those 5 elements:</w:t>
      </w:r>
    </w:p>
    <w:p w14:paraId="2A437A30" w14:textId="2DDC42E5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9.1 Firm Profile</w:t>
      </w:r>
    </w:p>
    <w:p w14:paraId="79B35A0D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Legal name and registration</w:t>
      </w:r>
    </w:p>
    <w:p w14:paraId="7092A406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Office locations</w:t>
      </w:r>
    </w:p>
    <w:p w14:paraId="44AB6B65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Years of operation</w:t>
      </w:r>
    </w:p>
    <w:p w14:paraId="7F43ED36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Organizational structure</w:t>
      </w:r>
    </w:p>
    <w:p w14:paraId="4C1C8A45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6BF0238E" w14:textId="5687893C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9.2 Relevant Experience</w:t>
      </w:r>
    </w:p>
    <w:p w14:paraId="7690F100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 examples of:</w:t>
      </w:r>
    </w:p>
    <w:p w14:paraId="317A74ED" w14:textId="77777777" w:rsidR="00B86102" w:rsidRPr="007D4B81" w:rsidRDefault="00B86102" w:rsidP="00B86102">
      <w:pPr>
        <w:numPr>
          <w:ilvl w:val="0"/>
          <w:numId w:val="20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Audits conducted for </w:t>
      </w:r>
      <w:r w:rsidRPr="007D4B81">
        <w:rPr>
          <w:rFonts w:ascii="Cairo" w:hAnsi="Cairo" w:cs="Cairo"/>
          <w:b/>
          <w:bCs/>
          <w:lang w:val="en-GB"/>
        </w:rPr>
        <w:t>INGOs or international nonprofits</w:t>
      </w:r>
    </w:p>
    <w:p w14:paraId="41E47F8A" w14:textId="77777777" w:rsidR="00B86102" w:rsidRPr="007D4B81" w:rsidRDefault="00B86102" w:rsidP="00B86102">
      <w:pPr>
        <w:numPr>
          <w:ilvl w:val="0"/>
          <w:numId w:val="20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Audits of organizations with </w:t>
      </w:r>
      <w:r w:rsidRPr="007D4B81">
        <w:rPr>
          <w:rFonts w:ascii="Cairo" w:hAnsi="Cairo" w:cs="Cairo"/>
          <w:b/>
          <w:bCs/>
          <w:lang w:val="en-GB"/>
        </w:rPr>
        <w:t>multi-country operations</w:t>
      </w:r>
    </w:p>
    <w:p w14:paraId="75FDA9FF" w14:textId="77777777" w:rsidR="00B86102" w:rsidRPr="007D4B81" w:rsidRDefault="00B86102" w:rsidP="00B86102">
      <w:pPr>
        <w:numPr>
          <w:ilvl w:val="0"/>
          <w:numId w:val="20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References from nonprofit clients</w:t>
      </w:r>
    </w:p>
    <w:p w14:paraId="2DD58227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1F6F85D0" w14:textId="696555AD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9.3 Audit Methodology</w:t>
      </w:r>
    </w:p>
    <w:p w14:paraId="146D3EE1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Explain:</w:t>
      </w:r>
    </w:p>
    <w:p w14:paraId="3E11E7B3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 approach</w:t>
      </w:r>
    </w:p>
    <w:p w14:paraId="4FF28D13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Risk assessment methodology</w:t>
      </w:r>
    </w:p>
    <w:p w14:paraId="271B03F2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Use of technology and data analytics</w:t>
      </w:r>
    </w:p>
    <w:p w14:paraId="52731FEC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Quality assurance procedures</w:t>
      </w:r>
    </w:p>
    <w:p w14:paraId="51D2A68E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259C85BD" w14:textId="3714040A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9.4 Team Composition</w:t>
      </w:r>
    </w:p>
    <w:p w14:paraId="00C377CF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 details on:</w:t>
      </w:r>
    </w:p>
    <w:p w14:paraId="65D7F300" w14:textId="77777777" w:rsidR="00B86102" w:rsidRPr="007D4B81" w:rsidRDefault="00B86102" w:rsidP="00B86102">
      <w:pPr>
        <w:numPr>
          <w:ilvl w:val="0"/>
          <w:numId w:val="22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Lead audit partner</w:t>
      </w:r>
    </w:p>
    <w:p w14:paraId="289226B0" w14:textId="77777777" w:rsidR="00B86102" w:rsidRPr="007D4B81" w:rsidRDefault="00B86102" w:rsidP="00B86102">
      <w:pPr>
        <w:numPr>
          <w:ilvl w:val="0"/>
          <w:numId w:val="22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lastRenderedPageBreak/>
        <w:t>Audit team qualifications</w:t>
      </w:r>
    </w:p>
    <w:p w14:paraId="09E2EB28" w14:textId="77777777" w:rsidR="00B86102" w:rsidRPr="007D4B81" w:rsidRDefault="00B86102" w:rsidP="00B86102">
      <w:pPr>
        <w:numPr>
          <w:ilvl w:val="0"/>
          <w:numId w:val="22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Relevant certifications</w:t>
      </w:r>
    </w:p>
    <w:p w14:paraId="24D9F495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6164205E" w14:textId="0FC98891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9.5 Financial Proposal</w:t>
      </w:r>
    </w:p>
    <w:p w14:paraId="593A90E3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Provide:</w:t>
      </w:r>
    </w:p>
    <w:p w14:paraId="36D52D08" w14:textId="77777777" w:rsidR="00B86102" w:rsidRPr="007D4B81" w:rsidRDefault="00B86102" w:rsidP="00B86102">
      <w:pPr>
        <w:numPr>
          <w:ilvl w:val="0"/>
          <w:numId w:val="2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Annual audit fees</w:t>
      </w:r>
    </w:p>
    <w:p w14:paraId="2B2D5A35" w14:textId="77777777" w:rsidR="00B86102" w:rsidRPr="007D4B81" w:rsidRDefault="00B86102" w:rsidP="00B86102">
      <w:pPr>
        <w:numPr>
          <w:ilvl w:val="0"/>
          <w:numId w:val="2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Breakdown of costs</w:t>
      </w:r>
    </w:p>
    <w:p w14:paraId="05EA75FB" w14:textId="77777777" w:rsidR="00B86102" w:rsidRPr="007D4B81" w:rsidRDefault="00B86102" w:rsidP="00B86102">
      <w:pPr>
        <w:numPr>
          <w:ilvl w:val="0"/>
          <w:numId w:val="2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Any additional services or optional services</w:t>
      </w:r>
    </w:p>
    <w:p w14:paraId="4CB4DB6F" w14:textId="071DF775" w:rsidR="00550979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10" w:name="_Toc225265354"/>
      <w:r w:rsidRPr="007D4B81">
        <w:rPr>
          <w:rFonts w:ascii="Cairo" w:hAnsi="Cairo" w:cs="Cairo"/>
          <w:color w:val="FFFFFF" w:themeColor="background1"/>
        </w:rPr>
        <w:t xml:space="preserve">10. </w:t>
      </w:r>
      <w:r w:rsidR="00550979" w:rsidRPr="007D4B81">
        <w:rPr>
          <w:rFonts w:ascii="Cairo" w:hAnsi="Cairo" w:cs="Cairo"/>
          <w:color w:val="FFFFFF" w:themeColor="background1"/>
          <w:lang w:val="en-GB"/>
        </w:rPr>
        <w:t>Ethical Standards</w:t>
      </w:r>
      <w:bookmarkEnd w:id="10"/>
    </w:p>
    <w:p w14:paraId="515319EC" w14:textId="77777777" w:rsidR="00550979" w:rsidRPr="007D4B81" w:rsidRDefault="00550979" w:rsidP="00550979">
      <w:pPr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Human Appeal USA maintains strict standards of ethical conduct.</w:t>
      </w:r>
    </w:p>
    <w:p w14:paraId="7C166273" w14:textId="77777777" w:rsidR="00550979" w:rsidRPr="007D4B81" w:rsidRDefault="00550979" w:rsidP="00550979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 firms must demonstrate:</w:t>
      </w:r>
    </w:p>
    <w:p w14:paraId="01CBCF51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Independence</w:t>
      </w:r>
    </w:p>
    <w:p w14:paraId="02DCFB85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Absence of conflict of interest</w:t>
      </w:r>
    </w:p>
    <w:p w14:paraId="72A9CD6C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Commitment to professional integrity</w:t>
      </w:r>
    </w:p>
    <w:p w14:paraId="773A8A3C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Compliance with international auditing standards</w:t>
      </w:r>
    </w:p>
    <w:p w14:paraId="552CF9DF" w14:textId="18DF4909" w:rsidR="00550979" w:rsidRPr="007D4B81" w:rsidRDefault="00550979" w:rsidP="00550979">
      <w:pPr>
        <w:pStyle w:val="ListParagraph"/>
        <w:numPr>
          <w:ilvl w:val="0"/>
          <w:numId w:val="25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Cultural and values fit: Human Appeal expects the appointed auditors to understand and have empathy for the ethics and values of Human Appeal.</w:t>
      </w:r>
    </w:p>
    <w:p w14:paraId="7A12311A" w14:textId="75CED1AA" w:rsidR="00B86102" w:rsidRPr="007D4B81" w:rsidRDefault="00550979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11" w:name="_Toc225265355"/>
      <w:r w:rsidRPr="007D4B81">
        <w:rPr>
          <w:rFonts w:ascii="Cairo" w:hAnsi="Cairo" w:cs="Cairo"/>
          <w:color w:val="FFFFFF" w:themeColor="background1"/>
        </w:rPr>
        <w:t>11.</w:t>
      </w:r>
      <w:r w:rsidR="00B86102" w:rsidRPr="007D4B81">
        <w:rPr>
          <w:rFonts w:ascii="Cairo" w:hAnsi="Cairo" w:cs="Cairo"/>
          <w:color w:val="FFFFFF" w:themeColor="background1"/>
        </w:rPr>
        <w:t>Submission Instructions</w:t>
      </w:r>
      <w:bookmarkEnd w:id="11"/>
    </w:p>
    <w:p w14:paraId="26F2A9CF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Proposals should be submitted electronically and must include:</w:t>
      </w:r>
    </w:p>
    <w:p w14:paraId="6159E51D" w14:textId="77777777" w:rsidR="00594926" w:rsidRPr="007D4B81" w:rsidRDefault="0059492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Annex A Bidder Information </w:t>
      </w:r>
    </w:p>
    <w:p w14:paraId="46692B50" w14:textId="7A66D81F" w:rsidR="00B86102" w:rsidRPr="007D4B81" w:rsidRDefault="00B86102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Technical proposal</w:t>
      </w:r>
      <w:r w:rsidR="00594926" w:rsidRPr="007D4B81">
        <w:rPr>
          <w:rFonts w:ascii="Cairo" w:hAnsi="Cairo" w:cs="Cairo"/>
          <w:lang w:val="en-GB"/>
        </w:rPr>
        <w:t xml:space="preserve"> (A presentation </w:t>
      </w:r>
      <w:r w:rsidR="005070F6" w:rsidRPr="007D4B81">
        <w:rPr>
          <w:rFonts w:ascii="Cairo" w:hAnsi="Cairo" w:cs="Cairo"/>
          <w:lang w:val="en-GB"/>
        </w:rPr>
        <w:t>on</w:t>
      </w:r>
      <w:r w:rsidR="00594926" w:rsidRPr="007D4B81">
        <w:rPr>
          <w:rFonts w:ascii="Cairo" w:hAnsi="Cairo" w:cs="Cairo"/>
          <w:lang w:val="en-GB"/>
        </w:rPr>
        <w:t xml:space="preserve"> your own format)</w:t>
      </w:r>
    </w:p>
    <w:p w14:paraId="4BAF6FFB" w14:textId="60142C9F" w:rsidR="00B86102" w:rsidRPr="007D4B81" w:rsidRDefault="0059492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Annex B - </w:t>
      </w:r>
      <w:r w:rsidR="00B86102" w:rsidRPr="007D4B81">
        <w:rPr>
          <w:rFonts w:ascii="Cairo" w:hAnsi="Cairo" w:cs="Cairo"/>
          <w:lang w:val="en-GB"/>
        </w:rPr>
        <w:t xml:space="preserve">Financial </w:t>
      </w:r>
      <w:r w:rsidRPr="007D4B81">
        <w:rPr>
          <w:rFonts w:ascii="Cairo" w:hAnsi="Cairo" w:cs="Cairo"/>
          <w:lang w:val="en-GB"/>
        </w:rPr>
        <w:t>P</w:t>
      </w:r>
      <w:r w:rsidR="00B86102" w:rsidRPr="007D4B81">
        <w:rPr>
          <w:rFonts w:ascii="Cairo" w:hAnsi="Cairo" w:cs="Cairo"/>
          <w:lang w:val="en-GB"/>
        </w:rPr>
        <w:t>roposal</w:t>
      </w:r>
    </w:p>
    <w:p w14:paraId="2302D2B1" w14:textId="64D06167" w:rsidR="005070F6" w:rsidRPr="007D4B81" w:rsidRDefault="005070F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Annex C -  Audit Independence Questionnaire (Conflict Of Interest)</w:t>
      </w:r>
    </w:p>
    <w:p w14:paraId="372A95D2" w14:textId="62F11410" w:rsidR="005070F6" w:rsidRPr="007D4B81" w:rsidRDefault="005070F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ANNEX D  - External Audit Services Agreement (EXAMPLE)</w:t>
      </w:r>
    </w:p>
    <w:p w14:paraId="2467DACF" w14:textId="6012EB9E" w:rsidR="00B86102" w:rsidRPr="007D4B81" w:rsidRDefault="00B86102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Supporting documentation</w:t>
      </w:r>
      <w:r w:rsidR="00594926" w:rsidRPr="007D4B81">
        <w:rPr>
          <w:rFonts w:ascii="Cairo" w:hAnsi="Cairo" w:cs="Cairo"/>
          <w:lang w:val="en-GB"/>
        </w:rPr>
        <w:t xml:space="preserve"> </w:t>
      </w:r>
      <w:r w:rsidR="005070F6" w:rsidRPr="007D4B81">
        <w:rPr>
          <w:rFonts w:ascii="Cairo" w:hAnsi="Cairo" w:cs="Cairo"/>
          <w:lang w:val="en-GB"/>
        </w:rPr>
        <w:t>(for example resume of proposed Team, Financial documents etc)</w:t>
      </w:r>
    </w:p>
    <w:p w14:paraId="2791EF6C" w14:textId="77777777" w:rsidR="000251C2" w:rsidRPr="007D4B81" w:rsidRDefault="000251C2" w:rsidP="000251C2">
      <w:pPr>
        <w:spacing w:after="0" w:line="240" w:lineRule="auto"/>
        <w:ind w:left="720"/>
        <w:rPr>
          <w:rFonts w:ascii="Cairo" w:hAnsi="Cairo" w:cs="Cairo"/>
          <w:lang w:val="en-GB"/>
        </w:rPr>
      </w:pPr>
    </w:p>
    <w:p w14:paraId="72EEB6A6" w14:textId="7B9B8671" w:rsidR="00BE0642" w:rsidRDefault="009731FD" w:rsidP="00BE0642">
      <w:pPr>
        <w:jc w:val="center"/>
        <w:rPr>
          <w:rFonts w:ascii="Cairo" w:hAnsi="Cairo" w:cs="Cairo"/>
          <w:lang w:val="en-GB"/>
        </w:rPr>
      </w:pPr>
      <w:r w:rsidRPr="00BE0642">
        <w:rPr>
          <w:rFonts w:ascii="Cairo" w:hAnsi="Cairo" w:cs="Cairo"/>
          <w:b/>
          <w:bCs/>
          <w:highlight w:val="yellow"/>
        </w:rPr>
        <w:t>Submission deadline</w:t>
      </w:r>
      <w:r w:rsidR="00CC4965">
        <w:rPr>
          <w:rFonts w:ascii="Cairo" w:hAnsi="Cairo" w:cs="Cairo"/>
          <w:b/>
          <w:bCs/>
          <w:highlight w:val="yellow"/>
        </w:rPr>
        <w:t xml:space="preserve"> extended to</w:t>
      </w:r>
      <w:r w:rsidRPr="00BE0642">
        <w:rPr>
          <w:rFonts w:ascii="Cairo" w:hAnsi="Cairo" w:cs="Cairo"/>
          <w:b/>
          <w:bCs/>
          <w:highlight w:val="yellow"/>
        </w:rPr>
        <w:t xml:space="preserve">: </w:t>
      </w:r>
      <w:r w:rsidR="00CC4965">
        <w:rPr>
          <w:rFonts w:ascii="Cairo" w:hAnsi="Cairo" w:cs="Cairo"/>
          <w:b/>
          <w:bCs/>
          <w:highlight w:val="yellow"/>
        </w:rPr>
        <w:t>20</w:t>
      </w:r>
      <w:r w:rsidR="006D53A1" w:rsidRPr="00BE0642">
        <w:rPr>
          <w:rFonts w:ascii="Cairo" w:hAnsi="Cairo" w:cs="Cairo"/>
          <w:b/>
          <w:bCs/>
          <w:highlight w:val="yellow"/>
        </w:rPr>
        <w:t xml:space="preserve"> April 2026</w:t>
      </w:r>
    </w:p>
    <w:p w14:paraId="2E007AF1" w14:textId="18819F5B" w:rsidR="006D53A1" w:rsidRPr="00BE0642" w:rsidRDefault="00BE0642" w:rsidP="00BE0642">
      <w:pPr>
        <w:jc w:val="center"/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lang w:val="en-GB"/>
        </w:rPr>
        <w:lastRenderedPageBreak/>
        <w:t>Submission email</w:t>
      </w:r>
      <w:r>
        <w:rPr>
          <w:rFonts w:ascii="Cairo" w:hAnsi="Cairo" w:cs="Cairo"/>
          <w:lang w:val="en-GB"/>
        </w:rPr>
        <w:t xml:space="preserve"> (for bids &amp; queries)</w:t>
      </w:r>
      <w:r w:rsidRPr="007D4B81">
        <w:rPr>
          <w:rFonts w:ascii="Cairo" w:hAnsi="Cairo" w:cs="Cairo"/>
          <w:lang w:val="en-GB"/>
        </w:rPr>
        <w:t>:</w:t>
      </w:r>
      <w:hyperlink r:id="rId24" w:history="1">
        <w:r w:rsidRPr="003A3057">
          <w:rPr>
            <w:rStyle w:val="Hyperlink"/>
            <w:rFonts w:ascii="Cairo" w:hAnsi="Cairo" w:cs="Cairo"/>
            <w:b/>
            <w:bCs/>
            <w:lang w:val="en-GB"/>
          </w:rPr>
          <w:t>procurement@humanappealusa.org</w:t>
        </w:r>
      </w:hyperlink>
      <w:r>
        <w:rPr>
          <w:rFonts w:ascii="Cairo" w:hAnsi="Cairo" w:cs="Cairo"/>
        </w:rPr>
        <w:t xml:space="preserve"> quoting </w:t>
      </w:r>
      <w:r w:rsidRPr="007D4B81">
        <w:rPr>
          <w:rFonts w:ascii="Cairo" w:hAnsi="Cairo" w:cs="Cairo"/>
        </w:rPr>
        <w:t xml:space="preserve">Ref: </w:t>
      </w:r>
    </w:p>
    <w:p w14:paraId="55BB36D9" w14:textId="77777777" w:rsidR="0042028E" w:rsidRDefault="006D53A1" w:rsidP="00BE0642">
      <w:pPr>
        <w:jc w:val="center"/>
        <w:rPr>
          <w:rFonts w:ascii="Cairo" w:hAnsi="Cairo" w:cs="Cairo"/>
          <w:b/>
          <w:bCs/>
          <w:lang w:val="en-GB"/>
        </w:rPr>
      </w:pPr>
      <w:r w:rsidRPr="00BE0642">
        <w:rPr>
          <w:rFonts w:ascii="Cairo" w:hAnsi="Cairo" w:cs="Cairo"/>
          <w:b/>
          <w:bCs/>
          <w:lang w:val="en-GB"/>
        </w:rPr>
        <w:t xml:space="preserve">Anticipated start of the engagement: </w:t>
      </w:r>
      <w:r w:rsidR="007D4B81" w:rsidRPr="00BE0642">
        <w:rPr>
          <w:rFonts w:ascii="Cairo" w:hAnsi="Cairo" w:cs="Cairo"/>
          <w:b/>
          <w:bCs/>
          <w:lang w:val="en-GB"/>
        </w:rPr>
        <w:t>27 April 2026</w:t>
      </w:r>
    </w:p>
    <w:p w14:paraId="0987CC1B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5DCDD0AC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003FCCD7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26909F37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3FC54C42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3EC41827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30FF26F5" w14:textId="1B71B1BA" w:rsidR="003424A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  <w:r>
        <w:rPr>
          <w:rFonts w:ascii="Cairo" w:hAnsi="Cairo" w:cs="Cairo"/>
          <w:b/>
          <w:bCs/>
          <w:lang w:val="en-GB"/>
        </w:rPr>
        <w:t>***APPENDIXES ON FOLLOWING PAGES**</w:t>
      </w:r>
    </w:p>
    <w:p w14:paraId="73BBFE3D" w14:textId="77777777" w:rsidR="003424AE" w:rsidRDefault="003424AE">
      <w:pPr>
        <w:rPr>
          <w:rFonts w:ascii="Cairo" w:hAnsi="Cairo" w:cs="Cairo"/>
          <w:b/>
          <w:bCs/>
          <w:lang w:val="en-GB"/>
        </w:rPr>
      </w:pPr>
      <w:r>
        <w:rPr>
          <w:rFonts w:ascii="Cairo" w:hAnsi="Cairo" w:cs="Cairo"/>
          <w:b/>
          <w:bCs/>
          <w:lang w:val="en-GB"/>
        </w:rPr>
        <w:br w:type="page"/>
      </w:r>
    </w:p>
    <w:p w14:paraId="618968FF" w14:textId="3AD6DD5A" w:rsidR="006762F8" w:rsidRDefault="003424AE" w:rsidP="00B47A18">
      <w:pPr>
        <w:pStyle w:val="Heading1"/>
        <w:jc w:val="center"/>
        <w:rPr>
          <w:lang w:val="en-GB"/>
        </w:rPr>
      </w:pPr>
      <w:bookmarkStart w:id="12" w:name="_Toc225265356"/>
      <w:r w:rsidRPr="00B47A18">
        <w:rPr>
          <w:highlight w:val="yellow"/>
          <w:lang w:val="en-GB"/>
        </w:rPr>
        <w:lastRenderedPageBreak/>
        <w:t>APPENDIX A</w:t>
      </w:r>
      <w:r w:rsidR="00B47A18" w:rsidRPr="00B47A18">
        <w:rPr>
          <w:highlight w:val="yellow"/>
          <w:lang w:val="en-GB"/>
        </w:rPr>
        <w:t xml:space="preserve"> - Bidder Information Form</w:t>
      </w:r>
      <w:bookmarkEnd w:id="12"/>
    </w:p>
    <w:p w14:paraId="0A76E614" w14:textId="77777777" w:rsidR="00B47A18" w:rsidRPr="00B47A18" w:rsidRDefault="00B47A18" w:rsidP="00B47A18">
      <w:pPr>
        <w:rPr>
          <w:lang w:val="en-GB"/>
        </w:rPr>
      </w:pPr>
    </w:p>
    <w:p w14:paraId="63EF472A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1. General Information</w:t>
      </w:r>
    </w:p>
    <w:p w14:paraId="6D89F125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949"/>
      </w:tblGrid>
      <w:tr w:rsidR="003424AE" w:rsidRPr="00E74D92" w14:paraId="7C39D6EC" w14:textId="77777777" w:rsidTr="00CC2960">
        <w:tc>
          <w:tcPr>
            <w:tcW w:w="3681" w:type="dxa"/>
          </w:tcPr>
          <w:p w14:paraId="5FF4FEF1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Legal Name of Firm:</w:t>
            </w:r>
          </w:p>
        </w:tc>
        <w:tc>
          <w:tcPr>
            <w:tcW w:w="4949" w:type="dxa"/>
          </w:tcPr>
          <w:p w14:paraId="54E54FF9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55822CB8" w14:textId="77777777" w:rsidTr="00CC2960">
        <w:tc>
          <w:tcPr>
            <w:tcW w:w="3681" w:type="dxa"/>
          </w:tcPr>
          <w:p w14:paraId="51F72946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Trading Name (if different):</w:t>
            </w:r>
          </w:p>
        </w:tc>
        <w:tc>
          <w:tcPr>
            <w:tcW w:w="4949" w:type="dxa"/>
          </w:tcPr>
          <w:p w14:paraId="11F740EB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02806F10" w14:textId="77777777" w:rsidTr="00CC2960">
        <w:tc>
          <w:tcPr>
            <w:tcW w:w="3681" w:type="dxa"/>
          </w:tcPr>
          <w:p w14:paraId="7DFA7544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Year of Establishment:</w:t>
            </w:r>
          </w:p>
        </w:tc>
        <w:tc>
          <w:tcPr>
            <w:tcW w:w="4949" w:type="dxa"/>
          </w:tcPr>
          <w:p w14:paraId="0C71BD86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02B602B6" w14:textId="77777777" w:rsidTr="00CC2960">
        <w:tc>
          <w:tcPr>
            <w:tcW w:w="3681" w:type="dxa"/>
          </w:tcPr>
          <w:p w14:paraId="143160D4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Country of Registration:</w:t>
            </w:r>
          </w:p>
        </w:tc>
        <w:tc>
          <w:tcPr>
            <w:tcW w:w="4949" w:type="dxa"/>
          </w:tcPr>
          <w:p w14:paraId="455C5858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6E55D614" w14:textId="77777777" w:rsidTr="00CC2960">
        <w:tc>
          <w:tcPr>
            <w:tcW w:w="3681" w:type="dxa"/>
          </w:tcPr>
          <w:p w14:paraId="1B92B252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Registered Office Address:</w:t>
            </w:r>
          </w:p>
        </w:tc>
        <w:tc>
          <w:tcPr>
            <w:tcW w:w="4949" w:type="dxa"/>
          </w:tcPr>
          <w:p w14:paraId="65CFC217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6F1F5560" w14:textId="77777777" w:rsidTr="00CC2960">
        <w:tc>
          <w:tcPr>
            <w:tcW w:w="3681" w:type="dxa"/>
          </w:tcPr>
          <w:p w14:paraId="6E02A26B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Website:</w:t>
            </w:r>
          </w:p>
        </w:tc>
        <w:tc>
          <w:tcPr>
            <w:tcW w:w="4949" w:type="dxa"/>
          </w:tcPr>
          <w:p w14:paraId="761DC519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201B4979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51DE7BB3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2. Contact Information</w:t>
      </w:r>
    </w:p>
    <w:p w14:paraId="5F3C6C9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10162" w:type="dxa"/>
        <w:tblInd w:w="-767" w:type="dxa"/>
        <w:tblLook w:val="04A0" w:firstRow="1" w:lastRow="0" w:firstColumn="1" w:lastColumn="0" w:noHBand="0" w:noVBand="1"/>
      </w:tblPr>
      <w:tblGrid>
        <w:gridCol w:w="2164"/>
        <w:gridCol w:w="2993"/>
        <w:gridCol w:w="1848"/>
        <w:gridCol w:w="3157"/>
      </w:tblGrid>
      <w:tr w:rsidR="003424AE" w:rsidRPr="0016159E" w14:paraId="3BAC51AA" w14:textId="77777777" w:rsidTr="00CC2960">
        <w:trPr>
          <w:trHeight w:val="1281"/>
        </w:trPr>
        <w:tc>
          <w:tcPr>
            <w:tcW w:w="2164" w:type="dxa"/>
            <w:shd w:val="clear" w:color="auto" w:fill="7030A0"/>
          </w:tcPr>
          <w:p w14:paraId="2C1E287B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16159E">
              <w:rPr>
                <w:rFonts w:ascii="Cairo" w:hAnsi="Cairo" w:cs="Cairo"/>
                <w:b/>
                <w:bCs/>
                <w:color w:val="FFFFFF" w:themeColor="background1"/>
              </w:rPr>
              <w:t>Primary Contact Person:</w:t>
            </w:r>
          </w:p>
        </w:tc>
        <w:tc>
          <w:tcPr>
            <w:tcW w:w="2993" w:type="dxa"/>
          </w:tcPr>
          <w:p w14:paraId="1C03D1CD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</w:p>
        </w:tc>
        <w:tc>
          <w:tcPr>
            <w:tcW w:w="1848" w:type="dxa"/>
            <w:shd w:val="clear" w:color="auto" w:fill="7030A0"/>
          </w:tcPr>
          <w:p w14:paraId="59945427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16159E">
              <w:rPr>
                <w:rFonts w:ascii="Cairo" w:hAnsi="Cairo" w:cs="Cairo"/>
                <w:b/>
                <w:bCs/>
                <w:color w:val="FFFFFF" w:themeColor="background1"/>
              </w:rPr>
              <w:t>Secondary Contact Person (Optional):</w:t>
            </w:r>
          </w:p>
        </w:tc>
        <w:tc>
          <w:tcPr>
            <w:tcW w:w="3157" w:type="dxa"/>
          </w:tcPr>
          <w:p w14:paraId="2A6D3C3A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</w:p>
        </w:tc>
      </w:tr>
      <w:tr w:rsidR="003424AE" w:rsidRPr="0016159E" w14:paraId="1B233B43" w14:textId="77777777" w:rsidTr="00CC2960">
        <w:trPr>
          <w:trHeight w:val="423"/>
        </w:trPr>
        <w:tc>
          <w:tcPr>
            <w:tcW w:w="2164" w:type="dxa"/>
          </w:tcPr>
          <w:p w14:paraId="5CC5C35E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 xml:space="preserve">Name: </w:t>
            </w:r>
          </w:p>
        </w:tc>
        <w:tc>
          <w:tcPr>
            <w:tcW w:w="2993" w:type="dxa"/>
          </w:tcPr>
          <w:p w14:paraId="29E4DA78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4B9E07F5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 xml:space="preserve">Name: </w:t>
            </w:r>
          </w:p>
        </w:tc>
        <w:tc>
          <w:tcPr>
            <w:tcW w:w="3157" w:type="dxa"/>
          </w:tcPr>
          <w:p w14:paraId="08A41E18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16159E" w14:paraId="5E1FC4F9" w14:textId="77777777" w:rsidTr="00CC2960">
        <w:trPr>
          <w:trHeight w:val="423"/>
        </w:trPr>
        <w:tc>
          <w:tcPr>
            <w:tcW w:w="2164" w:type="dxa"/>
          </w:tcPr>
          <w:p w14:paraId="31A54A30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>Title</w:t>
            </w:r>
            <w:r>
              <w:rPr>
                <w:rFonts w:ascii="Cairo" w:hAnsi="Cairo" w:cs="Cairo"/>
                <w:b/>
                <w:bCs/>
              </w:rPr>
              <w:t>/Position</w:t>
            </w:r>
            <w:r w:rsidRPr="0016159E">
              <w:rPr>
                <w:rFonts w:ascii="Cairo" w:hAnsi="Cairo" w:cs="Cairo"/>
                <w:b/>
                <w:bCs/>
              </w:rPr>
              <w:t xml:space="preserve">: </w:t>
            </w:r>
          </w:p>
        </w:tc>
        <w:tc>
          <w:tcPr>
            <w:tcW w:w="2993" w:type="dxa"/>
          </w:tcPr>
          <w:p w14:paraId="2D1BECE7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235C2F1D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>Title</w:t>
            </w:r>
            <w:r>
              <w:rPr>
                <w:rFonts w:ascii="Cairo" w:hAnsi="Cairo" w:cs="Cairo"/>
                <w:b/>
                <w:bCs/>
              </w:rPr>
              <w:t>/Position</w:t>
            </w:r>
            <w:r w:rsidRPr="007A0409">
              <w:rPr>
                <w:rFonts w:ascii="Cairo" w:hAnsi="Cairo" w:cs="Cairo"/>
                <w:b/>
                <w:bCs/>
              </w:rPr>
              <w:t xml:space="preserve">: </w:t>
            </w:r>
          </w:p>
        </w:tc>
        <w:tc>
          <w:tcPr>
            <w:tcW w:w="3157" w:type="dxa"/>
          </w:tcPr>
          <w:p w14:paraId="2288332B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16159E" w14:paraId="79AD6916" w14:textId="77777777" w:rsidTr="00CC2960">
        <w:trPr>
          <w:trHeight w:val="423"/>
        </w:trPr>
        <w:tc>
          <w:tcPr>
            <w:tcW w:w="2164" w:type="dxa"/>
          </w:tcPr>
          <w:p w14:paraId="03D461D2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 xml:space="preserve">Telephone: </w:t>
            </w:r>
          </w:p>
        </w:tc>
        <w:tc>
          <w:tcPr>
            <w:tcW w:w="2993" w:type="dxa"/>
          </w:tcPr>
          <w:p w14:paraId="05B97535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36D22368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 xml:space="preserve">Telephone: </w:t>
            </w:r>
          </w:p>
        </w:tc>
        <w:tc>
          <w:tcPr>
            <w:tcW w:w="3157" w:type="dxa"/>
          </w:tcPr>
          <w:p w14:paraId="36A52C9E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16159E" w14:paraId="6FB85A54" w14:textId="77777777" w:rsidTr="00CC2960">
        <w:trPr>
          <w:trHeight w:val="423"/>
        </w:trPr>
        <w:tc>
          <w:tcPr>
            <w:tcW w:w="2164" w:type="dxa"/>
          </w:tcPr>
          <w:p w14:paraId="0CA559F8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 xml:space="preserve">Email: </w:t>
            </w:r>
          </w:p>
        </w:tc>
        <w:tc>
          <w:tcPr>
            <w:tcW w:w="2993" w:type="dxa"/>
          </w:tcPr>
          <w:p w14:paraId="3E794501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4D58FCE5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 xml:space="preserve">Email: </w:t>
            </w:r>
          </w:p>
        </w:tc>
        <w:tc>
          <w:tcPr>
            <w:tcW w:w="3157" w:type="dxa"/>
          </w:tcPr>
          <w:p w14:paraId="69EACC9C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0E6E4AAB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3833493B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228D1E5F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3. Legal Registration</w:t>
      </w:r>
    </w:p>
    <w:p w14:paraId="1AD2F65C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2A41E4B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Please provide the following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2"/>
        <w:gridCol w:w="4298"/>
      </w:tblGrid>
      <w:tr w:rsidR="003424AE" w:rsidRPr="009A07A2" w14:paraId="00193CA9" w14:textId="77777777" w:rsidTr="00CC2960">
        <w:tc>
          <w:tcPr>
            <w:tcW w:w="4508" w:type="dxa"/>
            <w:shd w:val="clear" w:color="auto" w:fill="7030A0"/>
          </w:tcPr>
          <w:p w14:paraId="3CF00A4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Information</w:t>
            </w:r>
          </w:p>
        </w:tc>
        <w:tc>
          <w:tcPr>
            <w:tcW w:w="4508" w:type="dxa"/>
            <w:shd w:val="clear" w:color="auto" w:fill="7030A0"/>
          </w:tcPr>
          <w:p w14:paraId="5FC769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Details</w:t>
            </w:r>
          </w:p>
        </w:tc>
      </w:tr>
      <w:tr w:rsidR="003424AE" w:rsidRPr="009A07A2" w14:paraId="4B38AA94" w14:textId="77777777" w:rsidTr="00CC2960">
        <w:tc>
          <w:tcPr>
            <w:tcW w:w="4508" w:type="dxa"/>
          </w:tcPr>
          <w:p w14:paraId="6338C3C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lastRenderedPageBreak/>
              <w:t>Company Registration Number</w:t>
            </w:r>
          </w:p>
        </w:tc>
        <w:tc>
          <w:tcPr>
            <w:tcW w:w="4508" w:type="dxa"/>
          </w:tcPr>
          <w:p w14:paraId="13BCC0A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665B6E29" w14:textId="77777777" w:rsidTr="00CC2960">
        <w:tc>
          <w:tcPr>
            <w:tcW w:w="4508" w:type="dxa"/>
          </w:tcPr>
          <w:p w14:paraId="57F4C1A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Tax Identification Number</w:t>
            </w:r>
          </w:p>
        </w:tc>
        <w:tc>
          <w:tcPr>
            <w:tcW w:w="4508" w:type="dxa"/>
          </w:tcPr>
          <w:p w14:paraId="63B65EB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770AB96A" w14:textId="77777777" w:rsidTr="00CC2960">
        <w:tc>
          <w:tcPr>
            <w:tcW w:w="4508" w:type="dxa"/>
          </w:tcPr>
          <w:p w14:paraId="5C9E0E2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Professional License Number (CPA)</w:t>
            </w:r>
          </w:p>
        </w:tc>
        <w:tc>
          <w:tcPr>
            <w:tcW w:w="4508" w:type="dxa"/>
          </w:tcPr>
          <w:p w14:paraId="3691162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0E871049" w14:textId="77777777" w:rsidTr="00CC2960">
        <w:tc>
          <w:tcPr>
            <w:tcW w:w="4508" w:type="dxa"/>
          </w:tcPr>
          <w:p w14:paraId="7178180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State of Licensing</w:t>
            </w:r>
          </w:p>
        </w:tc>
        <w:tc>
          <w:tcPr>
            <w:tcW w:w="4508" w:type="dxa"/>
          </w:tcPr>
          <w:p w14:paraId="273DF25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6E886CB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02BFFBDB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  <w:highlight w:val="yellow"/>
        </w:rPr>
        <w:t>Attach copies of:</w:t>
      </w:r>
    </w:p>
    <w:p w14:paraId="1A2DC3C6" w14:textId="77777777" w:rsidR="003424AE" w:rsidRPr="009A07A2" w:rsidRDefault="003424AE" w:rsidP="003424AE">
      <w:pPr>
        <w:pStyle w:val="ListParagraph"/>
        <w:numPr>
          <w:ilvl w:val="0"/>
          <w:numId w:val="84"/>
        </w:num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</w:rPr>
        <w:t>Certificate of incorporation</w:t>
      </w:r>
    </w:p>
    <w:p w14:paraId="68BC33C8" w14:textId="77777777" w:rsidR="003424AE" w:rsidRPr="009A07A2" w:rsidRDefault="003424AE" w:rsidP="003424AE">
      <w:pPr>
        <w:pStyle w:val="ListParagraph"/>
        <w:numPr>
          <w:ilvl w:val="0"/>
          <w:numId w:val="84"/>
        </w:num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</w:rPr>
        <w:t>CPA registration/license</w:t>
      </w:r>
    </w:p>
    <w:p w14:paraId="171B80FC" w14:textId="77777777" w:rsidR="003424AE" w:rsidRPr="009A07A2" w:rsidRDefault="003424AE" w:rsidP="003424AE">
      <w:pPr>
        <w:pStyle w:val="ListParagraph"/>
        <w:numPr>
          <w:ilvl w:val="0"/>
          <w:numId w:val="84"/>
        </w:num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</w:rPr>
        <w:t>Tax registration certificate</w:t>
      </w:r>
    </w:p>
    <w:p w14:paraId="15300AA8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6F1590F7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4. Firm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1"/>
        <w:gridCol w:w="4309"/>
      </w:tblGrid>
      <w:tr w:rsidR="003424AE" w:rsidRPr="009A07A2" w14:paraId="753FAF24" w14:textId="77777777" w:rsidTr="00CC2960">
        <w:tc>
          <w:tcPr>
            <w:tcW w:w="4508" w:type="dxa"/>
            <w:shd w:val="clear" w:color="auto" w:fill="7030A0"/>
          </w:tcPr>
          <w:p w14:paraId="29674DF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Information</w:t>
            </w:r>
          </w:p>
        </w:tc>
        <w:tc>
          <w:tcPr>
            <w:tcW w:w="4508" w:type="dxa"/>
            <w:shd w:val="clear" w:color="auto" w:fill="7030A0"/>
          </w:tcPr>
          <w:p w14:paraId="7B25D3EA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Details</w:t>
            </w:r>
          </w:p>
        </w:tc>
      </w:tr>
      <w:tr w:rsidR="003424AE" w:rsidRPr="009A07A2" w14:paraId="1255CFC6" w14:textId="77777777" w:rsidTr="00CC2960">
        <w:tc>
          <w:tcPr>
            <w:tcW w:w="4508" w:type="dxa"/>
          </w:tcPr>
          <w:p w14:paraId="272EF11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Type of Entity</w:t>
            </w:r>
            <w:r>
              <w:rPr>
                <w:rFonts w:ascii="Cairo" w:hAnsi="Cairo" w:cs="Cairo"/>
                <w:b/>
                <w:bCs/>
              </w:rPr>
              <w:t xml:space="preserve"> </w:t>
            </w:r>
          </w:p>
        </w:tc>
        <w:tc>
          <w:tcPr>
            <w:tcW w:w="4508" w:type="dxa"/>
          </w:tcPr>
          <w:p w14:paraId="4EE3C05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(LLC / Partnership / Corporation / Other)</w:t>
            </w:r>
          </w:p>
        </w:tc>
      </w:tr>
      <w:tr w:rsidR="003424AE" w:rsidRPr="009A07A2" w14:paraId="0B647004" w14:textId="77777777" w:rsidTr="00CC2960">
        <w:tc>
          <w:tcPr>
            <w:tcW w:w="4508" w:type="dxa"/>
          </w:tcPr>
          <w:p w14:paraId="0110AB7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Number of Partners</w:t>
            </w:r>
          </w:p>
        </w:tc>
        <w:tc>
          <w:tcPr>
            <w:tcW w:w="4508" w:type="dxa"/>
          </w:tcPr>
          <w:p w14:paraId="778D864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29F54717" w14:textId="77777777" w:rsidTr="00CC2960">
        <w:tc>
          <w:tcPr>
            <w:tcW w:w="4508" w:type="dxa"/>
          </w:tcPr>
          <w:p w14:paraId="272A06F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Total Staff</w:t>
            </w:r>
          </w:p>
        </w:tc>
        <w:tc>
          <w:tcPr>
            <w:tcW w:w="4508" w:type="dxa"/>
          </w:tcPr>
          <w:p w14:paraId="125A36C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3244EACE" w14:textId="77777777" w:rsidTr="00CC2960">
        <w:tc>
          <w:tcPr>
            <w:tcW w:w="4508" w:type="dxa"/>
          </w:tcPr>
          <w:p w14:paraId="41B5176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Number of Audit Professionals</w:t>
            </w:r>
          </w:p>
        </w:tc>
        <w:tc>
          <w:tcPr>
            <w:tcW w:w="4508" w:type="dxa"/>
          </w:tcPr>
          <w:p w14:paraId="5B504A7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7E39EF02" w14:textId="77777777" w:rsidTr="00CC2960">
        <w:tc>
          <w:tcPr>
            <w:tcW w:w="4508" w:type="dxa"/>
          </w:tcPr>
          <w:p w14:paraId="18F0B03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DA1326">
              <w:rPr>
                <w:rFonts w:ascii="Cairo" w:hAnsi="Cairo" w:cs="Cairo"/>
                <w:b/>
                <w:bCs/>
              </w:rPr>
              <w:t>Number of Offices</w:t>
            </w:r>
          </w:p>
        </w:tc>
        <w:tc>
          <w:tcPr>
            <w:tcW w:w="4508" w:type="dxa"/>
          </w:tcPr>
          <w:p w14:paraId="64A3E2A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0F932C98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</w:p>
    <w:p w14:paraId="1C228947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5. Relevant Experience</w:t>
      </w:r>
    </w:p>
    <w:p w14:paraId="73F93C4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3B89BD8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Provide details of similar audit assignments conducted for nonprofit or international organizations in the last five years.</w:t>
      </w:r>
    </w:p>
    <w:p w14:paraId="2E384F70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4"/>
        <w:gridCol w:w="1708"/>
        <w:gridCol w:w="1771"/>
        <w:gridCol w:w="1701"/>
        <w:gridCol w:w="1736"/>
      </w:tblGrid>
      <w:tr w:rsidR="003424AE" w:rsidRPr="009A07A2" w14:paraId="5A94CFA5" w14:textId="77777777" w:rsidTr="00CC2960">
        <w:tc>
          <w:tcPr>
            <w:tcW w:w="1803" w:type="dxa"/>
            <w:shd w:val="clear" w:color="auto" w:fill="7030A0"/>
          </w:tcPr>
          <w:p w14:paraId="414C5766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Client Name</w:t>
            </w:r>
          </w:p>
        </w:tc>
        <w:tc>
          <w:tcPr>
            <w:tcW w:w="1803" w:type="dxa"/>
            <w:shd w:val="clear" w:color="auto" w:fill="7030A0"/>
          </w:tcPr>
          <w:p w14:paraId="28C1CA7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>
              <w:rPr>
                <w:rFonts w:ascii="Cairo" w:hAnsi="Cairo" w:cs="Cairo"/>
                <w:b/>
                <w:bCs/>
                <w:color w:val="FFFFFF" w:themeColor="background1"/>
              </w:rPr>
              <w:t>State</w:t>
            </w:r>
          </w:p>
        </w:tc>
        <w:tc>
          <w:tcPr>
            <w:tcW w:w="1803" w:type="dxa"/>
            <w:shd w:val="clear" w:color="auto" w:fill="7030A0"/>
          </w:tcPr>
          <w:p w14:paraId="2D81B6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Type of Organization</w:t>
            </w:r>
          </w:p>
        </w:tc>
        <w:tc>
          <w:tcPr>
            <w:tcW w:w="1803" w:type="dxa"/>
            <w:shd w:val="clear" w:color="auto" w:fill="7030A0"/>
          </w:tcPr>
          <w:p w14:paraId="6435344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Year</w:t>
            </w:r>
          </w:p>
        </w:tc>
        <w:tc>
          <w:tcPr>
            <w:tcW w:w="1804" w:type="dxa"/>
            <w:shd w:val="clear" w:color="auto" w:fill="7030A0"/>
          </w:tcPr>
          <w:p w14:paraId="68247B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Contract Value</w:t>
            </w:r>
          </w:p>
        </w:tc>
      </w:tr>
      <w:tr w:rsidR="003424AE" w:rsidRPr="009A07A2" w14:paraId="2804F5CC" w14:textId="77777777" w:rsidTr="00CC2960">
        <w:tc>
          <w:tcPr>
            <w:tcW w:w="1803" w:type="dxa"/>
          </w:tcPr>
          <w:p w14:paraId="19EED64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7A9FBD8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D37E74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44B0377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374D355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098A66EF" w14:textId="77777777" w:rsidTr="00CC2960">
        <w:tc>
          <w:tcPr>
            <w:tcW w:w="1803" w:type="dxa"/>
          </w:tcPr>
          <w:p w14:paraId="615651B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478B06E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3B94585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450E7AB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5787A3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79085D4D" w14:textId="77777777" w:rsidTr="00CC2960">
        <w:tc>
          <w:tcPr>
            <w:tcW w:w="1803" w:type="dxa"/>
          </w:tcPr>
          <w:p w14:paraId="1D9BA3E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76EBE74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31378A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2D07DEC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21F96E4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409C450A" w14:textId="77777777" w:rsidTr="00CC2960">
        <w:tc>
          <w:tcPr>
            <w:tcW w:w="1803" w:type="dxa"/>
          </w:tcPr>
          <w:p w14:paraId="50F0461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2CBCADA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D5EB15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14C62FF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122C17D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4B040955" w14:textId="77777777" w:rsidTr="00CC2960">
        <w:tc>
          <w:tcPr>
            <w:tcW w:w="1803" w:type="dxa"/>
          </w:tcPr>
          <w:p w14:paraId="46115C9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231AAD8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180F51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B47E27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6FC7473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74E6E18F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</w:p>
    <w:p w14:paraId="5868296D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6. References</w:t>
      </w:r>
    </w:p>
    <w:p w14:paraId="2F0A2BD1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Provide three references from recent clients.</w:t>
      </w:r>
    </w:p>
    <w:p w14:paraId="343FB60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2166"/>
        <w:gridCol w:w="2152"/>
        <w:gridCol w:w="2157"/>
      </w:tblGrid>
      <w:tr w:rsidR="003424AE" w:rsidRPr="009A07A2" w14:paraId="53E43786" w14:textId="77777777" w:rsidTr="00CC2960">
        <w:tc>
          <w:tcPr>
            <w:tcW w:w="2254" w:type="dxa"/>
            <w:shd w:val="clear" w:color="auto" w:fill="7030A0"/>
          </w:tcPr>
          <w:p w14:paraId="0B3656B4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Client Name</w:t>
            </w:r>
          </w:p>
        </w:tc>
        <w:tc>
          <w:tcPr>
            <w:tcW w:w="2254" w:type="dxa"/>
            <w:shd w:val="clear" w:color="auto" w:fill="7030A0"/>
          </w:tcPr>
          <w:p w14:paraId="3EA8E10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Contact Person</w:t>
            </w:r>
          </w:p>
        </w:tc>
        <w:tc>
          <w:tcPr>
            <w:tcW w:w="2254" w:type="dxa"/>
            <w:shd w:val="clear" w:color="auto" w:fill="7030A0"/>
          </w:tcPr>
          <w:p w14:paraId="6FCE894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Email</w:t>
            </w:r>
          </w:p>
        </w:tc>
        <w:tc>
          <w:tcPr>
            <w:tcW w:w="2254" w:type="dxa"/>
            <w:shd w:val="clear" w:color="auto" w:fill="7030A0"/>
          </w:tcPr>
          <w:p w14:paraId="6174AB8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Phone</w:t>
            </w:r>
          </w:p>
        </w:tc>
      </w:tr>
      <w:tr w:rsidR="003424AE" w:rsidRPr="009A07A2" w14:paraId="6D29223A" w14:textId="77777777" w:rsidTr="00CC2960">
        <w:tc>
          <w:tcPr>
            <w:tcW w:w="2254" w:type="dxa"/>
          </w:tcPr>
          <w:p w14:paraId="7532EA5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3D55039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0176A42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3F85054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3B06D06E" w14:textId="77777777" w:rsidTr="00CC2960">
        <w:tc>
          <w:tcPr>
            <w:tcW w:w="2254" w:type="dxa"/>
          </w:tcPr>
          <w:p w14:paraId="5E130CC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1BDDCB98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26D83A8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5049D1EA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58274529" w14:textId="77777777" w:rsidTr="00CC2960">
        <w:tc>
          <w:tcPr>
            <w:tcW w:w="2254" w:type="dxa"/>
          </w:tcPr>
          <w:p w14:paraId="0F76DE4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5E3B481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2348F6C4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412F8C54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75951D25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</w:p>
    <w:p w14:paraId="748BF9D1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</w:p>
    <w:p w14:paraId="38FBBDFD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7. Financial Capacity</w:t>
      </w:r>
    </w:p>
    <w:p w14:paraId="2CB45E8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1E9AABFF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Please provide the following financial information:</w:t>
      </w:r>
    </w:p>
    <w:p w14:paraId="2EC51866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8"/>
        <w:gridCol w:w="4302"/>
      </w:tblGrid>
      <w:tr w:rsidR="003424AE" w:rsidRPr="009A07A2" w14:paraId="2EDBFA88" w14:textId="77777777" w:rsidTr="00CC2960">
        <w:tc>
          <w:tcPr>
            <w:tcW w:w="4508" w:type="dxa"/>
            <w:shd w:val="clear" w:color="auto" w:fill="7030A0"/>
          </w:tcPr>
          <w:p w14:paraId="5A45D4D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Financial Indicator</w:t>
            </w:r>
          </w:p>
        </w:tc>
        <w:tc>
          <w:tcPr>
            <w:tcW w:w="4508" w:type="dxa"/>
            <w:shd w:val="clear" w:color="auto" w:fill="7030A0"/>
          </w:tcPr>
          <w:p w14:paraId="44027F57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Amount</w:t>
            </w:r>
          </w:p>
        </w:tc>
      </w:tr>
      <w:tr w:rsidR="003424AE" w:rsidRPr="009A07A2" w14:paraId="41129B96" w14:textId="77777777" w:rsidTr="00CC2960">
        <w:tc>
          <w:tcPr>
            <w:tcW w:w="4508" w:type="dxa"/>
          </w:tcPr>
          <w:p w14:paraId="482709A6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Annual Revenue (Last Year)</w:t>
            </w:r>
          </w:p>
        </w:tc>
        <w:tc>
          <w:tcPr>
            <w:tcW w:w="4508" w:type="dxa"/>
          </w:tcPr>
          <w:p w14:paraId="1CAA01C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43E2F0D2" w14:textId="77777777" w:rsidTr="00CC2960">
        <w:tc>
          <w:tcPr>
            <w:tcW w:w="4508" w:type="dxa"/>
          </w:tcPr>
          <w:p w14:paraId="01E7AC1A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Annual Revenue (Previous Year)</w:t>
            </w:r>
          </w:p>
        </w:tc>
        <w:tc>
          <w:tcPr>
            <w:tcW w:w="4508" w:type="dxa"/>
          </w:tcPr>
          <w:p w14:paraId="2FC2166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2AB42742" w14:textId="77777777" w:rsidTr="00CC2960">
        <w:tc>
          <w:tcPr>
            <w:tcW w:w="4508" w:type="dxa"/>
          </w:tcPr>
          <w:p w14:paraId="743D92F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Professional Indemnity Insurance</w:t>
            </w:r>
          </w:p>
        </w:tc>
        <w:tc>
          <w:tcPr>
            <w:tcW w:w="4508" w:type="dxa"/>
          </w:tcPr>
          <w:p w14:paraId="793CC08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5C52EBD0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742D666C" w14:textId="77777777" w:rsidR="003424AE" w:rsidRPr="00DA1326" w:rsidRDefault="003424AE" w:rsidP="003424AE">
      <w:pPr>
        <w:jc w:val="center"/>
        <w:rPr>
          <w:rFonts w:ascii="Cairo" w:hAnsi="Cairo" w:cs="Cairo"/>
          <w:b/>
          <w:bCs/>
        </w:rPr>
      </w:pPr>
      <w:r w:rsidRPr="00E74D92">
        <w:rPr>
          <w:rFonts w:ascii="Cairo" w:hAnsi="Cairo" w:cs="Cairo"/>
          <w:b/>
          <w:bCs/>
          <w:highlight w:val="yellow"/>
        </w:rPr>
        <w:t>Please submit your latest audited financial statements (if available)</w:t>
      </w:r>
    </w:p>
    <w:p w14:paraId="0CBF319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1DDE97DF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lastRenderedPageBreak/>
        <w:t>8. Compliance and Legal Status</w:t>
      </w:r>
    </w:p>
    <w:p w14:paraId="7F74FEF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4665D8A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Please confirm the following: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424AE" w:rsidRPr="009A07A2" w14:paraId="3C4A1E1A" w14:textId="77777777" w:rsidTr="00CC2960">
        <w:tc>
          <w:tcPr>
            <w:tcW w:w="2876" w:type="dxa"/>
            <w:shd w:val="clear" w:color="auto" w:fill="7030A0"/>
          </w:tcPr>
          <w:p w14:paraId="4C34EB1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b/>
                <w:bCs/>
                <w:color w:val="FFFFFF" w:themeColor="background1"/>
              </w:rPr>
              <w:t>Statement</w:t>
            </w:r>
          </w:p>
        </w:tc>
        <w:tc>
          <w:tcPr>
            <w:tcW w:w="2877" w:type="dxa"/>
            <w:shd w:val="clear" w:color="auto" w:fill="7030A0"/>
          </w:tcPr>
          <w:p w14:paraId="252C81B7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2877" w:type="dxa"/>
            <w:shd w:val="clear" w:color="auto" w:fill="7030A0"/>
          </w:tcPr>
          <w:p w14:paraId="37791C94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3424AE" w14:paraId="0E3A7158" w14:textId="77777777" w:rsidTr="00CC2960">
        <w:tc>
          <w:tcPr>
            <w:tcW w:w="2876" w:type="dxa"/>
          </w:tcPr>
          <w:p w14:paraId="0271981A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is legally registered</w:t>
            </w:r>
          </w:p>
        </w:tc>
        <w:tc>
          <w:tcPr>
            <w:tcW w:w="2877" w:type="dxa"/>
          </w:tcPr>
          <w:p w14:paraId="5AE4C9F4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16246B70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  <w:tr w:rsidR="003424AE" w14:paraId="4CE28728" w14:textId="77777777" w:rsidTr="00CC2960">
        <w:tc>
          <w:tcPr>
            <w:tcW w:w="2876" w:type="dxa"/>
          </w:tcPr>
          <w:p w14:paraId="731B05A5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is licensed to conduct audits</w:t>
            </w:r>
          </w:p>
        </w:tc>
        <w:tc>
          <w:tcPr>
            <w:tcW w:w="2877" w:type="dxa"/>
          </w:tcPr>
          <w:p w14:paraId="6EB4927C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20648F84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  <w:tr w:rsidR="003424AE" w14:paraId="5FB45845" w14:textId="77777777" w:rsidTr="00CC2960">
        <w:tc>
          <w:tcPr>
            <w:tcW w:w="2876" w:type="dxa"/>
          </w:tcPr>
          <w:p w14:paraId="2967D8F5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has not been subject to regulatory sanctions</w:t>
            </w:r>
          </w:p>
        </w:tc>
        <w:tc>
          <w:tcPr>
            <w:tcW w:w="2877" w:type="dxa"/>
          </w:tcPr>
          <w:p w14:paraId="0FFAF72A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29E8B6AA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  <w:tr w:rsidR="003424AE" w14:paraId="739D40E2" w14:textId="77777777" w:rsidTr="00CC2960">
        <w:tc>
          <w:tcPr>
            <w:tcW w:w="2876" w:type="dxa"/>
          </w:tcPr>
          <w:p w14:paraId="24AB37F8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has no pending litigation that may affect performance</w:t>
            </w:r>
          </w:p>
        </w:tc>
        <w:tc>
          <w:tcPr>
            <w:tcW w:w="2877" w:type="dxa"/>
          </w:tcPr>
          <w:p w14:paraId="578EE3F5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1FCC170E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72CF2545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0FD5BBFC" w14:textId="77777777" w:rsidR="003424AE" w:rsidRDefault="003424AE" w:rsidP="003424AE">
      <w:pPr>
        <w:rPr>
          <w:rFonts w:ascii="Cairo" w:hAnsi="Cairo" w:cs="Cairo"/>
          <w:b/>
          <w:bCs/>
        </w:rPr>
      </w:pPr>
      <w:r w:rsidRPr="00E74D92">
        <w:rPr>
          <w:rFonts w:ascii="Cairo" w:hAnsi="Cairo" w:cs="Cairo"/>
          <w:b/>
          <w:bCs/>
          <w:highlight w:val="yellow"/>
        </w:rPr>
        <w:t>If any answer is Yes, please provide details below:</w:t>
      </w:r>
    </w:p>
    <w:p w14:paraId="1599660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38EBC5D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48121596" w14:textId="77777777" w:rsidR="003424AE" w:rsidRPr="00E74D92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E74D92">
        <w:rPr>
          <w:rFonts w:ascii="Cairo" w:hAnsi="Cairo" w:cs="Cairo"/>
          <w:b/>
          <w:bCs/>
          <w:color w:val="FFFFFF" w:themeColor="background1"/>
        </w:rPr>
        <w:t>9. Declaration</w:t>
      </w:r>
    </w:p>
    <w:p w14:paraId="78D2E9B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4E5D0399" w14:textId="77777777" w:rsidR="003424AE" w:rsidRPr="00E74D92" w:rsidRDefault="003424AE" w:rsidP="003424AE">
      <w:pPr>
        <w:pStyle w:val="ListParagraph"/>
        <w:numPr>
          <w:ilvl w:val="0"/>
          <w:numId w:val="82"/>
        </w:numPr>
        <w:rPr>
          <w:rFonts w:ascii="Cairo" w:hAnsi="Cairo" w:cs="Cairo"/>
        </w:rPr>
      </w:pPr>
      <w:r w:rsidRPr="00E74D92">
        <w:rPr>
          <w:rFonts w:ascii="Cairo" w:hAnsi="Cairo" w:cs="Cairo"/>
        </w:rPr>
        <w:t>We certify that the information provided in this Bidder Information Form is true and accurate.</w:t>
      </w:r>
    </w:p>
    <w:p w14:paraId="615FD0A2" w14:textId="77777777" w:rsidR="003424AE" w:rsidRPr="00E74D92" w:rsidRDefault="003424AE" w:rsidP="003424AE">
      <w:pPr>
        <w:pStyle w:val="ListParagraph"/>
        <w:numPr>
          <w:ilvl w:val="0"/>
          <w:numId w:val="82"/>
        </w:numPr>
        <w:rPr>
          <w:rFonts w:ascii="Cairo" w:hAnsi="Cairo" w:cs="Cairo"/>
        </w:rPr>
      </w:pPr>
      <w:r w:rsidRPr="00E74D92">
        <w:rPr>
          <w:rFonts w:ascii="Cairo" w:hAnsi="Cairo" w:cs="Cairo"/>
        </w:rPr>
        <w:t>We understand that providing false information may result in disqualification from the procurement process.</w:t>
      </w:r>
    </w:p>
    <w:p w14:paraId="33D3BEB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5D47CFC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Authorized Representative</w:t>
      </w:r>
    </w:p>
    <w:p w14:paraId="26FB4E6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Name: __________________________________</w:t>
      </w:r>
    </w:p>
    <w:p w14:paraId="11FB8CF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Title: __________________________________</w:t>
      </w:r>
    </w:p>
    <w:p w14:paraId="7A5C183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Signature: _______________________________</w:t>
      </w:r>
    </w:p>
    <w:p w14:paraId="3A19645F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lastRenderedPageBreak/>
        <w:t>Date: __________________________________</w:t>
      </w:r>
      <w:r w:rsidRPr="00E74D92">
        <w:rPr>
          <w:rFonts w:ascii="Cairo" w:hAnsi="Cairo" w:cs="Cairo"/>
          <w:b/>
          <w:bCs/>
        </w:rPr>
        <w:t xml:space="preserve"> </w:t>
      </w:r>
      <w:r>
        <w:rPr>
          <w:rFonts w:ascii="Cairo" w:hAnsi="Cairo" w:cs="Cairo"/>
          <w:b/>
          <w:bCs/>
        </w:rPr>
        <w:t xml:space="preserve"> | </w:t>
      </w:r>
      <w:r w:rsidRPr="00DA1326">
        <w:rPr>
          <w:rFonts w:ascii="Cairo" w:hAnsi="Cairo" w:cs="Cairo"/>
          <w:b/>
          <w:bCs/>
        </w:rPr>
        <w:t>Company Stamp (if applicable)</w:t>
      </w:r>
    </w:p>
    <w:p w14:paraId="7B2C767C" w14:textId="77777777" w:rsidR="003424AE" w:rsidRDefault="003424AE" w:rsidP="003424AE"/>
    <w:p w14:paraId="2154EC48" w14:textId="0D5BADC2" w:rsidR="003424AE" w:rsidRDefault="003424AE">
      <w:pPr>
        <w:rPr>
          <w:rFonts w:ascii="Cairo" w:hAnsi="Cairo" w:cs="Cairo"/>
          <w:b/>
          <w:bCs/>
        </w:rPr>
      </w:pPr>
      <w:r>
        <w:rPr>
          <w:rFonts w:ascii="Cairo" w:hAnsi="Cairo" w:cs="Cairo"/>
          <w:b/>
          <w:bCs/>
        </w:rPr>
        <w:br w:type="page"/>
      </w:r>
    </w:p>
    <w:p w14:paraId="6ADFAD5B" w14:textId="2153D05D" w:rsidR="003424AE" w:rsidRDefault="003424AE" w:rsidP="00424D15">
      <w:pPr>
        <w:pStyle w:val="Heading1"/>
        <w:jc w:val="center"/>
        <w:rPr>
          <w:lang w:val="en-GB"/>
        </w:rPr>
      </w:pPr>
      <w:bookmarkStart w:id="13" w:name="_Toc225265357"/>
      <w:r w:rsidRPr="00614FCB">
        <w:rPr>
          <w:highlight w:val="yellow"/>
          <w:lang w:val="en-GB"/>
        </w:rPr>
        <w:lastRenderedPageBreak/>
        <w:t>APPENDIX B</w:t>
      </w:r>
      <w:r w:rsidR="00614FCB" w:rsidRPr="00614FCB">
        <w:rPr>
          <w:highlight w:val="yellow"/>
          <w:lang w:val="en-GB"/>
        </w:rPr>
        <w:t xml:space="preserve"> - Financial Proposal Template</w:t>
      </w:r>
      <w:bookmarkEnd w:id="13"/>
    </w:p>
    <w:bookmarkStart w:id="14" w:name="_Toc225265358"/>
    <w:p w14:paraId="46636C7A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1"/>
        <w:rPr>
          <w:rFonts w:ascii="Cairo" w:eastAsia="Times New Roman" w:hAnsi="Cairo" w:cs="Cairo"/>
          <w:sz w:val="24"/>
          <w:szCs w:val="24"/>
          <w:lang w:val="en-GB" w:eastAsia="en-GB"/>
        </w:rPr>
      </w:pPr>
      <w:r>
        <w:rPr>
          <w:rFonts w:ascii="Cairo" w:eastAsia="Times New Roman" w:hAnsi="Cairo" w:cs="Cairo"/>
          <w:b/>
          <w:bCs/>
          <w:noProof/>
          <w:sz w:val="36"/>
          <w:szCs w:val="36"/>
          <w:lang w:val="en-GB"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25444D" wp14:editId="52B9E336">
                <wp:simplePos x="0" y="0"/>
                <wp:positionH relativeFrom="column">
                  <wp:posOffset>-441960</wp:posOffset>
                </wp:positionH>
                <wp:positionV relativeFrom="paragraph">
                  <wp:posOffset>581660</wp:posOffset>
                </wp:positionV>
                <wp:extent cx="6507480" cy="2712720"/>
                <wp:effectExtent l="19050" t="19050" r="26670" b="11430"/>
                <wp:wrapNone/>
                <wp:docPr id="111234745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7480" cy="27127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457545C" id="Rectangle: Rounded Corners 2" o:spid="_x0000_s1026" style="position:absolute;margin-left:-34.8pt;margin-top:45.8pt;width:512.4pt;height:21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" filled="f" strokecolor="#7030a0" strokeweight="3pt"/>
            </w:pict>
          </mc:Fallback>
        </mc:AlternateContent>
      </w:r>
      <w:r w:rsidRPr="0021769E">
        <w:rPr>
          <w:rFonts w:ascii="Cairo" w:eastAsia="Times New Roman" w:hAnsi="Cairo" w:cs="Cairo"/>
          <w:b/>
          <w:bCs/>
          <w:sz w:val="36"/>
          <w:szCs w:val="36"/>
          <w:lang w:val="en-GB" w:eastAsia="en-GB"/>
        </w:rPr>
        <w:t>External Audit Services</w:t>
      </w:r>
      <w:r>
        <w:rPr>
          <w:rFonts w:ascii="Cairo" w:eastAsia="Times New Roman" w:hAnsi="Cairo" w:cs="Cairo"/>
          <w:b/>
          <w:bCs/>
          <w:sz w:val="36"/>
          <w:szCs w:val="36"/>
          <w:lang w:val="en-GB" w:eastAsia="en-GB"/>
        </w:rPr>
        <w:t xml:space="preserve"> - </w:t>
      </w:r>
      <w:r w:rsidRPr="0021769E">
        <w:rPr>
          <w:rFonts w:ascii="Cairo" w:eastAsia="Times New Roman" w:hAnsi="Cairo" w:cs="Cairo"/>
          <w:b/>
          <w:bCs/>
          <w:sz w:val="36"/>
          <w:szCs w:val="36"/>
          <w:lang w:val="en-GB" w:eastAsia="en-GB"/>
        </w:rPr>
        <w:t>Human Appeal USA</w:t>
      </w:r>
      <w:bookmarkEnd w:id="14"/>
    </w:p>
    <w:p w14:paraId="6F4561D4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2"/>
        <w:rPr>
          <w:rFonts w:ascii="Cairo" w:eastAsia="Times New Roman" w:hAnsi="Cairo" w:cs="Cairo"/>
          <w:b/>
          <w:bCs/>
          <w:sz w:val="27"/>
          <w:szCs w:val="27"/>
          <w:lang w:val="en-GB" w:eastAsia="en-GB"/>
        </w:rPr>
      </w:pPr>
      <w:bookmarkStart w:id="15" w:name="_Toc225265359"/>
      <w:r w:rsidRPr="0021769E">
        <w:rPr>
          <w:rFonts w:ascii="Cairo" w:eastAsia="Times New Roman" w:hAnsi="Cairo" w:cs="Cairo"/>
          <w:b/>
          <w:bCs/>
          <w:sz w:val="27"/>
          <w:szCs w:val="27"/>
          <w:lang w:val="en-GB" w:eastAsia="en-GB"/>
        </w:rPr>
        <w:t>Instructions to Bidders</w:t>
      </w:r>
      <w:bookmarkEnd w:id="15"/>
    </w:p>
    <w:p w14:paraId="53C6F63B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financial proposal must be submitted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separately from the technical proposal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12E104C9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All prices must be quoted in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USD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5D815435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Prices must include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all professional fees, travel costs, taxes, and any other expenses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related to the audit engagement.</w:t>
      </w:r>
    </w:p>
    <w:p w14:paraId="45885024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financial proposal must remain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valid for at least 90 days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from the proposal submission deadline.</w:t>
      </w:r>
    </w:p>
    <w:p w14:paraId="19775B95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13012931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16" w:name="_Toc225265360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1. Bidder Information</w:t>
      </w:r>
      <w:bookmarkEnd w:id="16"/>
    </w:p>
    <w:p w14:paraId="2E95E9E9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Firm Name: __________________________</w:t>
      </w:r>
    </w:p>
    <w:p w14:paraId="483B5075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Address: __________________________</w:t>
      </w:r>
    </w:p>
    <w:p w14:paraId="268A76EA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City / State: __________________________</w:t>
      </w:r>
    </w:p>
    <w:p w14:paraId="2900C3C1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Contact Person: __________________________</w:t>
      </w:r>
    </w:p>
    <w:p w14:paraId="1D62874D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Email: __________________________</w:t>
      </w:r>
    </w:p>
    <w:p w14:paraId="67ED53AF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Telephone: __________________________</w:t>
      </w:r>
    </w:p>
    <w:p w14:paraId="16B0620E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07AE61C5" w14:textId="77777777" w:rsidR="00DE0130" w:rsidRPr="00741E8D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17" w:name="_Toc225265361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2. Summary of Financial Proposal</w:t>
      </w:r>
      <w:bookmarkEnd w:id="17"/>
    </w:p>
    <w:tbl>
      <w:tblPr>
        <w:tblStyle w:val="TableGrid"/>
        <w:tblW w:w="10125" w:type="dxa"/>
        <w:tblLook w:val="04A0" w:firstRow="1" w:lastRow="0" w:firstColumn="1" w:lastColumn="0" w:noHBand="0" w:noVBand="1"/>
      </w:tblPr>
      <w:tblGrid>
        <w:gridCol w:w="6232"/>
        <w:gridCol w:w="1297"/>
        <w:gridCol w:w="1298"/>
        <w:gridCol w:w="1298"/>
      </w:tblGrid>
      <w:tr w:rsidR="00DE0130" w:rsidRPr="00741E8D" w14:paraId="3971EE4E" w14:textId="77777777" w:rsidTr="00CC2960">
        <w:trPr>
          <w:trHeight w:val="810"/>
        </w:trPr>
        <w:tc>
          <w:tcPr>
            <w:tcW w:w="6232" w:type="dxa"/>
            <w:shd w:val="clear" w:color="auto" w:fill="7030A0"/>
            <w:vAlign w:val="center"/>
          </w:tcPr>
          <w:p w14:paraId="47E97C4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18" w:name="_Toc225265362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lastRenderedPageBreak/>
              <w:t>Service Description</w:t>
            </w:r>
            <w:bookmarkEnd w:id="18"/>
          </w:p>
        </w:tc>
        <w:tc>
          <w:tcPr>
            <w:tcW w:w="1297" w:type="dxa"/>
            <w:shd w:val="clear" w:color="auto" w:fill="7030A0"/>
            <w:vAlign w:val="center"/>
          </w:tcPr>
          <w:p w14:paraId="6350EAE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19" w:name="_Toc225265363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Year 1 (USD)</w:t>
            </w:r>
            <w:bookmarkEnd w:id="19"/>
          </w:p>
        </w:tc>
        <w:tc>
          <w:tcPr>
            <w:tcW w:w="1298" w:type="dxa"/>
            <w:shd w:val="clear" w:color="auto" w:fill="7030A0"/>
            <w:vAlign w:val="center"/>
          </w:tcPr>
          <w:p w14:paraId="3251AF70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20" w:name="_Toc225265364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Year 2 (USD)</w:t>
            </w:r>
            <w:bookmarkEnd w:id="20"/>
          </w:p>
        </w:tc>
        <w:tc>
          <w:tcPr>
            <w:tcW w:w="1298" w:type="dxa"/>
            <w:shd w:val="clear" w:color="auto" w:fill="7030A0"/>
            <w:vAlign w:val="center"/>
          </w:tcPr>
          <w:p w14:paraId="02C422A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21" w:name="_Toc225265365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Year 3 (USD)</w:t>
            </w:r>
            <w:bookmarkEnd w:id="21"/>
          </w:p>
        </w:tc>
      </w:tr>
      <w:tr w:rsidR="00DE0130" w:rsidRPr="00741E8D" w14:paraId="0BB3F9D5" w14:textId="77777777" w:rsidTr="00CC2960">
        <w:trPr>
          <w:trHeight w:val="509"/>
        </w:trPr>
        <w:tc>
          <w:tcPr>
            <w:tcW w:w="6232" w:type="dxa"/>
          </w:tcPr>
          <w:p w14:paraId="62D0026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2" w:name="_Toc225265366"/>
            <w:r w:rsidRPr="00741E8D">
              <w:rPr>
                <w:rFonts w:ascii="Cairo" w:hAnsi="Cairo" w:cs="Cairo"/>
              </w:rPr>
              <w:t>Annual Financial Statement Audit</w:t>
            </w:r>
            <w:bookmarkEnd w:id="22"/>
          </w:p>
        </w:tc>
        <w:tc>
          <w:tcPr>
            <w:tcW w:w="1297" w:type="dxa"/>
          </w:tcPr>
          <w:p w14:paraId="60F9E32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6D8BCA38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26D9C6F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4A0DAF7E" w14:textId="77777777" w:rsidTr="00CC2960">
        <w:trPr>
          <w:trHeight w:val="497"/>
        </w:trPr>
        <w:tc>
          <w:tcPr>
            <w:tcW w:w="6232" w:type="dxa"/>
          </w:tcPr>
          <w:p w14:paraId="1284280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3" w:name="_Toc225265367"/>
            <w:r w:rsidRPr="00741E8D">
              <w:rPr>
                <w:rFonts w:ascii="Cairo" w:hAnsi="Cairo" w:cs="Cairo"/>
              </w:rPr>
              <w:t>Internal Control Review</w:t>
            </w:r>
            <w:bookmarkEnd w:id="23"/>
          </w:p>
        </w:tc>
        <w:tc>
          <w:tcPr>
            <w:tcW w:w="1297" w:type="dxa"/>
          </w:tcPr>
          <w:p w14:paraId="72FFC770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59931769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7AF5FD9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5772F969" w14:textId="77777777" w:rsidTr="00CC2960">
        <w:trPr>
          <w:trHeight w:val="509"/>
        </w:trPr>
        <w:tc>
          <w:tcPr>
            <w:tcW w:w="6232" w:type="dxa"/>
          </w:tcPr>
          <w:p w14:paraId="0A124C85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4" w:name="_Toc225265368"/>
            <w:r w:rsidRPr="00741E8D">
              <w:rPr>
                <w:rFonts w:ascii="Cairo" w:hAnsi="Cairo" w:cs="Cairo"/>
              </w:rPr>
              <w:t>Compliance Review</w:t>
            </w:r>
            <w:bookmarkEnd w:id="24"/>
          </w:p>
        </w:tc>
        <w:tc>
          <w:tcPr>
            <w:tcW w:w="1297" w:type="dxa"/>
          </w:tcPr>
          <w:p w14:paraId="7B0E325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6AAD9A3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2101A71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2ED225F6" w14:textId="77777777" w:rsidTr="00CC2960">
        <w:trPr>
          <w:trHeight w:val="497"/>
        </w:trPr>
        <w:tc>
          <w:tcPr>
            <w:tcW w:w="6232" w:type="dxa"/>
          </w:tcPr>
          <w:p w14:paraId="70D720D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5" w:name="_Toc225265369"/>
            <w:r w:rsidRPr="00741E8D">
              <w:rPr>
                <w:rFonts w:ascii="Cairo" w:hAnsi="Cairo" w:cs="Cairo"/>
              </w:rPr>
              <w:t>Management Letter Preparation</w:t>
            </w:r>
            <w:bookmarkEnd w:id="25"/>
          </w:p>
        </w:tc>
        <w:tc>
          <w:tcPr>
            <w:tcW w:w="1297" w:type="dxa"/>
          </w:tcPr>
          <w:p w14:paraId="0814917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181D00F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2BBA8D79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444CE664" w14:textId="77777777" w:rsidTr="00CC2960">
        <w:trPr>
          <w:trHeight w:val="509"/>
        </w:trPr>
        <w:tc>
          <w:tcPr>
            <w:tcW w:w="6232" w:type="dxa"/>
          </w:tcPr>
          <w:p w14:paraId="4F07216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6" w:name="_Toc225265370"/>
            <w:r w:rsidRPr="00741E8D">
              <w:rPr>
                <w:rFonts w:ascii="Cairo" w:hAnsi="Cairo" w:cs="Cairo"/>
              </w:rPr>
              <w:t>Audit Committee / Board Presentation</w:t>
            </w:r>
            <w:bookmarkEnd w:id="26"/>
          </w:p>
        </w:tc>
        <w:tc>
          <w:tcPr>
            <w:tcW w:w="1297" w:type="dxa"/>
          </w:tcPr>
          <w:p w14:paraId="5F98B6B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00A59B7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6C48EA2E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71234E1D" w14:textId="77777777" w:rsidTr="00CC2960">
        <w:trPr>
          <w:trHeight w:val="509"/>
        </w:trPr>
        <w:tc>
          <w:tcPr>
            <w:tcW w:w="6232" w:type="dxa"/>
            <w:shd w:val="clear" w:color="auto" w:fill="DAEEF3" w:themeFill="accent5" w:themeFillTint="33"/>
          </w:tcPr>
          <w:p w14:paraId="552F5D1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  <w:bookmarkStart w:id="27" w:name="_Toc225265371"/>
            <w:r w:rsidRPr="00741E8D">
              <w:rPr>
                <w:rFonts w:ascii="Cairo" w:hAnsi="Cairo" w:cs="Cairo"/>
                <w:b/>
                <w:bCs/>
              </w:rPr>
              <w:t>SUBTOTAL</w:t>
            </w:r>
            <w:bookmarkEnd w:id="27"/>
          </w:p>
        </w:tc>
        <w:tc>
          <w:tcPr>
            <w:tcW w:w="1297" w:type="dxa"/>
            <w:shd w:val="clear" w:color="auto" w:fill="DAEEF3" w:themeFill="accent5" w:themeFillTint="33"/>
          </w:tcPr>
          <w:p w14:paraId="1514637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  <w:shd w:val="clear" w:color="auto" w:fill="DAEEF3" w:themeFill="accent5" w:themeFillTint="33"/>
          </w:tcPr>
          <w:p w14:paraId="4A380FEA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  <w:shd w:val="clear" w:color="auto" w:fill="DAEEF3" w:themeFill="accent5" w:themeFillTint="33"/>
          </w:tcPr>
          <w:p w14:paraId="63C7556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</w:tbl>
    <w:p w14:paraId="7278B39B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2"/>
          <w:szCs w:val="2"/>
          <w:lang w:val="en-GB" w:eastAsia="en-GB"/>
        </w:rPr>
      </w:pPr>
    </w:p>
    <w:p w14:paraId="1B8F31EE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b/>
          <w:bCs/>
          <w:color w:val="EE0000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3. Breakdown of Professional Fees</w:t>
      </w:r>
      <w:r w:rsidRPr="00741E8D">
        <w:rPr>
          <w:rFonts w:ascii="Cairo" w:eastAsia="Times New Roman" w:hAnsi="Cairo" w:cs="Cairo"/>
          <w:b/>
          <w:bCs/>
          <w:color w:val="EE0000"/>
          <w:sz w:val="24"/>
          <w:szCs w:val="24"/>
          <w:lang w:val="en-GB" w:eastAsia="en-GB"/>
        </w:rPr>
        <w:t xml:space="preserve"> </w:t>
      </w:r>
    </w:p>
    <w:p w14:paraId="5F7B2B3C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b/>
          <w:bCs/>
          <w:color w:val="EE0000"/>
          <w:sz w:val="24"/>
          <w:szCs w:val="24"/>
          <w:lang w:val="en-GB" w:eastAsia="en-GB"/>
        </w:rPr>
      </w:pPr>
    </w:p>
    <w:p w14:paraId="13368A58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b/>
          <w:bCs/>
          <w:color w:val="7030A0"/>
          <w:sz w:val="24"/>
          <w:szCs w:val="24"/>
          <w:lang w:val="en-GB" w:eastAsia="en-GB"/>
        </w:rPr>
      </w:pPr>
      <w:r w:rsidRPr="00741E8D">
        <w:rPr>
          <w:rFonts w:ascii="Cairo" w:eastAsia="Times New Roman" w:hAnsi="Cairo" w:cs="Cairo"/>
          <w:b/>
          <w:bCs/>
          <w:color w:val="7030A0"/>
          <w:sz w:val="24"/>
          <w:szCs w:val="24"/>
          <w:highlight w:val="yellow"/>
          <w:lang w:val="en-GB" w:eastAsia="en-GB"/>
        </w:rPr>
        <w:t>IMPORTANT:</w:t>
      </w:r>
      <w:r w:rsidRPr="00741E8D">
        <w:rPr>
          <w:rFonts w:ascii="Cairo" w:eastAsia="Times New Roman" w:hAnsi="Cairo" w:cs="Cairo"/>
          <w:b/>
          <w:bCs/>
          <w:color w:val="7030A0"/>
          <w:sz w:val="24"/>
          <w:szCs w:val="24"/>
          <w:lang w:val="en-GB" w:eastAsia="en-GB"/>
        </w:rPr>
        <w:t xml:space="preserve"> please make sure you provide the resume/profile of the Team you intend to appoint to work with Human Appeal.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2157"/>
        <w:gridCol w:w="2157"/>
        <w:gridCol w:w="2344"/>
        <w:gridCol w:w="2268"/>
      </w:tblGrid>
      <w:tr w:rsidR="00DE0130" w:rsidRPr="00741E8D" w14:paraId="0CC03A4E" w14:textId="77777777" w:rsidTr="00CC2960">
        <w:trPr>
          <w:trHeight w:val="578"/>
        </w:trPr>
        <w:tc>
          <w:tcPr>
            <w:tcW w:w="2157" w:type="dxa"/>
            <w:shd w:val="clear" w:color="auto" w:fill="7030A0"/>
          </w:tcPr>
          <w:p w14:paraId="2E661AE0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28" w:name="_Toc225265372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Staff Category</w:t>
            </w:r>
            <w:bookmarkEnd w:id="28"/>
          </w:p>
        </w:tc>
        <w:tc>
          <w:tcPr>
            <w:tcW w:w="2157" w:type="dxa"/>
            <w:shd w:val="clear" w:color="auto" w:fill="7030A0"/>
          </w:tcPr>
          <w:p w14:paraId="1E21D31A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29" w:name="_Toc225265373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Estimated Hours</w:t>
            </w:r>
            <w:bookmarkEnd w:id="29"/>
          </w:p>
        </w:tc>
        <w:tc>
          <w:tcPr>
            <w:tcW w:w="2344" w:type="dxa"/>
            <w:shd w:val="clear" w:color="auto" w:fill="7030A0"/>
          </w:tcPr>
          <w:p w14:paraId="12AC4A1D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30" w:name="_Toc225265374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Hourly Rate (USD)</w:t>
            </w:r>
            <w:bookmarkEnd w:id="30"/>
          </w:p>
        </w:tc>
        <w:tc>
          <w:tcPr>
            <w:tcW w:w="2268" w:type="dxa"/>
            <w:shd w:val="clear" w:color="auto" w:fill="7030A0"/>
          </w:tcPr>
          <w:p w14:paraId="76A400D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31" w:name="_Toc225265375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Total Cost</w:t>
            </w:r>
            <w:bookmarkEnd w:id="31"/>
          </w:p>
        </w:tc>
      </w:tr>
      <w:tr w:rsidR="00DE0130" w:rsidRPr="00741E8D" w14:paraId="32BFF4AD" w14:textId="77777777" w:rsidTr="00CC2960">
        <w:trPr>
          <w:trHeight w:hRule="exact" w:val="572"/>
        </w:trPr>
        <w:tc>
          <w:tcPr>
            <w:tcW w:w="2157" w:type="dxa"/>
          </w:tcPr>
          <w:p w14:paraId="458976DC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  <w:bookmarkStart w:id="32" w:name="_Toc225265376"/>
            <w:r w:rsidRPr="00741E8D">
              <w:rPr>
                <w:rFonts w:ascii="Cairo" w:hAnsi="Cairo" w:cs="Cairo"/>
                <w:b/>
                <w:bCs/>
              </w:rPr>
              <w:t>Audit Partner</w:t>
            </w:r>
            <w:bookmarkEnd w:id="32"/>
          </w:p>
        </w:tc>
        <w:tc>
          <w:tcPr>
            <w:tcW w:w="2157" w:type="dxa"/>
          </w:tcPr>
          <w:p w14:paraId="45A1BC6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  <w:tc>
          <w:tcPr>
            <w:tcW w:w="2344" w:type="dxa"/>
          </w:tcPr>
          <w:p w14:paraId="68C667A7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  <w:tc>
          <w:tcPr>
            <w:tcW w:w="2268" w:type="dxa"/>
          </w:tcPr>
          <w:p w14:paraId="1E836B8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</w:tr>
      <w:tr w:rsidR="00DE0130" w:rsidRPr="00741E8D" w14:paraId="722589E4" w14:textId="77777777" w:rsidTr="00CC2960">
        <w:trPr>
          <w:trHeight w:val="573"/>
        </w:trPr>
        <w:tc>
          <w:tcPr>
            <w:tcW w:w="2157" w:type="dxa"/>
          </w:tcPr>
          <w:p w14:paraId="091A6F43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3" w:name="_Toc225265377"/>
            <w:r w:rsidRPr="00741E8D">
              <w:rPr>
                <w:rFonts w:ascii="Cairo" w:hAnsi="Cairo" w:cs="Cairo"/>
                <w:b/>
                <w:bCs/>
              </w:rPr>
              <w:t>Audit Manager</w:t>
            </w:r>
            <w:bookmarkEnd w:id="33"/>
          </w:p>
        </w:tc>
        <w:tc>
          <w:tcPr>
            <w:tcW w:w="2157" w:type="dxa"/>
          </w:tcPr>
          <w:p w14:paraId="562B0BB8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4C6D7C6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1F49ED69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2798F5D1" w14:textId="77777777" w:rsidTr="00CC2960">
        <w:trPr>
          <w:trHeight w:val="573"/>
        </w:trPr>
        <w:tc>
          <w:tcPr>
            <w:tcW w:w="2157" w:type="dxa"/>
          </w:tcPr>
          <w:p w14:paraId="2527EB3D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4" w:name="_Toc225265378"/>
            <w:r w:rsidRPr="00741E8D">
              <w:rPr>
                <w:rFonts w:ascii="Cairo" w:hAnsi="Cairo" w:cs="Cairo"/>
                <w:b/>
                <w:bCs/>
              </w:rPr>
              <w:t>Senior Auditor</w:t>
            </w:r>
            <w:bookmarkEnd w:id="34"/>
          </w:p>
        </w:tc>
        <w:tc>
          <w:tcPr>
            <w:tcW w:w="2157" w:type="dxa"/>
          </w:tcPr>
          <w:p w14:paraId="07783CE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2AC6520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154588A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48E50FF4" w14:textId="77777777" w:rsidTr="00CC2960">
        <w:trPr>
          <w:trHeight w:val="573"/>
        </w:trPr>
        <w:tc>
          <w:tcPr>
            <w:tcW w:w="2157" w:type="dxa"/>
          </w:tcPr>
          <w:p w14:paraId="321B29C5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5" w:name="_Toc225265379"/>
            <w:r w:rsidRPr="00741E8D">
              <w:rPr>
                <w:rFonts w:ascii="Cairo" w:hAnsi="Cairo" w:cs="Cairo"/>
                <w:b/>
                <w:bCs/>
              </w:rPr>
              <w:t>Audit Associate</w:t>
            </w:r>
            <w:bookmarkEnd w:id="35"/>
          </w:p>
        </w:tc>
        <w:tc>
          <w:tcPr>
            <w:tcW w:w="2157" w:type="dxa"/>
          </w:tcPr>
          <w:p w14:paraId="571E320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3C72DB2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1D4DB352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510B9D5D" w14:textId="77777777" w:rsidTr="00CC2960">
        <w:trPr>
          <w:trHeight w:val="573"/>
        </w:trPr>
        <w:tc>
          <w:tcPr>
            <w:tcW w:w="2157" w:type="dxa"/>
          </w:tcPr>
          <w:p w14:paraId="16A1E234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6" w:name="_Toc225265380"/>
            <w:r w:rsidRPr="00741E8D">
              <w:rPr>
                <w:rFonts w:ascii="Cairo" w:hAnsi="Cairo" w:cs="Cairo"/>
                <w:b/>
                <w:bCs/>
              </w:rPr>
              <w:t>Other Staff</w:t>
            </w:r>
            <w:bookmarkEnd w:id="36"/>
          </w:p>
        </w:tc>
        <w:tc>
          <w:tcPr>
            <w:tcW w:w="2157" w:type="dxa"/>
          </w:tcPr>
          <w:p w14:paraId="5B6FA135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6488508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5C8763C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11EBDBA8" w14:textId="77777777" w:rsidTr="00CC2960">
        <w:tc>
          <w:tcPr>
            <w:tcW w:w="6658" w:type="dxa"/>
            <w:gridSpan w:val="3"/>
            <w:shd w:val="clear" w:color="auto" w:fill="DAEEF3" w:themeFill="accent5" w:themeFillTint="33"/>
            <w:vAlign w:val="center"/>
          </w:tcPr>
          <w:p w14:paraId="45A0CAFB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  <w:bookmarkStart w:id="37" w:name="_Toc225265381"/>
            <w:r w:rsidRPr="00741E8D">
              <w:rPr>
                <w:rFonts w:ascii="Cairo" w:hAnsi="Cairo" w:cs="Cairo"/>
                <w:b/>
                <w:bCs/>
              </w:rPr>
              <w:t>TOTAL Professional Fees</w:t>
            </w:r>
            <w:bookmarkEnd w:id="37"/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14:paraId="4497E2FD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</w:tr>
    </w:tbl>
    <w:p w14:paraId="2056640C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2D48D3B0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38" w:name="_Toc225265382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4. Other Expenses</w:t>
      </w:r>
      <w:bookmarkEnd w:id="3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38E1EE60" w14:textId="77777777" w:rsidTr="00CC2960">
        <w:tc>
          <w:tcPr>
            <w:tcW w:w="4315" w:type="dxa"/>
            <w:shd w:val="clear" w:color="auto" w:fill="7030A0"/>
          </w:tcPr>
          <w:p w14:paraId="5DEDCAAC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lastRenderedPageBreak/>
              <w:t>Expense Category</w:t>
            </w:r>
          </w:p>
        </w:tc>
        <w:tc>
          <w:tcPr>
            <w:tcW w:w="4315" w:type="dxa"/>
            <w:shd w:val="clear" w:color="auto" w:fill="7030A0"/>
          </w:tcPr>
          <w:p w14:paraId="06850A1F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Cost (USD)</w:t>
            </w:r>
          </w:p>
        </w:tc>
      </w:tr>
      <w:tr w:rsidR="00DE0130" w:rsidRPr="00741E8D" w14:paraId="641217D5" w14:textId="77777777" w:rsidTr="00CC2960">
        <w:tc>
          <w:tcPr>
            <w:tcW w:w="4315" w:type="dxa"/>
          </w:tcPr>
          <w:p w14:paraId="4E82ABAC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Travel Expenses</w:t>
            </w:r>
          </w:p>
        </w:tc>
        <w:tc>
          <w:tcPr>
            <w:tcW w:w="4315" w:type="dxa"/>
          </w:tcPr>
          <w:p w14:paraId="0600B450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616F3B37" w14:textId="77777777" w:rsidTr="00CC2960">
        <w:tc>
          <w:tcPr>
            <w:tcW w:w="4315" w:type="dxa"/>
          </w:tcPr>
          <w:p w14:paraId="25293E1E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Accommodation</w:t>
            </w:r>
          </w:p>
        </w:tc>
        <w:tc>
          <w:tcPr>
            <w:tcW w:w="4315" w:type="dxa"/>
          </w:tcPr>
          <w:p w14:paraId="3A40C26A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6D8A3085" w14:textId="77777777" w:rsidTr="00CC2960">
        <w:tc>
          <w:tcPr>
            <w:tcW w:w="4315" w:type="dxa"/>
          </w:tcPr>
          <w:p w14:paraId="033F9D9A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Administrative Costs</w:t>
            </w:r>
          </w:p>
        </w:tc>
        <w:tc>
          <w:tcPr>
            <w:tcW w:w="4315" w:type="dxa"/>
          </w:tcPr>
          <w:p w14:paraId="3A8DD0A6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32CD4D48" w14:textId="77777777" w:rsidTr="00CC2960">
        <w:tc>
          <w:tcPr>
            <w:tcW w:w="4315" w:type="dxa"/>
          </w:tcPr>
          <w:p w14:paraId="69744258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Other Costs</w:t>
            </w:r>
          </w:p>
        </w:tc>
        <w:tc>
          <w:tcPr>
            <w:tcW w:w="4315" w:type="dxa"/>
          </w:tcPr>
          <w:p w14:paraId="2C2216B1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2755B4AF" w14:textId="77777777" w:rsidTr="00CC2960">
        <w:tc>
          <w:tcPr>
            <w:tcW w:w="4315" w:type="dxa"/>
            <w:shd w:val="clear" w:color="auto" w:fill="DAEEF3" w:themeFill="accent5" w:themeFillTint="33"/>
          </w:tcPr>
          <w:p w14:paraId="091A99DA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21769E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Total Other Expenses:</w:t>
            </w:r>
          </w:p>
        </w:tc>
        <w:tc>
          <w:tcPr>
            <w:tcW w:w="4315" w:type="dxa"/>
            <w:shd w:val="clear" w:color="auto" w:fill="DAEEF3" w:themeFill="accent5" w:themeFillTint="33"/>
          </w:tcPr>
          <w:p w14:paraId="5C8CF9BD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</w:tbl>
    <w:p w14:paraId="1E015C11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3535BE62" w14:textId="77777777" w:rsidR="00DE0130" w:rsidRPr="00741E8D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39" w:name="_Toc225265383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5. Total Financial Proposal</w:t>
      </w:r>
      <w:bookmarkEnd w:id="3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557F608D" w14:textId="77777777" w:rsidTr="00CC2960">
        <w:tc>
          <w:tcPr>
            <w:tcW w:w="4315" w:type="dxa"/>
            <w:shd w:val="clear" w:color="auto" w:fill="7030A0"/>
          </w:tcPr>
          <w:p w14:paraId="69D59702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32"/>
                <w:szCs w:val="32"/>
                <w:lang w:val="en-GB" w:eastAsia="en-GB"/>
              </w:rPr>
            </w:pPr>
            <w:bookmarkStart w:id="40" w:name="_Toc225265384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Cost Category</w:t>
            </w:r>
            <w:bookmarkEnd w:id="40"/>
          </w:p>
        </w:tc>
        <w:tc>
          <w:tcPr>
            <w:tcW w:w="4315" w:type="dxa"/>
            <w:shd w:val="clear" w:color="auto" w:fill="7030A0"/>
          </w:tcPr>
          <w:p w14:paraId="420F06A9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32"/>
                <w:szCs w:val="32"/>
                <w:lang w:val="en-GB" w:eastAsia="en-GB"/>
              </w:rPr>
            </w:pPr>
            <w:bookmarkStart w:id="41" w:name="_Toc225265385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Amount (USD)</w:t>
            </w:r>
            <w:bookmarkEnd w:id="41"/>
          </w:p>
        </w:tc>
      </w:tr>
      <w:tr w:rsidR="00DE0130" w:rsidRPr="00741E8D" w14:paraId="6D8F222A" w14:textId="77777777" w:rsidTr="00CC2960">
        <w:tc>
          <w:tcPr>
            <w:tcW w:w="4315" w:type="dxa"/>
          </w:tcPr>
          <w:p w14:paraId="12A7F54A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2" w:name="_Toc225265386"/>
            <w:r w:rsidRPr="00741E8D">
              <w:rPr>
                <w:rFonts w:ascii="Cairo" w:hAnsi="Cairo" w:cs="Cairo"/>
              </w:rPr>
              <w:t>Total Professional Fees</w:t>
            </w:r>
            <w:bookmarkEnd w:id="42"/>
          </w:p>
        </w:tc>
        <w:tc>
          <w:tcPr>
            <w:tcW w:w="4315" w:type="dxa"/>
          </w:tcPr>
          <w:p w14:paraId="5079D938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  <w:tr w:rsidR="00DE0130" w:rsidRPr="00741E8D" w14:paraId="5856BBD0" w14:textId="77777777" w:rsidTr="00CC2960">
        <w:tc>
          <w:tcPr>
            <w:tcW w:w="4315" w:type="dxa"/>
          </w:tcPr>
          <w:p w14:paraId="271EA9E2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3" w:name="_Toc225265387"/>
            <w:r w:rsidRPr="00741E8D">
              <w:rPr>
                <w:rFonts w:ascii="Cairo" w:hAnsi="Cairo" w:cs="Cairo"/>
              </w:rPr>
              <w:t>Total Expenses</w:t>
            </w:r>
            <w:bookmarkEnd w:id="43"/>
          </w:p>
        </w:tc>
        <w:tc>
          <w:tcPr>
            <w:tcW w:w="4315" w:type="dxa"/>
          </w:tcPr>
          <w:p w14:paraId="5E680A0F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  <w:tr w:rsidR="00DE0130" w:rsidRPr="00741E8D" w14:paraId="3F44E577" w14:textId="77777777" w:rsidTr="00CC2960">
        <w:tc>
          <w:tcPr>
            <w:tcW w:w="4315" w:type="dxa"/>
          </w:tcPr>
          <w:p w14:paraId="126FF6A7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4" w:name="_Toc225265388"/>
            <w:r w:rsidRPr="00741E8D">
              <w:rPr>
                <w:rFonts w:ascii="Cairo" w:hAnsi="Cairo" w:cs="Cairo"/>
              </w:rPr>
              <w:t>Taxes (if applicable)</w:t>
            </w:r>
            <w:bookmarkEnd w:id="44"/>
          </w:p>
        </w:tc>
        <w:tc>
          <w:tcPr>
            <w:tcW w:w="4315" w:type="dxa"/>
          </w:tcPr>
          <w:p w14:paraId="6C562135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  <w:tr w:rsidR="00DE0130" w:rsidRPr="00741E8D" w14:paraId="55C11D71" w14:textId="77777777" w:rsidTr="00CC2960">
        <w:tc>
          <w:tcPr>
            <w:tcW w:w="4315" w:type="dxa"/>
            <w:shd w:val="clear" w:color="auto" w:fill="DAEEF3" w:themeFill="accent5" w:themeFillTint="33"/>
          </w:tcPr>
          <w:p w14:paraId="5123DFC5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5" w:name="_Toc225265389"/>
            <w:r w:rsidRPr="00741E8D">
              <w:rPr>
                <w:rFonts w:ascii="Cairo" w:hAnsi="Cairo" w:cs="Cairo"/>
                <w:b/>
                <w:bCs/>
              </w:rPr>
              <w:t>Grand Total (in USD)</w:t>
            </w:r>
            <w:bookmarkEnd w:id="45"/>
          </w:p>
        </w:tc>
        <w:tc>
          <w:tcPr>
            <w:tcW w:w="4315" w:type="dxa"/>
            <w:shd w:val="clear" w:color="auto" w:fill="DAEEF3" w:themeFill="accent5" w:themeFillTint="33"/>
          </w:tcPr>
          <w:p w14:paraId="684C64BA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</w:tbl>
    <w:p w14:paraId="6C936B23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46" w:name="_Toc225265390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6. Optional Additional Services</w:t>
      </w:r>
      <w:bookmarkEnd w:id="46"/>
    </w:p>
    <w:p w14:paraId="6E821DEA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If applicable, provide pricing for additional services.</w:t>
      </w:r>
    </w:p>
    <w:p w14:paraId="10C2921F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5F0B02A5" w14:textId="77777777" w:rsidTr="00CC2960">
        <w:tc>
          <w:tcPr>
            <w:tcW w:w="4315" w:type="dxa"/>
            <w:shd w:val="clear" w:color="auto" w:fill="7030A0"/>
          </w:tcPr>
          <w:p w14:paraId="136C6956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Service</w:t>
            </w:r>
          </w:p>
        </w:tc>
        <w:tc>
          <w:tcPr>
            <w:tcW w:w="4315" w:type="dxa"/>
            <w:shd w:val="clear" w:color="auto" w:fill="7030A0"/>
          </w:tcPr>
          <w:p w14:paraId="4111B2F4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Fee</w:t>
            </w:r>
          </w:p>
        </w:tc>
      </w:tr>
      <w:tr w:rsidR="00DE0130" w:rsidRPr="00741E8D" w14:paraId="6DD329BE" w14:textId="77777777" w:rsidTr="00CC2960">
        <w:tc>
          <w:tcPr>
            <w:tcW w:w="4315" w:type="dxa"/>
          </w:tcPr>
          <w:p w14:paraId="44716323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Grant Compliance Audits</w:t>
            </w:r>
          </w:p>
        </w:tc>
        <w:tc>
          <w:tcPr>
            <w:tcW w:w="4315" w:type="dxa"/>
          </w:tcPr>
          <w:p w14:paraId="4CF4FE78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2F2B335E" w14:textId="77777777" w:rsidTr="00CC2960">
        <w:tc>
          <w:tcPr>
            <w:tcW w:w="4315" w:type="dxa"/>
          </w:tcPr>
          <w:p w14:paraId="58F54A4B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Special Investigations</w:t>
            </w:r>
          </w:p>
        </w:tc>
        <w:tc>
          <w:tcPr>
            <w:tcW w:w="4315" w:type="dxa"/>
          </w:tcPr>
          <w:p w14:paraId="55300B37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7B821AF4" w14:textId="77777777" w:rsidTr="00CC2960">
        <w:tc>
          <w:tcPr>
            <w:tcW w:w="4315" w:type="dxa"/>
          </w:tcPr>
          <w:p w14:paraId="275E76B1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Financial Advisory</w:t>
            </w:r>
          </w:p>
        </w:tc>
        <w:tc>
          <w:tcPr>
            <w:tcW w:w="4315" w:type="dxa"/>
          </w:tcPr>
          <w:p w14:paraId="6DFC1A19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18D8275E" w14:textId="77777777" w:rsidTr="00CC2960">
        <w:tc>
          <w:tcPr>
            <w:tcW w:w="4315" w:type="dxa"/>
          </w:tcPr>
          <w:p w14:paraId="4950F5CE" w14:textId="77777777" w:rsidR="00DE0130" w:rsidRPr="00741E8D" w:rsidRDefault="00DE0130" w:rsidP="00CC2960">
            <w:pPr>
              <w:rPr>
                <w:rFonts w:ascii="Cairo" w:hAnsi="Cairo" w:cs="Cairo"/>
              </w:rPr>
            </w:pPr>
            <w:r w:rsidRPr="00741E8D">
              <w:rPr>
                <w:rFonts w:ascii="Cairo" w:hAnsi="Cairo" w:cs="Cairo"/>
              </w:rPr>
              <w:t>Other(please specify)</w:t>
            </w:r>
          </w:p>
        </w:tc>
        <w:tc>
          <w:tcPr>
            <w:tcW w:w="4315" w:type="dxa"/>
          </w:tcPr>
          <w:p w14:paraId="41F2C0B8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5361949F" w14:textId="77777777" w:rsidTr="00CC2960">
        <w:tc>
          <w:tcPr>
            <w:tcW w:w="4315" w:type="dxa"/>
            <w:shd w:val="clear" w:color="auto" w:fill="E5DFEC" w:themeFill="accent4" w:themeFillTint="33"/>
          </w:tcPr>
          <w:p w14:paraId="376AF06E" w14:textId="77777777" w:rsidR="00DE0130" w:rsidRPr="00741E8D" w:rsidRDefault="00DE0130" w:rsidP="00CC2960">
            <w:pPr>
              <w:rPr>
                <w:rFonts w:ascii="Cairo" w:hAnsi="Cairo" w:cs="Cairo"/>
                <w:b/>
                <w:bCs/>
              </w:rPr>
            </w:pPr>
            <w:r w:rsidRPr="00741E8D">
              <w:rPr>
                <w:rFonts w:ascii="Cairo" w:hAnsi="Cairo" w:cs="Cairo"/>
                <w:b/>
                <w:bCs/>
              </w:rPr>
              <w:t>TOTAL Optional Additional Services</w:t>
            </w:r>
          </w:p>
        </w:tc>
        <w:tc>
          <w:tcPr>
            <w:tcW w:w="4315" w:type="dxa"/>
            <w:shd w:val="clear" w:color="auto" w:fill="E5DFEC" w:themeFill="accent4" w:themeFillTint="33"/>
          </w:tcPr>
          <w:p w14:paraId="1C96770B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</w:tbl>
    <w:p w14:paraId="618F775E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47" w:name="_Toc225265391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lastRenderedPageBreak/>
        <w:t>7. Payment Terms</w:t>
      </w:r>
      <w:bookmarkEnd w:id="47"/>
    </w:p>
    <w:p w14:paraId="57E348A8" w14:textId="77777777" w:rsidR="00DE0130" w:rsidRPr="00741E8D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Proposed payment schedule: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6BC5CAD6" w14:textId="77777777" w:rsidTr="00CC2960">
        <w:tc>
          <w:tcPr>
            <w:tcW w:w="4315" w:type="dxa"/>
            <w:shd w:val="clear" w:color="auto" w:fill="7030A0"/>
          </w:tcPr>
          <w:p w14:paraId="45674A5E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Milestone</w:t>
            </w:r>
          </w:p>
        </w:tc>
        <w:tc>
          <w:tcPr>
            <w:tcW w:w="4315" w:type="dxa"/>
            <w:shd w:val="clear" w:color="auto" w:fill="7030A0"/>
          </w:tcPr>
          <w:p w14:paraId="269CE339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Payment Percentage</w:t>
            </w:r>
          </w:p>
        </w:tc>
      </w:tr>
      <w:tr w:rsidR="00DE0130" w:rsidRPr="00741E8D" w14:paraId="297CE7FD" w14:textId="77777777" w:rsidTr="00CC2960">
        <w:tc>
          <w:tcPr>
            <w:tcW w:w="4315" w:type="dxa"/>
          </w:tcPr>
          <w:p w14:paraId="1E035860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Contract Signing</w:t>
            </w:r>
          </w:p>
        </w:tc>
        <w:tc>
          <w:tcPr>
            <w:tcW w:w="4315" w:type="dxa"/>
          </w:tcPr>
          <w:p w14:paraId="01620C42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6589E9F4" w14:textId="77777777" w:rsidTr="00CC2960">
        <w:tc>
          <w:tcPr>
            <w:tcW w:w="4315" w:type="dxa"/>
          </w:tcPr>
          <w:p w14:paraId="37DCAE9A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Completion of Fieldwork</w:t>
            </w:r>
          </w:p>
        </w:tc>
        <w:tc>
          <w:tcPr>
            <w:tcW w:w="4315" w:type="dxa"/>
          </w:tcPr>
          <w:p w14:paraId="2823192F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527D31FB" w14:textId="77777777" w:rsidTr="00CC2960">
        <w:tc>
          <w:tcPr>
            <w:tcW w:w="4315" w:type="dxa"/>
          </w:tcPr>
          <w:p w14:paraId="76E11339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Submission of Draft Audit Report</w:t>
            </w:r>
          </w:p>
        </w:tc>
        <w:tc>
          <w:tcPr>
            <w:tcW w:w="4315" w:type="dxa"/>
          </w:tcPr>
          <w:p w14:paraId="33AB6CE4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17A8AF33" w14:textId="77777777" w:rsidTr="00CC2960">
        <w:tc>
          <w:tcPr>
            <w:tcW w:w="4315" w:type="dxa"/>
          </w:tcPr>
          <w:p w14:paraId="27F34B25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Final Audit Report</w:t>
            </w:r>
          </w:p>
        </w:tc>
        <w:tc>
          <w:tcPr>
            <w:tcW w:w="4315" w:type="dxa"/>
          </w:tcPr>
          <w:p w14:paraId="3B967F91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</w:tbl>
    <w:p w14:paraId="3D5602FB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48" w:name="_Toc225265392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8. Financial Proposal Declaration</w:t>
      </w:r>
      <w:bookmarkEnd w:id="48"/>
    </w:p>
    <w:p w14:paraId="27BD2DA7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We confirm that:</w:t>
      </w:r>
    </w:p>
    <w:p w14:paraId="1F8D2AAC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• The above prices are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complete and accurate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br/>
        <w:t xml:space="preserve">• The financial proposal is valid for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90 days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from the submission deadline.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br/>
        <w:t xml:space="preserve">• We understand that Human Appeal USA is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not obligated to accept the lowest bid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5AADB82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Authorized Representative</w:t>
      </w:r>
    </w:p>
    <w:p w14:paraId="06B3C799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Name: __________________________</w:t>
      </w:r>
    </w:p>
    <w:p w14:paraId="39FCE2FE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Title: __________________________</w:t>
      </w:r>
    </w:p>
    <w:p w14:paraId="359CFCC5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Signature: __________________________</w:t>
      </w:r>
    </w:p>
    <w:p w14:paraId="6299EAE1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Date: __________________________</w:t>
      </w:r>
      <w:r w:rsidRPr="00741E8D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 | 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Company Stamp (if applicable)</w:t>
      </w:r>
    </w:p>
    <w:p w14:paraId="45D4A75C" w14:textId="77777777" w:rsidR="00DE0130" w:rsidRPr="00741E8D" w:rsidRDefault="00DE0130" w:rsidP="00DE0130">
      <w:pPr>
        <w:rPr>
          <w:rFonts w:ascii="Cairo" w:hAnsi="Cairo" w:cs="Cairo"/>
          <w:lang w:val="en-GB"/>
        </w:rPr>
      </w:pPr>
    </w:p>
    <w:p w14:paraId="34D93F76" w14:textId="46A5F6BD" w:rsidR="00DE0130" w:rsidRDefault="00DE0130">
      <w:pPr>
        <w:rPr>
          <w:rFonts w:ascii="Cairo" w:hAnsi="Cairo" w:cs="Cairo"/>
          <w:b/>
          <w:bCs/>
          <w:sz w:val="32"/>
          <w:szCs w:val="32"/>
          <w:lang w:val="en-GB"/>
        </w:rPr>
      </w:pPr>
      <w:r>
        <w:rPr>
          <w:rFonts w:ascii="Cairo" w:hAnsi="Cairo" w:cs="Cairo"/>
          <w:b/>
          <w:bCs/>
          <w:sz w:val="32"/>
          <w:szCs w:val="32"/>
          <w:lang w:val="en-GB"/>
        </w:rPr>
        <w:br w:type="page"/>
      </w:r>
    </w:p>
    <w:p w14:paraId="67F78314" w14:textId="48262384" w:rsidR="003424AE" w:rsidRDefault="00DE0130" w:rsidP="00424D15">
      <w:pPr>
        <w:pStyle w:val="Heading1"/>
        <w:rPr>
          <w:lang w:val="en-GB"/>
        </w:rPr>
      </w:pPr>
      <w:bookmarkStart w:id="49" w:name="_Toc225265393"/>
      <w:r w:rsidRPr="00424D15">
        <w:rPr>
          <w:highlight w:val="yellow"/>
          <w:lang w:val="en-GB"/>
        </w:rPr>
        <w:lastRenderedPageBreak/>
        <w:t>APPENDIX C</w:t>
      </w:r>
      <w:r w:rsidR="00614FCB" w:rsidRPr="00424D15">
        <w:rPr>
          <w:highlight w:val="yellow"/>
          <w:lang w:val="en-GB"/>
        </w:rPr>
        <w:t xml:space="preserve"> - </w:t>
      </w:r>
      <w:r w:rsidR="00424D15" w:rsidRPr="00424D15">
        <w:rPr>
          <w:highlight w:val="yellow"/>
          <w:lang w:val="en-GB"/>
        </w:rPr>
        <w:t>Audit Independence Questionnaire (Conflict Of Interest)</w:t>
      </w:r>
      <w:bookmarkEnd w:id="49"/>
    </w:p>
    <w:p w14:paraId="6276936F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 xml:space="preserve">This questionnaire ensures the auditor meets </w:t>
      </w:r>
      <w:r w:rsidRPr="00FA7D5B">
        <w:rPr>
          <w:rFonts w:ascii="Cairo" w:hAnsi="Cairo" w:cs="Cairo"/>
          <w:b/>
          <w:bCs/>
          <w:lang w:val="en-GB"/>
        </w:rPr>
        <w:t>independence standards required by professional accounting bodies</w:t>
      </w:r>
      <w:r w:rsidRPr="00FA7D5B">
        <w:rPr>
          <w:rFonts w:ascii="Cairo" w:hAnsi="Cairo" w:cs="Cairo"/>
          <w:lang w:val="en-GB"/>
        </w:rPr>
        <w:t>.</w:t>
      </w:r>
    </w:p>
    <w:p w14:paraId="7A02F8AA" w14:textId="77777777" w:rsidR="00922571" w:rsidRPr="00FA7D5B" w:rsidRDefault="00922571" w:rsidP="00922571">
      <w:pPr>
        <w:jc w:val="center"/>
        <w:rPr>
          <w:rFonts w:ascii="Cairo" w:hAnsi="Cairo" w:cs="Cairo"/>
          <w:b/>
          <w:bCs/>
          <w:sz w:val="32"/>
          <w:szCs w:val="32"/>
          <w:lang w:val="en-GB"/>
        </w:rPr>
      </w:pPr>
      <w:r w:rsidRPr="00FA7D5B">
        <w:rPr>
          <w:rFonts w:ascii="Cairo" w:hAnsi="Cairo" w:cs="Cairo"/>
          <w:b/>
          <w:bCs/>
          <w:sz w:val="32"/>
          <w:szCs w:val="32"/>
          <w:lang w:val="en-GB"/>
        </w:rPr>
        <w:t>Audit Independence Questionnaire</w:t>
      </w:r>
    </w:p>
    <w:p w14:paraId="5F0A8ED0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Firm Name: __________________</w:t>
      </w:r>
    </w:p>
    <w:p w14:paraId="3315A18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Engagement: External Audit – Human Appeal USA</w:t>
      </w:r>
    </w:p>
    <w:p w14:paraId="5FE3457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Completion Date: __________________</w:t>
      </w:r>
    </w:p>
    <w:p w14:paraId="2CED86C8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2F586D3D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1 – Financial Relationships</w:t>
      </w:r>
    </w:p>
    <w:p w14:paraId="6E639B0B" w14:textId="77777777" w:rsidR="00922571" w:rsidRPr="00FA7D5B" w:rsidRDefault="00922571" w:rsidP="00922571">
      <w:pPr>
        <w:numPr>
          <w:ilvl w:val="0"/>
          <w:numId w:val="70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Does the firm or any partner have a financial interest in Human Appeal USA?</w:t>
      </w:r>
    </w:p>
    <w:p w14:paraId="7E3FE5AF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745B71F7" w14:textId="77777777" w:rsidR="00922571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7330199F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If yes, provide details.</w:t>
      </w:r>
    </w:p>
    <w:p w14:paraId="1753E392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084E26CB" w14:textId="77777777" w:rsidR="00922571" w:rsidRPr="00FA7D5B" w:rsidRDefault="00922571" w:rsidP="00922571">
      <w:pPr>
        <w:numPr>
          <w:ilvl w:val="0"/>
          <w:numId w:val="71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Does the firm provide any other paid services to Human Appeal USA?</w:t>
      </w:r>
    </w:p>
    <w:p w14:paraId="3932E98D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71369BB7" w14:textId="77777777" w:rsidR="00922571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57009EF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If yes, describe services.</w:t>
      </w:r>
    </w:p>
    <w:p w14:paraId="4DE00BC7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2730B027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2 – Employment Relationships</w:t>
      </w:r>
    </w:p>
    <w:p w14:paraId="11E2A05D" w14:textId="77777777" w:rsidR="00922571" w:rsidRPr="00FA7D5B" w:rsidRDefault="00922571" w:rsidP="00922571">
      <w:pPr>
        <w:numPr>
          <w:ilvl w:val="0"/>
          <w:numId w:val="72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Has any partner or employee worked for Human Appeal USA in the last 3 years?</w:t>
      </w:r>
    </w:p>
    <w:p w14:paraId="3E2EBB3E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Segoe UI Symbol" w:hAnsi="Segoe UI Symbol" w:cs="Segoe UI Symbol"/>
          <w:lang w:val="en-GB"/>
        </w:rPr>
        <w:lastRenderedPageBreak/>
        <w:t>☐</w:t>
      </w:r>
      <w:r w:rsidRPr="00FA7D5B">
        <w:rPr>
          <w:rFonts w:ascii="Cairo" w:hAnsi="Cairo" w:cs="Cairo"/>
          <w:lang w:val="en-GB"/>
        </w:rPr>
        <w:t xml:space="preserve"> Yes</w:t>
      </w:r>
      <w:r w:rsidRPr="00FA7D5B">
        <w:rPr>
          <w:rFonts w:ascii="Cairo" w:hAnsi="Cairo" w:cs="Cairo"/>
          <w:lang w:val="en-GB"/>
        </w:rPr>
        <w:br/>
      </w:r>
      <w:r w:rsidRPr="00FA7D5B">
        <w:rPr>
          <w:rFonts w:ascii="Segoe UI Symbol" w:hAnsi="Segoe UI Symbol" w:cs="Segoe UI Symbol"/>
          <w:lang w:val="en-GB"/>
        </w:rPr>
        <w:t>☐</w:t>
      </w:r>
      <w:r w:rsidRPr="00FA7D5B">
        <w:rPr>
          <w:rFonts w:ascii="Cairo" w:hAnsi="Cairo" w:cs="Cairo"/>
          <w:lang w:val="en-GB"/>
        </w:rPr>
        <w:t xml:space="preserve"> No</w:t>
      </w:r>
    </w:p>
    <w:p w14:paraId="21D220DA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1543112E" w14:textId="77777777" w:rsidR="00922571" w:rsidRPr="00FA7D5B" w:rsidRDefault="00922571" w:rsidP="00922571">
      <w:pPr>
        <w:numPr>
          <w:ilvl w:val="0"/>
          <w:numId w:val="73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Are any immediate family members employed by Human Appeal USA?</w:t>
      </w:r>
    </w:p>
    <w:p w14:paraId="48F6DE36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41B7A8EA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3DD7F70B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3 – Governance Relationships</w:t>
      </w:r>
    </w:p>
    <w:p w14:paraId="212D3944" w14:textId="77777777" w:rsidR="00922571" w:rsidRPr="00FA7D5B" w:rsidRDefault="00922571" w:rsidP="00922571">
      <w:pPr>
        <w:numPr>
          <w:ilvl w:val="0"/>
          <w:numId w:val="74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Does any partner</w:t>
      </w:r>
      <w:r>
        <w:rPr>
          <w:rFonts w:ascii="Cairo" w:hAnsi="Cairo" w:cs="Cairo"/>
          <w:b/>
          <w:bCs/>
          <w:lang w:val="en-GB"/>
        </w:rPr>
        <w:t>/employee</w:t>
      </w:r>
      <w:r w:rsidRPr="00FA7D5B">
        <w:rPr>
          <w:rFonts w:ascii="Cairo" w:hAnsi="Cairo" w:cs="Cairo"/>
          <w:b/>
          <w:bCs/>
          <w:lang w:val="en-GB"/>
        </w:rPr>
        <w:t xml:space="preserve"> serve </w:t>
      </w:r>
      <w:r>
        <w:rPr>
          <w:rFonts w:ascii="Cairo" w:hAnsi="Cairo" w:cs="Cairo"/>
          <w:b/>
          <w:bCs/>
          <w:lang w:val="en-GB"/>
        </w:rPr>
        <w:t xml:space="preserve">as Trustee </w:t>
      </w:r>
      <w:r w:rsidRPr="00FA7D5B">
        <w:rPr>
          <w:rFonts w:ascii="Cairo" w:hAnsi="Cairo" w:cs="Cairo"/>
          <w:b/>
          <w:bCs/>
          <w:lang w:val="en-GB"/>
        </w:rPr>
        <w:t>of Human Appeal USA?</w:t>
      </w:r>
    </w:p>
    <w:p w14:paraId="5EFA9821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4EAB0D31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1325FD86" w14:textId="77777777" w:rsidR="00922571" w:rsidRPr="00FA7D5B" w:rsidRDefault="00922571" w:rsidP="00922571">
      <w:pPr>
        <w:numPr>
          <w:ilvl w:val="0"/>
          <w:numId w:val="75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Has the firm provided</w:t>
      </w:r>
      <w:r>
        <w:rPr>
          <w:rFonts w:ascii="Cairo" w:hAnsi="Cairo" w:cs="Cairo"/>
          <w:b/>
          <w:bCs/>
          <w:lang w:val="en-GB"/>
        </w:rPr>
        <w:t xml:space="preserve"> or still providing any</w:t>
      </w:r>
      <w:r w:rsidRPr="00FA7D5B">
        <w:rPr>
          <w:rFonts w:ascii="Cairo" w:hAnsi="Cairo" w:cs="Cairo"/>
          <w:b/>
          <w:bCs/>
          <w:lang w:val="en-GB"/>
        </w:rPr>
        <w:t xml:space="preserve"> consulting services </w:t>
      </w:r>
      <w:r>
        <w:rPr>
          <w:rFonts w:ascii="Cairo" w:hAnsi="Cairo" w:cs="Cairo"/>
          <w:b/>
          <w:bCs/>
          <w:lang w:val="en-GB"/>
        </w:rPr>
        <w:t>to Human Appeal which</w:t>
      </w:r>
      <w:r w:rsidRPr="00FA7D5B">
        <w:rPr>
          <w:rFonts w:ascii="Cairo" w:hAnsi="Cairo" w:cs="Cairo"/>
          <w:b/>
          <w:bCs/>
          <w:lang w:val="en-GB"/>
        </w:rPr>
        <w:t xml:space="preserve"> may impair </w:t>
      </w:r>
      <w:r>
        <w:rPr>
          <w:rFonts w:ascii="Cairo" w:hAnsi="Cairo" w:cs="Cairo"/>
          <w:b/>
          <w:bCs/>
          <w:lang w:val="en-GB"/>
        </w:rPr>
        <w:t xml:space="preserve">its </w:t>
      </w:r>
      <w:r w:rsidRPr="00FA7D5B">
        <w:rPr>
          <w:rFonts w:ascii="Cairo" w:hAnsi="Cairo" w:cs="Cairo"/>
          <w:b/>
          <w:bCs/>
          <w:lang w:val="en-GB"/>
        </w:rPr>
        <w:t>independence</w:t>
      </w:r>
      <w:r>
        <w:rPr>
          <w:rFonts w:ascii="Cairo" w:hAnsi="Cairo" w:cs="Cairo"/>
          <w:b/>
          <w:bCs/>
          <w:lang w:val="en-GB"/>
        </w:rPr>
        <w:t xml:space="preserve"> during the audit engagement</w:t>
      </w:r>
      <w:r w:rsidRPr="00FA7D5B">
        <w:rPr>
          <w:rFonts w:ascii="Cairo" w:hAnsi="Cairo" w:cs="Cairo"/>
          <w:b/>
          <w:bCs/>
          <w:lang w:val="en-GB"/>
        </w:rPr>
        <w:t>?</w:t>
      </w:r>
    </w:p>
    <w:p w14:paraId="337BC6A9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2E811817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2985E3E7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4 – Ethical Compliance</w:t>
      </w:r>
    </w:p>
    <w:p w14:paraId="1084DB94" w14:textId="77777777" w:rsidR="00922571" w:rsidRPr="00FA7D5B" w:rsidRDefault="00922571" w:rsidP="00922571">
      <w:pPr>
        <w:numPr>
          <w:ilvl w:val="0"/>
          <w:numId w:val="76"/>
        </w:num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Has the firm</w:t>
      </w:r>
      <w:r>
        <w:rPr>
          <w:rFonts w:ascii="Cairo" w:hAnsi="Cairo" w:cs="Cairo"/>
          <w:lang w:val="en-GB"/>
        </w:rPr>
        <w:t xml:space="preserve"> or any of its partner</w:t>
      </w:r>
      <w:r w:rsidRPr="00FA7D5B">
        <w:rPr>
          <w:rFonts w:ascii="Cairo" w:hAnsi="Cairo" w:cs="Cairo"/>
          <w:lang w:val="en-GB"/>
        </w:rPr>
        <w:t xml:space="preserve"> been subject to disciplinary action by a professional body?</w:t>
      </w:r>
    </w:p>
    <w:p w14:paraId="53E87B41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18CD5930" w14:textId="77777777" w:rsidR="00922571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18E3417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If yes, provide details.</w:t>
      </w:r>
    </w:p>
    <w:p w14:paraId="6153EA9E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6B5C8E8E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Declaration</w:t>
      </w:r>
    </w:p>
    <w:p w14:paraId="58D5D1A6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lastRenderedPageBreak/>
        <w:t>I certify that the above responses are accurate and that the firm complies with independence standards required under applicable auditing regulations.</w:t>
      </w:r>
    </w:p>
    <w:p w14:paraId="1DD8B515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Name: __________________</w:t>
      </w:r>
      <w:r w:rsidRPr="00FA7D5B">
        <w:rPr>
          <w:rFonts w:ascii="Cairo" w:hAnsi="Cairo" w:cs="Cairo"/>
          <w:lang w:val="en-GB"/>
        </w:rPr>
        <w:br/>
        <w:t>Title: __________________</w:t>
      </w:r>
    </w:p>
    <w:p w14:paraId="1DA7B010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Signature: __________________</w:t>
      </w:r>
    </w:p>
    <w:p w14:paraId="451A0997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Date: __________________</w:t>
      </w:r>
    </w:p>
    <w:p w14:paraId="12EEAD0A" w14:textId="77777777" w:rsidR="00922571" w:rsidRPr="00DF5967" w:rsidRDefault="00922571" w:rsidP="00922571"/>
    <w:p w14:paraId="2ED336F8" w14:textId="131FB694" w:rsidR="00922571" w:rsidRDefault="00922571">
      <w:pPr>
        <w:rPr>
          <w:rFonts w:ascii="Cairo" w:hAnsi="Cairo" w:cs="Cairo"/>
          <w:b/>
          <w:bCs/>
          <w:sz w:val="32"/>
          <w:szCs w:val="32"/>
          <w:lang w:val="en-GB"/>
        </w:rPr>
      </w:pPr>
      <w:r>
        <w:rPr>
          <w:rFonts w:ascii="Cairo" w:hAnsi="Cairo" w:cs="Cairo"/>
          <w:b/>
          <w:bCs/>
          <w:sz w:val="32"/>
          <w:szCs w:val="32"/>
          <w:lang w:val="en-GB"/>
        </w:rPr>
        <w:br w:type="page"/>
      </w:r>
    </w:p>
    <w:p w14:paraId="42AC10C6" w14:textId="1BD1F909" w:rsidR="00DE0130" w:rsidRPr="00B47A18" w:rsidRDefault="00922571" w:rsidP="00424D15">
      <w:pPr>
        <w:pStyle w:val="Heading1"/>
        <w:jc w:val="center"/>
        <w:rPr>
          <w:lang w:val="en-GB"/>
        </w:rPr>
      </w:pPr>
      <w:bookmarkStart w:id="50" w:name="_Toc225265394"/>
      <w:r w:rsidRPr="00B47A18">
        <w:rPr>
          <w:highlight w:val="yellow"/>
          <w:lang w:val="en-GB"/>
        </w:rPr>
        <w:lastRenderedPageBreak/>
        <w:t>APPENDIX D</w:t>
      </w:r>
      <w:r w:rsidR="007C275A" w:rsidRPr="00B47A18">
        <w:rPr>
          <w:highlight w:val="yellow"/>
          <w:lang w:val="en-GB"/>
        </w:rPr>
        <w:t xml:space="preserve"> – CONTRACT TEMPLATE (</w:t>
      </w:r>
      <w:r w:rsidR="00C77615" w:rsidRPr="00B47A18">
        <w:rPr>
          <w:highlight w:val="yellow"/>
          <w:lang w:val="en-GB"/>
        </w:rPr>
        <w:t>EXAMPLE/DRAFT)</w:t>
      </w:r>
      <w:bookmarkEnd w:id="50"/>
    </w:p>
    <w:p w14:paraId="59C0F4B2" w14:textId="77777777" w:rsidR="007C275A" w:rsidRPr="00BF23E8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External Audit Services Agreement</w:t>
      </w:r>
    </w:p>
    <w:p w14:paraId="5A7848C6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Between</w:t>
      </w:r>
    </w:p>
    <w:p w14:paraId="538CB449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Human Appeal USA</w:t>
      </w:r>
    </w:p>
    <w:p w14:paraId="57ED44FC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and</w:t>
      </w:r>
    </w:p>
    <w:p w14:paraId="447C6A0A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[Audit Firm Name]</w:t>
      </w:r>
    </w:p>
    <w:p w14:paraId="73FCCA16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Effective Date: __________________</w:t>
      </w:r>
    </w:p>
    <w:p w14:paraId="43E1A0A2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41DC3D65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1" w:name="_Toc225265395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1. Parties</w:t>
      </w:r>
      <w:bookmarkEnd w:id="51"/>
    </w:p>
    <w:p w14:paraId="392C1DAA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This Agreement is entered into between:</w:t>
      </w:r>
    </w:p>
    <w:p w14:paraId="6C7AD1A8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Human Appeal USA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[Address]</w:t>
      </w:r>
    </w:p>
    <w:p w14:paraId="3EC9FE2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and</w:t>
      </w:r>
    </w:p>
    <w:p w14:paraId="662751F7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[Audit Firm Name]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[Address]</w:t>
      </w:r>
    </w:p>
    <w:p w14:paraId="0D8054FD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0F4922B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2" w:name="_Toc225265396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2. Purpose</w:t>
      </w:r>
      <w:bookmarkEnd w:id="52"/>
    </w:p>
    <w:p w14:paraId="03C66250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purpose of this agreement is to appoint an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independent external auditor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to audit the financial statements of Human Appeal USA.</w:t>
      </w:r>
    </w:p>
    <w:p w14:paraId="6CB64CA2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28A6DE2F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3" w:name="_Toc225265397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lastRenderedPageBreak/>
        <w:t>3. Scope of Services</w:t>
      </w:r>
      <w:bookmarkEnd w:id="53"/>
    </w:p>
    <w:p w14:paraId="24A68A51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auditor shall perform:</w:t>
      </w:r>
    </w:p>
    <w:p w14:paraId="241505B7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Annual financial statement audit</w:t>
      </w:r>
    </w:p>
    <w:p w14:paraId="55891179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Review of internal controls</w:t>
      </w:r>
    </w:p>
    <w:p w14:paraId="0670408D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Compliance review</w:t>
      </w:r>
    </w:p>
    <w:p w14:paraId="1B6922CA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Verification of donor restricted funds</w:t>
      </w:r>
    </w:p>
    <w:p w14:paraId="2B68506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 shall be conducted in accordance with:</w:t>
      </w:r>
    </w:p>
    <w:p w14:paraId="5BE0B7DC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Generally Accepted Auditing Standards (GAAS)</w:t>
      </w:r>
    </w:p>
    <w:p w14:paraId="56FA6137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US Generally Accepted Accounting Principles (GAAP)</w:t>
      </w:r>
    </w:p>
    <w:p w14:paraId="5E706334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4" w:name="_Toc225265398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4. Auditor Responsibilities</w:t>
      </w:r>
      <w:bookmarkEnd w:id="54"/>
    </w:p>
    <w:p w14:paraId="189AB522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 firm shall:</w:t>
      </w:r>
    </w:p>
    <w:p w14:paraId="02239AC5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Conduct audit fieldwork</w:t>
      </w:r>
    </w:p>
    <w:p w14:paraId="2AF51AA2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Evaluate financial reporting accuracy</w:t>
      </w:r>
    </w:p>
    <w:p w14:paraId="180B92FF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Identify weaknesses in financial controls</w:t>
      </w:r>
    </w:p>
    <w:p w14:paraId="0F12F876" w14:textId="77777777" w:rsidR="007C275A" w:rsidRPr="00FA7D5B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Issue an independent audit opinion</w:t>
      </w:r>
    </w:p>
    <w:p w14:paraId="65D286B4" w14:textId="77777777" w:rsidR="007C275A" w:rsidRPr="00BF23E8" w:rsidRDefault="007C275A" w:rsidP="007C275A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24"/>
          <w:szCs w:val="24"/>
          <w:lang w:val="en-GB" w:eastAsia="en-GB"/>
        </w:rPr>
      </w:pPr>
    </w:p>
    <w:p w14:paraId="58869E4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5" w:name="_Toc225265399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5. Human Appeal Responsibilities</w:t>
      </w:r>
      <w:bookmarkEnd w:id="55"/>
    </w:p>
    <w:p w14:paraId="3F73D3ED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Human Appeal USA will:</w:t>
      </w:r>
    </w:p>
    <w:p w14:paraId="599610C6" w14:textId="77777777" w:rsidR="007C275A" w:rsidRPr="00BF23E8" w:rsidRDefault="007C275A" w:rsidP="007C275A">
      <w:pPr>
        <w:pStyle w:val="ListParagraph"/>
        <w:numPr>
          <w:ilvl w:val="0"/>
          <w:numId w:val="80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Provide financial records</w:t>
      </w:r>
    </w:p>
    <w:p w14:paraId="6D0E686C" w14:textId="77777777" w:rsidR="007C275A" w:rsidRPr="00BF23E8" w:rsidRDefault="007C275A" w:rsidP="007C275A">
      <w:pPr>
        <w:pStyle w:val="ListParagraph"/>
        <w:numPr>
          <w:ilvl w:val="0"/>
          <w:numId w:val="80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Provide access to staff and systems</w:t>
      </w:r>
    </w:p>
    <w:p w14:paraId="5CC8F809" w14:textId="77777777" w:rsidR="007C275A" w:rsidRPr="00BF23E8" w:rsidRDefault="007C275A" w:rsidP="007C275A">
      <w:pPr>
        <w:pStyle w:val="ListParagraph"/>
        <w:numPr>
          <w:ilvl w:val="0"/>
          <w:numId w:val="80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Facilitate audit fieldwork</w:t>
      </w:r>
    </w:p>
    <w:p w14:paraId="24E05467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6" w:name="_Toc225265400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6. Deliverables</w:t>
      </w:r>
      <w:bookmarkEnd w:id="56"/>
    </w:p>
    <w:p w14:paraId="4D12B2CF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lastRenderedPageBreak/>
        <w:t>The auditor must provide:</w:t>
      </w:r>
    </w:p>
    <w:p w14:paraId="61627C4C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Independent Auditor’s Report</w:t>
      </w:r>
    </w:p>
    <w:p w14:paraId="1A476C4B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Audited Financial Statements</w:t>
      </w:r>
    </w:p>
    <w:p w14:paraId="41123650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Management Letter</w:t>
      </w:r>
    </w:p>
    <w:p w14:paraId="72BA7653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Presentation to Audit Committee</w:t>
      </w:r>
      <w:r>
        <w:rPr>
          <w:rFonts w:ascii="Cairo" w:eastAsia="Times New Roman" w:hAnsi="Cairo" w:cs="Cairo"/>
          <w:sz w:val="24"/>
          <w:szCs w:val="24"/>
          <w:lang w:val="en-GB" w:eastAsia="en-GB"/>
        </w:rPr>
        <w:t xml:space="preserve"> or any other Executive Management team designated to serve in the capacity of Audit Committee where one is yet to be constituted.</w:t>
      </w:r>
    </w:p>
    <w:p w14:paraId="765A3121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7D1BBD3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7" w:name="_Toc225265401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7. Timeline</w:t>
      </w:r>
      <w:bookmarkEnd w:id="57"/>
    </w:p>
    <w:tbl>
      <w:tblPr>
        <w:tblW w:w="5569" w:type="dxa"/>
        <w:tblCellSpacing w:w="1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2"/>
        <w:gridCol w:w="977"/>
      </w:tblGrid>
      <w:tr w:rsidR="007C275A" w:rsidRPr="00BF23E8" w14:paraId="6F02640B" w14:textId="77777777" w:rsidTr="00CC2960">
        <w:trPr>
          <w:trHeight w:val="431"/>
          <w:tblHeader/>
          <w:tblCellSpacing w:w="15" w:type="dxa"/>
        </w:trPr>
        <w:tc>
          <w:tcPr>
            <w:tcW w:w="0" w:type="auto"/>
            <w:shd w:val="clear" w:color="auto" w:fill="7030A0"/>
            <w:vAlign w:val="center"/>
            <w:hideMark/>
          </w:tcPr>
          <w:p w14:paraId="2C37CFE9" w14:textId="77777777" w:rsidR="007C275A" w:rsidRPr="00FA7D5B" w:rsidRDefault="007C275A" w:rsidP="00CC2960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Activity</w:t>
            </w:r>
          </w:p>
        </w:tc>
        <w:tc>
          <w:tcPr>
            <w:tcW w:w="0" w:type="auto"/>
            <w:shd w:val="clear" w:color="auto" w:fill="7030A0"/>
            <w:vAlign w:val="center"/>
            <w:hideMark/>
          </w:tcPr>
          <w:p w14:paraId="742FF622" w14:textId="77777777" w:rsidR="007C275A" w:rsidRPr="00FA7D5B" w:rsidRDefault="007C275A" w:rsidP="00CC2960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Date</w:t>
            </w:r>
          </w:p>
        </w:tc>
      </w:tr>
      <w:tr w:rsidR="007C275A" w:rsidRPr="00FA7D5B" w14:paraId="1E43FA2A" w14:textId="77777777" w:rsidTr="00CC2960">
        <w:trPr>
          <w:trHeight w:val="419"/>
          <w:tblCellSpacing w:w="15" w:type="dxa"/>
        </w:trPr>
        <w:tc>
          <w:tcPr>
            <w:tcW w:w="0" w:type="auto"/>
            <w:vAlign w:val="center"/>
            <w:hideMark/>
          </w:tcPr>
          <w:p w14:paraId="49C4F733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Audit Fieldwork</w:t>
            </w:r>
            <w: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- Domestic</w:t>
            </w:r>
          </w:p>
        </w:tc>
        <w:tc>
          <w:tcPr>
            <w:tcW w:w="0" w:type="auto"/>
            <w:vAlign w:val="center"/>
            <w:hideMark/>
          </w:tcPr>
          <w:p w14:paraId="244C4D73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7C275A" w:rsidRPr="00FA7D5B" w14:paraId="08C56D56" w14:textId="77777777" w:rsidTr="00CC2960">
        <w:trPr>
          <w:trHeight w:val="431"/>
          <w:tblCellSpacing w:w="15" w:type="dxa"/>
        </w:trPr>
        <w:tc>
          <w:tcPr>
            <w:tcW w:w="0" w:type="auto"/>
            <w:shd w:val="clear" w:color="auto" w:fill="E5DFEC" w:themeFill="accent4" w:themeFillTint="33"/>
            <w:vAlign w:val="center"/>
            <w:hideMark/>
          </w:tcPr>
          <w:p w14:paraId="30E0D861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Draft Report</w:t>
            </w:r>
          </w:p>
        </w:tc>
        <w:tc>
          <w:tcPr>
            <w:tcW w:w="0" w:type="auto"/>
            <w:shd w:val="clear" w:color="auto" w:fill="E5DFEC" w:themeFill="accent4" w:themeFillTint="33"/>
            <w:vAlign w:val="center"/>
            <w:hideMark/>
          </w:tcPr>
          <w:p w14:paraId="3CD9C0C7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7C275A" w:rsidRPr="00FA7D5B" w14:paraId="2B4DEB83" w14:textId="77777777" w:rsidTr="00CC2960">
        <w:trPr>
          <w:trHeight w:val="419"/>
          <w:tblCellSpacing w:w="15" w:type="dxa"/>
        </w:trPr>
        <w:tc>
          <w:tcPr>
            <w:tcW w:w="0" w:type="auto"/>
            <w:vAlign w:val="center"/>
            <w:hideMark/>
          </w:tcPr>
          <w:p w14:paraId="190023F5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Final Report</w:t>
            </w:r>
          </w:p>
        </w:tc>
        <w:tc>
          <w:tcPr>
            <w:tcW w:w="0" w:type="auto"/>
            <w:vAlign w:val="center"/>
            <w:hideMark/>
          </w:tcPr>
          <w:p w14:paraId="35702BD2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</w:tbl>
    <w:p w14:paraId="6750BA5C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1F0A36F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8" w:name="_Toc225265402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8. Fees and Payment</w:t>
      </w:r>
      <w:bookmarkEnd w:id="58"/>
    </w:p>
    <w:p w14:paraId="65EC3A09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Audit fees shall be:</w:t>
      </w:r>
    </w:p>
    <w:tbl>
      <w:tblPr>
        <w:tblW w:w="6379" w:type="dxa"/>
        <w:tblCellSpacing w:w="1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6"/>
        <w:gridCol w:w="2183"/>
      </w:tblGrid>
      <w:tr w:rsidR="007C275A" w:rsidRPr="00BF23E8" w14:paraId="3D6B18E2" w14:textId="77777777" w:rsidTr="00CC2960">
        <w:trPr>
          <w:trHeight w:val="468"/>
          <w:tblHeader/>
          <w:tblCellSpacing w:w="15" w:type="dxa"/>
        </w:trPr>
        <w:tc>
          <w:tcPr>
            <w:tcW w:w="0" w:type="auto"/>
            <w:shd w:val="clear" w:color="auto" w:fill="7030A0"/>
            <w:vAlign w:val="center"/>
            <w:hideMark/>
          </w:tcPr>
          <w:p w14:paraId="327B58F7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Service</w:t>
            </w:r>
          </w:p>
        </w:tc>
        <w:tc>
          <w:tcPr>
            <w:tcW w:w="2138" w:type="dxa"/>
            <w:shd w:val="clear" w:color="auto" w:fill="7030A0"/>
            <w:vAlign w:val="center"/>
            <w:hideMark/>
          </w:tcPr>
          <w:p w14:paraId="4110D293" w14:textId="77777777" w:rsidR="007C275A" w:rsidRPr="00FA7D5B" w:rsidRDefault="007C275A" w:rsidP="00CC2960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Fee</w:t>
            </w:r>
          </w:p>
        </w:tc>
      </w:tr>
      <w:tr w:rsidR="007C275A" w:rsidRPr="00FA7D5B" w14:paraId="271EC223" w14:textId="77777777" w:rsidTr="00CC2960">
        <w:trPr>
          <w:trHeight w:val="455"/>
          <w:tblCellSpacing w:w="15" w:type="dxa"/>
        </w:trPr>
        <w:tc>
          <w:tcPr>
            <w:tcW w:w="0" w:type="auto"/>
            <w:vAlign w:val="center"/>
            <w:hideMark/>
          </w:tcPr>
          <w:p w14:paraId="50A67AE1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Annual Audit</w:t>
            </w:r>
          </w:p>
        </w:tc>
        <w:tc>
          <w:tcPr>
            <w:tcW w:w="2138" w:type="dxa"/>
            <w:vAlign w:val="center"/>
            <w:hideMark/>
          </w:tcPr>
          <w:p w14:paraId="1DC4EF58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7C275A" w:rsidRPr="00FA7D5B" w14:paraId="52C6BB75" w14:textId="77777777" w:rsidTr="00CC2960">
        <w:trPr>
          <w:trHeight w:val="468"/>
          <w:tblCellSpacing w:w="15" w:type="dxa"/>
        </w:trPr>
        <w:tc>
          <w:tcPr>
            <w:tcW w:w="0" w:type="auto"/>
            <w:shd w:val="clear" w:color="auto" w:fill="E5DFEC" w:themeFill="accent4" w:themeFillTint="33"/>
            <w:vAlign w:val="center"/>
            <w:hideMark/>
          </w:tcPr>
          <w:p w14:paraId="620A70E9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Additional Services</w:t>
            </w:r>
          </w:p>
        </w:tc>
        <w:tc>
          <w:tcPr>
            <w:tcW w:w="2138" w:type="dxa"/>
            <w:shd w:val="clear" w:color="auto" w:fill="E5DFEC" w:themeFill="accent4" w:themeFillTint="33"/>
            <w:vAlign w:val="center"/>
            <w:hideMark/>
          </w:tcPr>
          <w:p w14:paraId="459A7D53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</w:tbl>
    <w:p w14:paraId="2D125D55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commentRangeStart w:id="59"/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Payment schedule</w:t>
      </w: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(to be agreed/determined)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:</w:t>
      </w:r>
    </w:p>
    <w:p w14:paraId="349359F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• 50% upon commencement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• 50% upon delivery of final audit report</w:t>
      </w:r>
      <w:commentRangeEnd w:id="59"/>
      <w:r w:rsidR="00B47A18" w:rsidRPr="00FA7D5B">
        <w:rPr>
          <w:rStyle w:val="CommentReference"/>
          <w:rFonts w:ascii="Cairo" w:eastAsia="Times New Roman" w:hAnsi="Cairo" w:cs="Cairo"/>
          <w:sz w:val="24"/>
          <w:szCs w:val="24"/>
          <w:lang w:val="en-GB" w:eastAsia="en-GB"/>
        </w:rPr>
        <w:commentReference w:id="59"/>
      </w:r>
    </w:p>
    <w:p w14:paraId="13EE917A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0" w:name="_Toc225265403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lastRenderedPageBreak/>
        <w:t>9. Confidentiality</w:t>
      </w:r>
      <w:bookmarkEnd w:id="60"/>
    </w:p>
    <w:p w14:paraId="424FB2C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auditor shall maintain confidentiality regarding all financial and operational information obtained during the audit.</w:t>
      </w:r>
    </w:p>
    <w:p w14:paraId="0689BA96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1" w:name="_Toc225265404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10. Independence</w:t>
      </w:r>
      <w:bookmarkEnd w:id="61"/>
    </w:p>
    <w:p w14:paraId="6CC7B480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auditor confirms that:</w:t>
      </w:r>
    </w:p>
    <w:p w14:paraId="4464928D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• No conflicts of interest exist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• The firm remains independent throughout the engagement</w:t>
      </w:r>
    </w:p>
    <w:p w14:paraId="61571565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2" w:name="_Toc225265405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11. Liability</w:t>
      </w:r>
      <w:bookmarkEnd w:id="62"/>
    </w:p>
    <w:p w14:paraId="64DCAC4A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auditor shall maintain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professional indemnity insurance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0CA829B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7401211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3" w:name="_Toc225265406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12. Termination</w:t>
      </w:r>
      <w:bookmarkEnd w:id="63"/>
    </w:p>
    <w:p w14:paraId="6A60473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Either party may terminate the agreement with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30 days written notice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A986A0A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1428B470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4" w:name="_Toc225265407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13. Dispute Resolution</w:t>
      </w:r>
      <w:bookmarkEnd w:id="64"/>
    </w:p>
    <w:p w14:paraId="789EE601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Any dispute arising under this agreement shall be resolved through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mediation or arbitration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2EAB2D9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00DBD354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5" w:name="_Toc225265408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14. Governing Law</w:t>
      </w:r>
      <w:bookmarkEnd w:id="65"/>
    </w:p>
    <w:p w14:paraId="0C46DC3E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This agreement shall be governed by the laws of the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State of Texas, United States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157BECC5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4E36F566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6" w:name="_Toc225265409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lastRenderedPageBreak/>
        <w:t>15. Signatures</w:t>
      </w:r>
      <w:bookmarkEnd w:id="6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7C275A" w:rsidRPr="00BF23E8" w14:paraId="3804C452" w14:textId="77777777" w:rsidTr="00CC2960">
        <w:tc>
          <w:tcPr>
            <w:tcW w:w="4315" w:type="dxa"/>
          </w:tcPr>
          <w:p w14:paraId="2D71200E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Human Appeal USA</w:t>
            </w:r>
          </w:p>
          <w:p w14:paraId="67E78882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Name: __________________</w:t>
            </w: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br/>
              <w:t>Title: __________________</w:t>
            </w:r>
          </w:p>
          <w:p w14:paraId="386CD1BF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Signature: __________________</w:t>
            </w:r>
          </w:p>
          <w:p w14:paraId="41B76327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Date: __________________</w:t>
            </w:r>
          </w:p>
          <w:p w14:paraId="3363B60C" w14:textId="77777777" w:rsidR="007C275A" w:rsidRPr="00BF23E8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  <w:tc>
          <w:tcPr>
            <w:tcW w:w="4315" w:type="dxa"/>
          </w:tcPr>
          <w:p w14:paraId="134BACE6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Audit Firm</w:t>
            </w:r>
          </w:p>
          <w:p w14:paraId="5934B26B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Name: __________________</w:t>
            </w: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br/>
              <w:t>Title: __________________</w:t>
            </w:r>
          </w:p>
          <w:p w14:paraId="55AD9BEB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Signature: __________________</w:t>
            </w:r>
          </w:p>
          <w:p w14:paraId="0043798A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Date: __________________</w:t>
            </w:r>
          </w:p>
          <w:p w14:paraId="379A5D94" w14:textId="77777777" w:rsidR="007C275A" w:rsidRPr="00BF23E8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</w:tbl>
    <w:p w14:paraId="29EC3F94" w14:textId="77777777" w:rsidR="007C275A" w:rsidRPr="00BF23E8" w:rsidRDefault="007C275A" w:rsidP="007C275A">
      <w:pPr>
        <w:rPr>
          <w:rFonts w:ascii="Cairo" w:hAnsi="Cairo" w:cs="Cairo"/>
          <w:sz w:val="24"/>
          <w:szCs w:val="24"/>
        </w:rPr>
      </w:pPr>
    </w:p>
    <w:p w14:paraId="54029E9D" w14:textId="77777777" w:rsidR="00922571" w:rsidRPr="003424AE" w:rsidRDefault="00922571" w:rsidP="00922571">
      <w:pPr>
        <w:rPr>
          <w:rFonts w:ascii="Cairo" w:hAnsi="Cairo" w:cs="Cairo"/>
          <w:b/>
          <w:bCs/>
          <w:sz w:val="32"/>
          <w:szCs w:val="32"/>
          <w:lang w:val="en-GB"/>
        </w:rPr>
      </w:pPr>
    </w:p>
    <w:p w14:paraId="11259C09" w14:textId="77777777" w:rsidR="0042028E" w:rsidRPr="003424AE" w:rsidRDefault="0042028E" w:rsidP="006762F8">
      <w:pPr>
        <w:rPr>
          <w:rFonts w:ascii="Cairo" w:hAnsi="Cairo" w:cs="Cairo"/>
          <w:b/>
          <w:bCs/>
        </w:rPr>
      </w:pPr>
    </w:p>
    <w:p w14:paraId="6D53C53B" w14:textId="35B30CCF" w:rsidR="007D4B81" w:rsidRPr="00BE0642" w:rsidRDefault="009731FD" w:rsidP="00BE0642">
      <w:pPr>
        <w:jc w:val="center"/>
        <w:rPr>
          <w:rFonts w:ascii="Cairo" w:hAnsi="Cairo" w:cs="Cairo"/>
          <w:b/>
          <w:bCs/>
        </w:rPr>
      </w:pPr>
      <w:r w:rsidRPr="00BE0642">
        <w:rPr>
          <w:rFonts w:ascii="Cairo" w:hAnsi="Cairo" w:cs="Cairo"/>
          <w:b/>
          <w:bCs/>
          <w:lang w:val="en-GB"/>
        </w:rPr>
        <w:br/>
      </w:r>
    </w:p>
    <w:p w14:paraId="02CBD993" w14:textId="77777777" w:rsidR="007D4B81" w:rsidRPr="007D4B81" w:rsidRDefault="007D4B81" w:rsidP="000251C2">
      <w:pPr>
        <w:rPr>
          <w:rFonts w:ascii="Cairo" w:hAnsi="Cairo" w:cs="Cairo"/>
          <w:b/>
          <w:bCs/>
          <w:lang w:val="en-GB"/>
        </w:rPr>
      </w:pPr>
    </w:p>
    <w:sectPr w:rsidR="007D4B81" w:rsidRPr="007D4B81" w:rsidSect="00BE0642">
      <w:headerReference w:type="default" r:id="rId29"/>
      <w:pgSz w:w="12240" w:h="15840"/>
      <w:pgMar w:top="1440" w:right="1800" w:bottom="567" w:left="1800" w:header="720" w:footer="720" w:gutter="0"/>
      <w:pgNumType w:start="0"/>
      <w:cols w:space="720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59" w:author="Idris Olufowobi" w:date="2026-03-11T11:05:00Z" w:initials="IO">
    <w:p w14:paraId="674FD6AC" w14:textId="77777777" w:rsidR="007C275A" w:rsidRDefault="007C275A" w:rsidP="00C1070A">
      <w:pPr>
        <w:pStyle w:val="CommentText"/>
      </w:pPr>
      <w:r>
        <w:rPr>
          <w:rStyle w:val="CommentReference"/>
        </w:rPr>
        <w:annotationRef/>
      </w:r>
      <w:r>
        <w:t>This will contradict whatever is stated on the Annex B- Financial Proposal under section 7.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74FD6A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1E53DF8" w16cex:dateUtc="2026-03-11T11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74FD6AC" w16cid:durableId="11E53DF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8C57E" w14:textId="77777777" w:rsidR="003D39EF" w:rsidRDefault="003D39EF">
      <w:pPr>
        <w:spacing w:after="0" w:line="240" w:lineRule="auto"/>
      </w:pPr>
    </w:p>
  </w:endnote>
  <w:endnote w:type="continuationSeparator" w:id="0">
    <w:p w14:paraId="45E0CF59" w14:textId="77777777" w:rsidR="003D39EF" w:rsidRDefault="003D39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iro">
    <w:panose1 w:val="00000000000000000000"/>
    <w:charset w:val="00"/>
    <w:family w:val="auto"/>
    <w:pitch w:val="variable"/>
    <w:sig w:usb0="A00020AF" w:usb1="9000204B" w:usb2="00000008" w:usb3="00000000" w:csb0="000000D3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3C790" w14:textId="77777777" w:rsidR="003D39EF" w:rsidRDefault="003D39EF">
      <w:pPr>
        <w:spacing w:after="0" w:line="240" w:lineRule="auto"/>
      </w:pPr>
    </w:p>
  </w:footnote>
  <w:footnote w:type="continuationSeparator" w:id="0">
    <w:p w14:paraId="23873C20" w14:textId="77777777" w:rsidR="003D39EF" w:rsidRDefault="003D39E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69CB1" w14:textId="71DAF2E6" w:rsidR="001C4285" w:rsidRDefault="001C4285" w:rsidP="001C4285">
    <w:pPr>
      <w:pStyle w:val="Header"/>
      <w:jc w:val="center"/>
    </w:pPr>
    <w:r w:rsidRPr="00CD0A93">
      <w:rPr>
        <w:rFonts w:ascii="Cairo" w:hAnsi="Cairo" w:cs="Cairo"/>
        <w:b/>
        <w:bCs/>
        <w:color w:val="7030A0"/>
        <w:sz w:val="36"/>
        <w:szCs w:val="36"/>
      </w:rPr>
      <w:t>Request for Proposal (RFP)</w:t>
    </w:r>
    <w:r>
      <w:rPr>
        <w:noProof/>
      </w:rPr>
      <w:drawing>
        <wp:anchor distT="0" distB="0" distL="114300" distR="114300" simplePos="0" relativeHeight="251658240" behindDoc="0" locked="0" layoutInCell="1" allowOverlap="1" wp14:anchorId="2C064F72" wp14:editId="65313B66">
          <wp:simplePos x="0" y="0"/>
          <wp:positionH relativeFrom="column">
            <wp:posOffset>5692140</wp:posOffset>
          </wp:positionH>
          <wp:positionV relativeFrom="paragraph">
            <wp:posOffset>-449580</wp:posOffset>
          </wp:positionV>
          <wp:extent cx="933328" cy="861060"/>
          <wp:effectExtent l="0" t="0" r="635" b="0"/>
          <wp:wrapNone/>
          <wp:docPr id="12557695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69514" name="Picture 12557695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3328" cy="861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56157D"/>
    <w:multiLevelType w:val="multilevel"/>
    <w:tmpl w:val="07489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F64A18"/>
    <w:multiLevelType w:val="multilevel"/>
    <w:tmpl w:val="706E9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BD07CE"/>
    <w:multiLevelType w:val="multilevel"/>
    <w:tmpl w:val="3A5E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05492C"/>
    <w:multiLevelType w:val="multilevel"/>
    <w:tmpl w:val="B6AED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B34F65"/>
    <w:multiLevelType w:val="multilevel"/>
    <w:tmpl w:val="58A66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CE29A5"/>
    <w:multiLevelType w:val="multilevel"/>
    <w:tmpl w:val="A7341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B4501A2"/>
    <w:multiLevelType w:val="multilevel"/>
    <w:tmpl w:val="A634B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CAE2E86"/>
    <w:multiLevelType w:val="hybridMultilevel"/>
    <w:tmpl w:val="EF0EB3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886236"/>
    <w:multiLevelType w:val="multilevel"/>
    <w:tmpl w:val="F1D05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2434316"/>
    <w:multiLevelType w:val="multilevel"/>
    <w:tmpl w:val="C7989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34B6591"/>
    <w:multiLevelType w:val="multilevel"/>
    <w:tmpl w:val="63F4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50B7D40"/>
    <w:multiLevelType w:val="multilevel"/>
    <w:tmpl w:val="C1D23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C64CEB"/>
    <w:multiLevelType w:val="multilevel"/>
    <w:tmpl w:val="14EE5E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700115C"/>
    <w:multiLevelType w:val="multilevel"/>
    <w:tmpl w:val="39083F3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9B5B85"/>
    <w:multiLevelType w:val="hybridMultilevel"/>
    <w:tmpl w:val="AB5ED422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BB518F0"/>
    <w:multiLevelType w:val="multilevel"/>
    <w:tmpl w:val="CBAACE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CF402EA"/>
    <w:multiLevelType w:val="multilevel"/>
    <w:tmpl w:val="E51E6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3551C8A"/>
    <w:multiLevelType w:val="multilevel"/>
    <w:tmpl w:val="173CAA9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4AD47ED"/>
    <w:multiLevelType w:val="multilevel"/>
    <w:tmpl w:val="21A8B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6222721"/>
    <w:multiLevelType w:val="multilevel"/>
    <w:tmpl w:val="8BAE2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6AC53E0"/>
    <w:multiLevelType w:val="multilevel"/>
    <w:tmpl w:val="E5C8B70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8686434"/>
    <w:multiLevelType w:val="multilevel"/>
    <w:tmpl w:val="F0381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8D061DB"/>
    <w:multiLevelType w:val="multilevel"/>
    <w:tmpl w:val="BE1CE78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DC4691"/>
    <w:multiLevelType w:val="multilevel"/>
    <w:tmpl w:val="E6804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4D2197"/>
    <w:multiLevelType w:val="multilevel"/>
    <w:tmpl w:val="A6EC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140197F"/>
    <w:multiLevelType w:val="multilevel"/>
    <w:tmpl w:val="BC22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1775402"/>
    <w:multiLevelType w:val="hybridMultilevel"/>
    <w:tmpl w:val="17BAB0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2884441"/>
    <w:multiLevelType w:val="multilevel"/>
    <w:tmpl w:val="6D409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5AF3445"/>
    <w:multiLevelType w:val="hybridMultilevel"/>
    <w:tmpl w:val="CE842CEC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E79767E"/>
    <w:multiLevelType w:val="multilevel"/>
    <w:tmpl w:val="0F06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E951B1C"/>
    <w:multiLevelType w:val="multilevel"/>
    <w:tmpl w:val="5684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EA03A86"/>
    <w:multiLevelType w:val="multilevel"/>
    <w:tmpl w:val="C602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1313095"/>
    <w:multiLevelType w:val="multilevel"/>
    <w:tmpl w:val="04D0E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AB6DFE"/>
    <w:multiLevelType w:val="multilevel"/>
    <w:tmpl w:val="16F4F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2AF7AB9"/>
    <w:multiLevelType w:val="hybridMultilevel"/>
    <w:tmpl w:val="C6868DB4"/>
    <w:lvl w:ilvl="0" w:tplc="37284D74">
      <w:numFmt w:val="bullet"/>
      <w:lvlText w:val="•"/>
      <w:lvlJc w:val="left"/>
      <w:pPr>
        <w:ind w:left="108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42BB496D"/>
    <w:multiLevelType w:val="multilevel"/>
    <w:tmpl w:val="599AE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5551548"/>
    <w:multiLevelType w:val="multilevel"/>
    <w:tmpl w:val="309E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A084B3E"/>
    <w:multiLevelType w:val="multilevel"/>
    <w:tmpl w:val="9BA6D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8C33E8"/>
    <w:multiLevelType w:val="hybridMultilevel"/>
    <w:tmpl w:val="1B7CAF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AE7427E"/>
    <w:multiLevelType w:val="multilevel"/>
    <w:tmpl w:val="61F45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1450D5C"/>
    <w:multiLevelType w:val="multilevel"/>
    <w:tmpl w:val="4474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360598B"/>
    <w:multiLevelType w:val="multilevel"/>
    <w:tmpl w:val="F7AA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BD344B"/>
    <w:multiLevelType w:val="multilevel"/>
    <w:tmpl w:val="AC08344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4B73858"/>
    <w:multiLevelType w:val="multilevel"/>
    <w:tmpl w:val="71401F3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53806EF"/>
    <w:multiLevelType w:val="hybridMultilevel"/>
    <w:tmpl w:val="589017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416005"/>
    <w:multiLevelType w:val="multilevel"/>
    <w:tmpl w:val="E8E2A6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5AF70DF"/>
    <w:multiLevelType w:val="multilevel"/>
    <w:tmpl w:val="EC983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62346C2"/>
    <w:multiLevelType w:val="multilevel"/>
    <w:tmpl w:val="ADA66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69555AD"/>
    <w:multiLevelType w:val="multilevel"/>
    <w:tmpl w:val="1A767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72623D8"/>
    <w:multiLevelType w:val="multilevel"/>
    <w:tmpl w:val="80467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7E9614A"/>
    <w:multiLevelType w:val="multilevel"/>
    <w:tmpl w:val="71846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DC7623B"/>
    <w:multiLevelType w:val="multilevel"/>
    <w:tmpl w:val="587C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EF764AF"/>
    <w:multiLevelType w:val="multilevel"/>
    <w:tmpl w:val="BC383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04040E6"/>
    <w:multiLevelType w:val="multilevel"/>
    <w:tmpl w:val="D548DE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3366333"/>
    <w:multiLevelType w:val="multilevel"/>
    <w:tmpl w:val="E7BC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54B3C3E"/>
    <w:multiLevelType w:val="multilevel"/>
    <w:tmpl w:val="97704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5FF4083"/>
    <w:multiLevelType w:val="multilevel"/>
    <w:tmpl w:val="26142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64B2B38"/>
    <w:multiLevelType w:val="multilevel"/>
    <w:tmpl w:val="6FFCA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6F807F3"/>
    <w:multiLevelType w:val="multilevel"/>
    <w:tmpl w:val="668A3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92463E5"/>
    <w:multiLevelType w:val="multilevel"/>
    <w:tmpl w:val="1F4E4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93F5D76"/>
    <w:multiLevelType w:val="multilevel"/>
    <w:tmpl w:val="74345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9897949"/>
    <w:multiLevelType w:val="multilevel"/>
    <w:tmpl w:val="6600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CF42A1D"/>
    <w:multiLevelType w:val="multilevel"/>
    <w:tmpl w:val="A4586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D6A404D"/>
    <w:multiLevelType w:val="multilevel"/>
    <w:tmpl w:val="F6A4A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DAC2D8D"/>
    <w:multiLevelType w:val="multilevel"/>
    <w:tmpl w:val="5A26FD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E7B267D"/>
    <w:multiLevelType w:val="multilevel"/>
    <w:tmpl w:val="7F90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FE2002A"/>
    <w:multiLevelType w:val="hybridMultilevel"/>
    <w:tmpl w:val="F0464194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EB4879"/>
    <w:multiLevelType w:val="hybridMultilevel"/>
    <w:tmpl w:val="ABAEC750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491BC4"/>
    <w:multiLevelType w:val="multilevel"/>
    <w:tmpl w:val="C2D04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30B4422"/>
    <w:multiLevelType w:val="multilevel"/>
    <w:tmpl w:val="025E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4BF1B6B"/>
    <w:multiLevelType w:val="multilevel"/>
    <w:tmpl w:val="31781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72B0EF4"/>
    <w:multiLevelType w:val="multilevel"/>
    <w:tmpl w:val="A216A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8291DF7"/>
    <w:multiLevelType w:val="hybridMultilevel"/>
    <w:tmpl w:val="8B3CF0A0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91868C7"/>
    <w:multiLevelType w:val="multilevel"/>
    <w:tmpl w:val="F36C3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D5E543B"/>
    <w:multiLevelType w:val="multilevel"/>
    <w:tmpl w:val="3D22A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4466086">
    <w:abstractNumId w:val="8"/>
  </w:num>
  <w:num w:numId="2" w16cid:durableId="1190291337">
    <w:abstractNumId w:val="6"/>
  </w:num>
  <w:num w:numId="3" w16cid:durableId="1034620722">
    <w:abstractNumId w:val="5"/>
  </w:num>
  <w:num w:numId="4" w16cid:durableId="1643147085">
    <w:abstractNumId w:val="4"/>
  </w:num>
  <w:num w:numId="5" w16cid:durableId="2130204100">
    <w:abstractNumId w:val="7"/>
  </w:num>
  <w:num w:numId="6" w16cid:durableId="405956015">
    <w:abstractNumId w:val="3"/>
  </w:num>
  <w:num w:numId="7" w16cid:durableId="1461267282">
    <w:abstractNumId w:val="2"/>
  </w:num>
  <w:num w:numId="8" w16cid:durableId="1118597254">
    <w:abstractNumId w:val="1"/>
  </w:num>
  <w:num w:numId="9" w16cid:durableId="1011640104">
    <w:abstractNumId w:val="0"/>
  </w:num>
  <w:num w:numId="10" w16cid:durableId="924998309">
    <w:abstractNumId w:val="41"/>
  </w:num>
  <w:num w:numId="11" w16cid:durableId="1872061756">
    <w:abstractNumId w:val="39"/>
  </w:num>
  <w:num w:numId="12" w16cid:durableId="622688232">
    <w:abstractNumId w:val="14"/>
  </w:num>
  <w:num w:numId="13" w16cid:durableId="264070915">
    <w:abstractNumId w:val="55"/>
  </w:num>
  <w:num w:numId="14" w16cid:durableId="1180319253">
    <w:abstractNumId w:val="34"/>
  </w:num>
  <w:num w:numId="15" w16cid:durableId="1026831885">
    <w:abstractNumId w:val="60"/>
  </w:num>
  <w:num w:numId="16" w16cid:durableId="73476685">
    <w:abstractNumId w:val="46"/>
  </w:num>
  <w:num w:numId="17" w16cid:durableId="1065835138">
    <w:abstractNumId w:val="13"/>
  </w:num>
  <w:num w:numId="18" w16cid:durableId="469444970">
    <w:abstractNumId w:val="65"/>
  </w:num>
  <w:num w:numId="19" w16cid:durableId="1747415079">
    <w:abstractNumId w:val="36"/>
  </w:num>
  <w:num w:numId="20" w16cid:durableId="136341423">
    <w:abstractNumId w:val="58"/>
  </w:num>
  <w:num w:numId="21" w16cid:durableId="1625620883">
    <w:abstractNumId w:val="83"/>
  </w:num>
  <w:num w:numId="22" w16cid:durableId="184561329">
    <w:abstractNumId w:val="28"/>
  </w:num>
  <w:num w:numId="23" w16cid:durableId="433670092">
    <w:abstractNumId w:val="71"/>
  </w:num>
  <w:num w:numId="24" w16cid:durableId="643773680">
    <w:abstractNumId w:val="19"/>
  </w:num>
  <w:num w:numId="25" w16cid:durableId="646513208">
    <w:abstractNumId w:val="20"/>
  </w:num>
  <w:num w:numId="26" w16cid:durableId="330647256">
    <w:abstractNumId w:val="49"/>
  </w:num>
  <w:num w:numId="27" w16cid:durableId="1405639986">
    <w:abstractNumId w:val="11"/>
  </w:num>
  <w:num w:numId="28" w16cid:durableId="795026277">
    <w:abstractNumId w:val="18"/>
  </w:num>
  <w:num w:numId="29" w16cid:durableId="1278607369">
    <w:abstractNumId w:val="17"/>
  </w:num>
  <w:num w:numId="30" w16cid:durableId="988053038">
    <w:abstractNumId w:val="79"/>
  </w:num>
  <w:num w:numId="31" w16cid:durableId="1933468584">
    <w:abstractNumId w:val="78"/>
  </w:num>
  <w:num w:numId="32" w16cid:durableId="1528059241">
    <w:abstractNumId w:val="9"/>
  </w:num>
  <w:num w:numId="33" w16cid:durableId="307785360">
    <w:abstractNumId w:val="74"/>
  </w:num>
  <w:num w:numId="34" w16cid:durableId="1264649984">
    <w:abstractNumId w:val="64"/>
  </w:num>
  <w:num w:numId="35" w16cid:durableId="1009405953">
    <w:abstractNumId w:val="45"/>
  </w:num>
  <w:num w:numId="36" w16cid:durableId="2093157609">
    <w:abstractNumId w:val="10"/>
  </w:num>
  <w:num w:numId="37" w16cid:durableId="940337354">
    <w:abstractNumId w:val="70"/>
  </w:num>
  <w:num w:numId="38" w16cid:durableId="822359244">
    <w:abstractNumId w:val="63"/>
  </w:num>
  <w:num w:numId="39" w16cid:durableId="1939750263">
    <w:abstractNumId w:val="33"/>
  </w:num>
  <w:num w:numId="40" w16cid:durableId="1239897566">
    <w:abstractNumId w:val="48"/>
  </w:num>
  <w:num w:numId="41" w16cid:durableId="1404252499">
    <w:abstractNumId w:val="67"/>
  </w:num>
  <w:num w:numId="42" w16cid:durableId="789783459">
    <w:abstractNumId w:val="12"/>
  </w:num>
  <w:num w:numId="43" w16cid:durableId="1822116273">
    <w:abstractNumId w:val="56"/>
  </w:num>
  <w:num w:numId="44" w16cid:durableId="512494572">
    <w:abstractNumId w:val="40"/>
  </w:num>
  <w:num w:numId="45" w16cid:durableId="1275287159">
    <w:abstractNumId w:val="82"/>
  </w:num>
  <w:num w:numId="46" w16cid:durableId="1983583503">
    <w:abstractNumId w:val="57"/>
  </w:num>
  <w:num w:numId="47" w16cid:durableId="61296342">
    <w:abstractNumId w:val="15"/>
  </w:num>
  <w:num w:numId="48" w16cid:durableId="822040373">
    <w:abstractNumId w:val="38"/>
  </w:num>
  <w:num w:numId="49" w16cid:durableId="913583362">
    <w:abstractNumId w:val="50"/>
  </w:num>
  <w:num w:numId="50" w16cid:durableId="136537795">
    <w:abstractNumId w:val="77"/>
  </w:num>
  <w:num w:numId="51" w16cid:durableId="189417967">
    <w:abstractNumId w:val="21"/>
  </w:num>
  <w:num w:numId="52" w16cid:durableId="896015486">
    <w:abstractNumId w:val="29"/>
  </w:num>
  <w:num w:numId="53" w16cid:durableId="946083590">
    <w:abstractNumId w:val="52"/>
  </w:num>
  <w:num w:numId="54" w16cid:durableId="1740446772">
    <w:abstractNumId w:val="72"/>
  </w:num>
  <w:num w:numId="55" w16cid:durableId="875124213">
    <w:abstractNumId w:val="27"/>
  </w:num>
  <w:num w:numId="56" w16cid:durableId="1515145127">
    <w:abstractNumId w:val="68"/>
  </w:num>
  <w:num w:numId="57" w16cid:durableId="2069650472">
    <w:abstractNumId w:val="25"/>
  </w:num>
  <w:num w:numId="58" w16cid:durableId="537277711">
    <w:abstractNumId w:val="30"/>
  </w:num>
  <w:num w:numId="59" w16cid:durableId="508184401">
    <w:abstractNumId w:val="44"/>
  </w:num>
  <w:num w:numId="60" w16cid:durableId="889193040">
    <w:abstractNumId w:val="80"/>
  </w:num>
  <w:num w:numId="61" w16cid:durableId="88743105">
    <w:abstractNumId w:val="66"/>
  </w:num>
  <w:num w:numId="62" w16cid:durableId="1210916486">
    <w:abstractNumId w:val="54"/>
  </w:num>
  <w:num w:numId="63" w16cid:durableId="864055308">
    <w:abstractNumId w:val="26"/>
  </w:num>
  <w:num w:numId="64" w16cid:durableId="1537813275">
    <w:abstractNumId w:val="51"/>
  </w:num>
  <w:num w:numId="65" w16cid:durableId="915096558">
    <w:abstractNumId w:val="53"/>
  </w:num>
  <w:num w:numId="66" w16cid:durableId="106198184">
    <w:abstractNumId w:val="35"/>
  </w:num>
  <w:num w:numId="67" w16cid:durableId="1419252071">
    <w:abstractNumId w:val="47"/>
  </w:num>
  <w:num w:numId="68" w16cid:durableId="1263029954">
    <w:abstractNumId w:val="75"/>
  </w:num>
  <w:num w:numId="69" w16cid:durableId="1196887131">
    <w:abstractNumId w:val="43"/>
  </w:num>
  <w:num w:numId="70" w16cid:durableId="383650525">
    <w:abstractNumId w:val="61"/>
  </w:num>
  <w:num w:numId="71" w16cid:durableId="877817795">
    <w:abstractNumId w:val="73"/>
  </w:num>
  <w:num w:numId="72" w16cid:durableId="859242644">
    <w:abstractNumId w:val="62"/>
  </w:num>
  <w:num w:numId="73" w16cid:durableId="156192369">
    <w:abstractNumId w:val="69"/>
  </w:num>
  <w:num w:numId="74" w16cid:durableId="233200910">
    <w:abstractNumId w:val="24"/>
  </w:num>
  <w:num w:numId="75" w16cid:durableId="1676685335">
    <w:abstractNumId w:val="31"/>
  </w:num>
  <w:num w:numId="76" w16cid:durableId="313534220">
    <w:abstractNumId w:val="22"/>
  </w:num>
  <w:num w:numId="77" w16cid:durableId="1999577706">
    <w:abstractNumId w:val="42"/>
  </w:num>
  <w:num w:numId="78" w16cid:durableId="1634288010">
    <w:abstractNumId w:val="23"/>
  </w:num>
  <w:num w:numId="79" w16cid:durableId="1533768367">
    <w:abstractNumId w:val="81"/>
  </w:num>
  <w:num w:numId="80" w16cid:durableId="1292129416">
    <w:abstractNumId w:val="37"/>
  </w:num>
  <w:num w:numId="81" w16cid:durableId="1368218982">
    <w:abstractNumId w:val="32"/>
  </w:num>
  <w:num w:numId="82" w16cid:durableId="1010137716">
    <w:abstractNumId w:val="16"/>
  </w:num>
  <w:num w:numId="83" w16cid:durableId="361397030">
    <w:abstractNumId w:val="59"/>
  </w:num>
  <w:num w:numId="84" w16cid:durableId="844636223">
    <w:abstractNumId w:val="7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dris Olufowobi">
    <w15:presenceInfo w15:providerId="AD" w15:userId="S::idris.olufowobi@humanappeal.org.uk::a6f6a14d-1e76-4b46-be1f-ffdfc2361d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1C2"/>
    <w:rsid w:val="00034616"/>
    <w:rsid w:val="0006063C"/>
    <w:rsid w:val="000C6014"/>
    <w:rsid w:val="000E3FE7"/>
    <w:rsid w:val="0015074B"/>
    <w:rsid w:val="0016159E"/>
    <w:rsid w:val="001C4285"/>
    <w:rsid w:val="00210E90"/>
    <w:rsid w:val="0021769E"/>
    <w:rsid w:val="0025503F"/>
    <w:rsid w:val="002911BE"/>
    <w:rsid w:val="0029639D"/>
    <w:rsid w:val="002F1D74"/>
    <w:rsid w:val="0031106A"/>
    <w:rsid w:val="00324ED2"/>
    <w:rsid w:val="00326F90"/>
    <w:rsid w:val="003424AE"/>
    <w:rsid w:val="003C45E5"/>
    <w:rsid w:val="003D39EF"/>
    <w:rsid w:val="0042028E"/>
    <w:rsid w:val="00424D15"/>
    <w:rsid w:val="004D47AC"/>
    <w:rsid w:val="005070F6"/>
    <w:rsid w:val="00550979"/>
    <w:rsid w:val="00591DD4"/>
    <w:rsid w:val="00593243"/>
    <w:rsid w:val="00594926"/>
    <w:rsid w:val="005A0A6F"/>
    <w:rsid w:val="005E1EC5"/>
    <w:rsid w:val="00603C30"/>
    <w:rsid w:val="00614FCB"/>
    <w:rsid w:val="00622D0A"/>
    <w:rsid w:val="0065179B"/>
    <w:rsid w:val="006762F8"/>
    <w:rsid w:val="00696990"/>
    <w:rsid w:val="006D53A1"/>
    <w:rsid w:val="006E7237"/>
    <w:rsid w:val="0073030F"/>
    <w:rsid w:val="007C275A"/>
    <w:rsid w:val="007D4B81"/>
    <w:rsid w:val="00831C0E"/>
    <w:rsid w:val="00852669"/>
    <w:rsid w:val="00886E2D"/>
    <w:rsid w:val="008B1803"/>
    <w:rsid w:val="00922571"/>
    <w:rsid w:val="009731FD"/>
    <w:rsid w:val="00984485"/>
    <w:rsid w:val="009A4E2D"/>
    <w:rsid w:val="00A30B8F"/>
    <w:rsid w:val="00AA1D8D"/>
    <w:rsid w:val="00AA5634"/>
    <w:rsid w:val="00AD47CD"/>
    <w:rsid w:val="00B47730"/>
    <w:rsid w:val="00B47A18"/>
    <w:rsid w:val="00B86102"/>
    <w:rsid w:val="00B94820"/>
    <w:rsid w:val="00BE0642"/>
    <w:rsid w:val="00C62B44"/>
    <w:rsid w:val="00C67BC2"/>
    <w:rsid w:val="00C77615"/>
    <w:rsid w:val="00CB0664"/>
    <w:rsid w:val="00CC4965"/>
    <w:rsid w:val="00CD0A93"/>
    <w:rsid w:val="00D825D7"/>
    <w:rsid w:val="00DA1326"/>
    <w:rsid w:val="00DC41AD"/>
    <w:rsid w:val="00DE0130"/>
    <w:rsid w:val="00E74D92"/>
    <w:rsid w:val="00E83C5E"/>
    <w:rsid w:val="00EA29F0"/>
    <w:rsid w:val="00EF5168"/>
    <w:rsid w:val="00F336D0"/>
    <w:rsid w:val="00F50A05"/>
    <w:rsid w:val="00F533AF"/>
    <w:rsid w:val="00FA1AAA"/>
    <w:rsid w:val="00FA66ED"/>
    <w:rsid w:val="00FA7D5B"/>
    <w:rsid w:val="00FC111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08C0BE"/>
  <w14:defaultImageDpi w14:val="300"/>
  <w15:docId w15:val="{F6F75A33-BA88-4DAA-BEDE-8D811AF8A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B44"/>
  </w:style>
  <w:style w:type="paragraph" w:styleId="Heading1">
    <w:name w:val="heading 1"/>
    <w:basedOn w:val="Normal"/>
    <w:next w:val="Normal"/>
    <w:link w:val="Heading1Char"/>
    <w:uiPriority w:val="9"/>
    <w:qFormat/>
    <w:rsid w:val="00CD0A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030A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link w:val="NoSpacingChar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D0A93"/>
    <w:rPr>
      <w:rFonts w:asciiTheme="majorHAnsi" w:eastAsiaTheme="majorEastAsia" w:hAnsiTheme="majorHAnsi" w:cstheme="majorBidi"/>
      <w:b/>
      <w:bCs/>
      <w:color w:val="7030A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B1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803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AA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AA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ms-05">
    <w:name w:val="ms-0.5"/>
    <w:basedOn w:val="DefaultParagraphFont"/>
    <w:rsid w:val="00AA5634"/>
  </w:style>
  <w:style w:type="character" w:styleId="FollowedHyperlink">
    <w:name w:val="FollowedHyperlink"/>
    <w:basedOn w:val="DefaultParagraphFont"/>
    <w:uiPriority w:val="99"/>
    <w:semiHidden/>
    <w:unhideWhenUsed/>
    <w:rsid w:val="00AA5634"/>
    <w:rPr>
      <w:color w:val="800080"/>
      <w:u w:val="single"/>
    </w:rPr>
  </w:style>
  <w:style w:type="character" w:customStyle="1" w:styleId="align-middle">
    <w:name w:val="align-middle"/>
    <w:basedOn w:val="DefaultParagraphFont"/>
    <w:rsid w:val="00AA5634"/>
  </w:style>
  <w:style w:type="character" w:customStyle="1" w:styleId="NoSpacingChar">
    <w:name w:val="No Spacing Char"/>
    <w:basedOn w:val="DefaultParagraphFont"/>
    <w:link w:val="NoSpacing"/>
    <w:uiPriority w:val="1"/>
    <w:rsid w:val="00BE0642"/>
  </w:style>
  <w:style w:type="character" w:styleId="CommentReference">
    <w:name w:val="annotation reference"/>
    <w:basedOn w:val="DefaultParagraphFont"/>
    <w:uiPriority w:val="99"/>
    <w:semiHidden/>
    <w:unhideWhenUsed/>
    <w:rsid w:val="007C27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27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75A"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B47A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47A1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47A18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microsoft.com/office/2011/relationships/commentsExtended" Target="commentsExtended.xml"/><Relationship Id="rId3" Type="http://schemas.openxmlformats.org/officeDocument/2006/relationships/styles" Target="styles.xml"/><Relationship Id="rId21" Type="http://schemas.openxmlformats.org/officeDocument/2006/relationships/hyperlink" Target="https://humanappealusa.org/about-us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comments" Target="comment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mailto:procurement@humanappealusa.org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s://humanappealusa.org/about-us/annual-reports" TargetMode="External"/><Relationship Id="rId28" Type="http://schemas.microsoft.com/office/2018/08/relationships/commentsExtensible" Target="commentsExtensi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microsoft.com/office/2016/09/relationships/commentsIds" Target="commentsIds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2350</Words>
  <Characters>14835</Characters>
  <Application>Microsoft Office Word</Application>
  <DocSecurity>0</DocSecurity>
  <Lines>824</Lines>
  <Paragraphs>554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Mohamed Chahtane</cp:lastModifiedBy>
  <cp:revision>2</cp:revision>
  <dcterms:created xsi:type="dcterms:W3CDTF">2026-04-13T16:01:00Z</dcterms:created>
  <dcterms:modified xsi:type="dcterms:W3CDTF">2026-04-13T16:01:00Z</dcterms:modified>
  <cp:category/>
</cp:coreProperties>
</file>